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报名号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同济大学外国语学院2026年推荐免试研究生进入复试考生名单公示。经学院招生工作领导小组审议通过，第一批进入复试考生共计88人，名单按不同申请专业及姓氏拼音从A-Z排列。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二、进入复试考生名单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本科学校名称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20263306693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郝秦玥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20263329854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李宁锡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20263301423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20263305062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王心洁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20263304697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杜美霖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中央民族大学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20263307188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20263305434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郭聪仪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20263319005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郭瑾怡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20263329049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马明宇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20263328093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吴雅婷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20263308248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张采薇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20263305776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张栩菲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20263316192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20263313865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周丹丹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西北农林科技大学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20263330490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曾子玥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20263329724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20263302832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桂锌媛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20263301661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侯景宜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20263301916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中国海洋大学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20263319055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蒋尊龙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20263320076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梁资悦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20263313502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林乐怡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20263313796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吕温星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20263317462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马成彰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20263321545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饶珈宜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20263318600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沙浩玥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对外经济贸易大学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20263330518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童泽瑶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广东外语外贸大学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20263330874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20263317535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中国海洋大学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20263303983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方德媛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20263324533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高婷楠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南京林业大学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20263318773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20263327846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贾紫越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上海交通大学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20263330198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刘逸菲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20263315753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闵甜甜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20263330533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20263311265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20263305259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薛东峰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20263329469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张曼妮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华东师范大学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20263330811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张耀丹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20263320976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朱雨曦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20263304747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陈锦文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20263328830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20263328955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李济涛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20263307143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李彦舟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20263330230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闵滢伊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20263307421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彭玉漫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冉梓暄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20263325338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吴章玉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20263311150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20263315642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印政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20263302833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20263325247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中国海洋大学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20263329606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高艺菲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20263308299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何宜遐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20263317332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贾娜娜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李秀美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20263318156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林若彬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厦门大学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20263304186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20263321131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中央民族大学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20263329868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毛文瑄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20263301937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邱可馨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20263302878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苏霖悦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20263304013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20263308231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闫羽琳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西北农林科技大学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20263307249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北京航空航天大学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20263304619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郑悦然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20263325948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林梓仪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20263308876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刘伊婷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20263301235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孙俪嘉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中国海洋大学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20263301219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汪江涵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西安交通大学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20263330111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尹元齐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厦门大学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20263303993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20263326024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陈柏乐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20263327719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陈怡年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20263319747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孔令嘉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20263305852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刘成欣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20263303058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20263304264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20263315463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罗杰仪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孟昱含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20263308182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王柯岩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20263303216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王美淇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20263312066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徐赟晨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20263321044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徐子恒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德语笔译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三、公示期限及监督复议方式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公示期限：2025年9月17日至9月19日。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如存在异议，请于公示期限内向我院提出复议，联系邮箱：tjsfljw@tongji.edu.cn。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四、拟录取名单公示安排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拟录取考生名单将在复试工作结束后，在同济大学外国语学院网站：https://sfl.tongji.edu.cn/ 进行统一公示，请关注网站信息和“同济研招”官方微信推送。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