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sz w:val="21"/>
              </w:rPr>
              <w:t>1.复试方式：</w:t>
            </w:r>
          </w:p>
        </w:tc>
        <w:tc>
          <w:tcPr>
            <w:tcW w:type="dxa" w:w="2878"/>
          </w:tcPr>
          <w:p>
            <w:pPr>
              <w:jc w:val="center"/>
            </w:pPr>
            <w:r>
              <w:rPr>
                <w:rFonts w:ascii="Times New Roman" w:hAnsi="Times New Roman" w:eastAsia="宋体"/>
                <w:sz w:val="21"/>
              </w:rPr>
              <w:t>线下复试；</w:t>
            </w:r>
          </w:p>
        </w:tc>
        <w:tc>
          <w:tcPr>
            <w:tcW w:type="dxa" w:w="2878"/>
          </w:tcPr>
          <w:p>
            <w:pPr>
              <w:jc w:val="center"/>
            </w:pPr>
            <w:r>
              <w:rPr>
                <w:rFonts w:ascii="Times New Roman" w:hAnsi="Times New Roman" w:eastAsia="宋体"/>
                <w:sz w:val="21"/>
              </w:rPr>
              <w:t>2.预推免复试</w:t>
            </w:r>
          </w:p>
        </w:tc>
      </w:tr>
      <w:tr>
        <w:tc>
          <w:tcPr>
            <w:tcW w:type="dxa" w:w="2878"/>
          </w:tcPr>
          <w:p>
            <w:pPr>
              <w:jc w:val="center"/>
            </w:pPr>
            <w:r>
              <w:rPr>
                <w:rFonts w:ascii="Times New Roman" w:hAnsi="Times New Roman" w:eastAsia="宋体"/>
                <w:sz w:val="21"/>
              </w:rPr>
              <w:t>QQ群号：</w:t>
            </w:r>
          </w:p>
        </w:tc>
        <w:tc>
          <w:tcPr>
            <w:tcW w:type="dxa" w:w="2878"/>
          </w:tcPr>
          <w:p>
            <w:pPr>
              <w:jc w:val="center"/>
            </w:pPr>
            <w:r>
              <w:rPr>
                <w:rFonts w:ascii="Times New Roman" w:hAnsi="Times New Roman" w:eastAsia="宋体"/>
                <w:sz w:val="21"/>
              </w:rPr>
              <w:t>1055367086；</w:t>
            </w:r>
          </w:p>
        </w:tc>
        <w:tc>
          <w:tcPr>
            <w:tcW w:type="dxa" w:w="2878"/>
          </w:tcPr>
          <w:p>
            <w:pPr>
              <w:jc w:val="center"/>
            </w:pPr>
            <w:r>
              <w:rPr>
                <w:rFonts w:ascii="Times New Roman" w:hAnsi="Times New Roman" w:eastAsia="宋体"/>
                <w:sz w:val="21"/>
              </w:rPr>
              <w:t>3.跨一级学科申请免试攻读研究生的申请人需加试一门所申请专业的专业课；</w:t>
            </w:r>
          </w:p>
        </w:tc>
      </w:tr>
      <w:tr>
        <w:tc>
          <w:tcPr>
            <w:tcW w:type="dxa" w:w="2878"/>
          </w:tcPr>
          <w:p>
            <w:pPr>
              <w:jc w:val="center"/>
            </w:pPr>
            <w:r>
              <w:rPr>
                <w:rFonts w:ascii="Times New Roman" w:hAnsi="Times New Roman" w:eastAsia="宋体"/>
                <w:sz w:val="21"/>
              </w:rPr>
              <w:t>4.凭个人身份证参加复试。</w:t>
            </w:r>
          </w:p>
        </w:tc>
        <w:tc>
          <w:tcPr>
            <w:tcW w:type="dxa" w:w="2878"/>
          </w:tcPr>
          <w:p>
            <w:pPr>
              <w:jc w:val="center"/>
            </w:pPr>
            <w:r>
              <w:rPr>
                <w:rFonts w:ascii="Times New Roman" w:hAnsi="Times New Roman" w:eastAsia="宋体"/>
                <w:sz w:val="21"/>
              </w:rPr>
              <w:t>009</w:t>
            </w:r>
          </w:p>
        </w:tc>
        <w:tc>
          <w:tcPr>
            <w:tcW w:type="dxa" w:w="2878"/>
          </w:tcPr>
          <w:p>
            <w:pPr>
              <w:jc w:val="center"/>
            </w:pPr>
            <w:r>
              <w:rPr>
                <w:rFonts w:ascii="Times New Roman" w:hAnsi="Times New Roman" w:eastAsia="宋体"/>
                <w:sz w:val="21"/>
              </w:rPr>
              <w:t>先进制造学院</w:t>
            </w:r>
          </w:p>
        </w:tc>
      </w:tr>
      <w:tr>
        <w:tc>
          <w:tcPr>
            <w:tcW w:type="dxa" w:w="2878"/>
          </w:tcPr>
          <w:p>
            <w:pPr>
              <w:jc w:val="center"/>
            </w:pPr>
            <w:r>
              <w:rPr>
                <w:rFonts w:ascii="Times New Roman" w:hAnsi="Times New Roman" w:eastAsia="宋体"/>
                <w:sz w:val="21"/>
              </w:rPr>
              <w:t>085501</w:t>
            </w:r>
          </w:p>
        </w:tc>
        <w:tc>
          <w:tcPr>
            <w:tcW w:type="dxa" w:w="2878"/>
          </w:tcPr>
          <w:p>
            <w:pPr>
              <w:jc w:val="center"/>
            </w:pPr>
            <w:r>
              <w:rPr>
                <w:rFonts w:ascii="Times New Roman" w:hAnsi="Times New Roman" w:eastAsia="宋体"/>
                <w:sz w:val="21"/>
              </w:rPr>
              <w:t>机械工程</w:t>
            </w:r>
          </w:p>
        </w:tc>
        <w:tc>
          <w:tcPr>
            <w:tcW w:type="dxa" w:w="2878"/>
          </w:tcPr>
          <w:p>
            <w:pPr>
              <w:jc w:val="center"/>
            </w:pPr>
            <w:r>
              <w:rPr>
                <w:rFonts w:ascii="Times New Roman" w:hAnsi="Times New Roman" w:eastAsia="宋体"/>
                <w:sz w:val="21"/>
              </w:rPr>
              <w:t>9月16日</w:t>
            </w:r>
          </w:p>
        </w:tc>
      </w:tr>
      <w:tr>
        <w:tc>
          <w:tcPr>
            <w:tcW w:type="dxa" w:w="2878"/>
          </w:tcPr>
          <w:p>
            <w:pPr>
              <w:jc w:val="center"/>
            </w:pPr>
            <w:r>
              <w:rPr>
                <w:rFonts w:ascii="Times New Roman" w:hAnsi="Times New Roman" w:eastAsia="宋体"/>
                <w:sz w:val="21"/>
              </w:rPr>
              <w:t>9：10-12：00</w:t>
            </w:r>
          </w:p>
        </w:tc>
        <w:tc>
          <w:tcPr>
            <w:tcW w:type="dxa" w:w="2878"/>
          </w:tcPr>
          <w:p>
            <w:pPr>
              <w:jc w:val="center"/>
            </w:pPr>
            <w:r>
              <w:rPr>
                <w:rFonts w:ascii="Times New Roman" w:hAnsi="Times New Roman" w:eastAsia="宋体"/>
                <w:sz w:val="21"/>
              </w:rPr>
              <w:t>D325</w:t>
            </w:r>
          </w:p>
        </w:tc>
        <w:tc>
          <w:tcPr>
            <w:tcW w:type="dxa" w:w="2878"/>
          </w:tcPr>
          <w:p>
            <w:pPr>
              <w:jc w:val="center"/>
            </w:pPr>
            <w:r>
              <w:rPr>
                <w:rFonts w:ascii="Times New Roman" w:hAnsi="Times New Roman" w:eastAsia="宋体"/>
                <w:sz w:val="21"/>
              </w:rPr>
              <w:t>9月16日</w:t>
            </w:r>
          </w:p>
        </w:tc>
      </w:tr>
      <w:tr>
        <w:tc>
          <w:tcPr>
            <w:tcW w:type="dxa" w:w="2878"/>
          </w:tcPr>
          <w:p>
            <w:pPr>
              <w:jc w:val="center"/>
            </w:pPr>
            <w:r>
              <w:rPr>
                <w:rFonts w:ascii="Times New Roman" w:hAnsi="Times New Roman" w:eastAsia="宋体"/>
                <w:sz w:val="21"/>
              </w:rPr>
              <w:t>D201</w:t>
            </w:r>
          </w:p>
        </w:tc>
        <w:tc>
          <w:tcPr>
            <w:tcW w:type="dxa" w:w="2878"/>
          </w:tcPr>
          <w:p>
            <w:pPr>
              <w:jc w:val="center"/>
            </w:pPr>
            <w:r>
              <w:rPr>
                <w:rFonts w:ascii="Times New Roman" w:hAnsi="Times New Roman" w:eastAsia="宋体"/>
                <w:sz w:val="21"/>
              </w:rPr>
              <w:t>9月16日</w:t>
            </w:r>
          </w:p>
        </w:tc>
        <w:tc>
          <w:tcPr>
            <w:tcW w:type="dxa" w:w="2878"/>
          </w:tcPr>
          <w:p>
            <w:pPr>
              <w:jc w:val="center"/>
            </w:pPr>
            <w:r>
              <w:rPr>
                <w:rFonts w:ascii="Times New Roman" w:hAnsi="Times New Roman" w:eastAsia="宋体"/>
                <w:sz w:val="21"/>
              </w:rPr>
              <w:t>13：00开始</w:t>
            </w:r>
          </w:p>
        </w:tc>
      </w:tr>
      <w:tr>
        <w:tc>
          <w:tcPr>
            <w:tcW w:type="dxa" w:w="2878"/>
          </w:tcPr>
          <w:p>
            <w:pPr>
              <w:jc w:val="center"/>
            </w:pPr>
            <w:r>
              <w:rPr>
                <w:rFonts w:ascii="Times New Roman" w:hAnsi="Times New Roman" w:eastAsia="宋体"/>
                <w:sz w:val="21"/>
              </w:rPr>
              <w:t>D325</w:t>
            </w:r>
          </w:p>
        </w:tc>
        <w:tc>
          <w:tcPr>
            <w:tcW w:type="dxa" w:w="2878"/>
          </w:tcPr>
          <w:p>
            <w:pPr>
              <w:jc w:val="center"/>
            </w:pPr>
            <w:r>
              <w:rPr>
                <w:rFonts w:ascii="Times New Roman" w:hAnsi="Times New Roman" w:eastAsia="宋体"/>
                <w:sz w:val="21"/>
              </w:rPr>
              <w:t>陆老师/19979927895</w:t>
            </w:r>
          </w:p>
        </w:tc>
        <w:tc>
          <w:tcPr>
            <w:tcW w:type="dxa" w:w="2878"/>
          </w:tcPr>
          <w:p>
            <w:pPr>
              <w:jc w:val="center"/>
            </w:pPr>
            <w:r>
              <w:rPr>
                <w:rFonts w:ascii="Times New Roman" w:hAnsi="Times New Roman" w:eastAsia="宋体"/>
                <w:sz w:val="21"/>
              </w:rPr>
              <w:t>009</w:t>
            </w:r>
          </w:p>
        </w:tc>
      </w:tr>
      <w:tr>
        <w:tc>
          <w:tcPr>
            <w:tcW w:type="dxa" w:w="2878"/>
          </w:tcPr>
          <w:p>
            <w:pPr>
              <w:jc w:val="center"/>
            </w:pPr>
            <w:r>
              <w:rPr>
                <w:rFonts w:ascii="Times New Roman" w:hAnsi="Times New Roman" w:eastAsia="宋体"/>
                <w:sz w:val="21"/>
              </w:rPr>
              <w:t>先进制造学院</w:t>
            </w:r>
          </w:p>
        </w:tc>
        <w:tc>
          <w:tcPr>
            <w:tcW w:type="dxa" w:w="2878"/>
          </w:tcPr>
          <w:p>
            <w:pPr>
              <w:jc w:val="center"/>
            </w:pPr>
            <w:r>
              <w:rPr>
                <w:rFonts w:ascii="Times New Roman" w:hAnsi="Times New Roman" w:eastAsia="宋体"/>
                <w:sz w:val="21"/>
              </w:rPr>
              <w:t>080400</w:t>
            </w:r>
          </w:p>
        </w:tc>
        <w:tc>
          <w:tcPr>
            <w:tcW w:type="dxa" w:w="2878"/>
          </w:tcPr>
          <w:p>
            <w:pPr>
              <w:jc w:val="center"/>
            </w:pPr>
            <w:r>
              <w:rPr>
                <w:rFonts w:ascii="Times New Roman" w:hAnsi="Times New Roman" w:eastAsia="宋体"/>
                <w:sz w:val="21"/>
              </w:rPr>
              <w:t>仪器科学与技术</w:t>
            </w:r>
          </w:p>
        </w:tc>
      </w:tr>
      <w:tr>
        <w:tc>
          <w:tcPr>
            <w:tcW w:type="dxa" w:w="2878"/>
          </w:tcPr>
          <w:p>
            <w:pPr>
              <w:jc w:val="center"/>
            </w:pPr>
            <w:r>
              <w:rPr>
                <w:rFonts w:ascii="Times New Roman" w:hAnsi="Times New Roman" w:eastAsia="宋体"/>
                <w:sz w:val="21"/>
              </w:rPr>
              <w:t>9月16日</w:t>
            </w:r>
          </w:p>
        </w:tc>
        <w:tc>
          <w:tcPr>
            <w:tcW w:type="dxa" w:w="2878"/>
          </w:tcPr>
          <w:p>
            <w:pPr>
              <w:jc w:val="center"/>
            </w:pPr>
            <w:r>
              <w:rPr>
                <w:rFonts w:ascii="Times New Roman" w:hAnsi="Times New Roman" w:eastAsia="宋体"/>
                <w:sz w:val="21"/>
              </w:rPr>
              <w:t>10:00开始</w:t>
            </w:r>
          </w:p>
        </w:tc>
        <w:tc>
          <w:tcPr>
            <w:tcW w:type="dxa" w:w="2878"/>
          </w:tcPr>
          <w:p>
            <w:pPr>
              <w:jc w:val="center"/>
            </w:pPr>
            <w:r>
              <w:rPr>
                <w:rFonts w:ascii="Times New Roman" w:hAnsi="Times New Roman" w:eastAsia="宋体"/>
                <w:sz w:val="21"/>
              </w:rPr>
              <w:t>C510A</w:t>
            </w:r>
          </w:p>
        </w:tc>
      </w:tr>
      <w:tr>
        <w:tc>
          <w:tcPr>
            <w:tcW w:type="dxa" w:w="2878"/>
          </w:tcPr>
          <w:p>
            <w:pPr>
              <w:jc w:val="center"/>
            </w:pPr>
            <w:r>
              <w:rPr>
                <w:rFonts w:ascii="Times New Roman" w:hAnsi="Times New Roman" w:eastAsia="宋体"/>
                <w:sz w:val="21"/>
              </w:rPr>
              <w:t>9月16日</w:t>
            </w:r>
          </w:p>
        </w:tc>
        <w:tc>
          <w:tcPr>
            <w:tcW w:type="dxa" w:w="2878"/>
          </w:tcPr>
          <w:p>
            <w:pPr>
              <w:jc w:val="center"/>
            </w:pPr>
            <w:r>
              <w:rPr>
                <w:rFonts w:ascii="Times New Roman" w:hAnsi="Times New Roman" w:eastAsia="宋体"/>
                <w:sz w:val="21"/>
              </w:rPr>
              <w:t>8:30-9:30</w:t>
            </w:r>
          </w:p>
        </w:tc>
        <w:tc>
          <w:tcPr>
            <w:tcW w:type="dxa" w:w="2878"/>
          </w:tcPr>
          <w:p>
            <w:pPr>
              <w:jc w:val="center"/>
            </w:pPr>
            <w:r>
              <w:rPr>
                <w:rFonts w:ascii="Times New Roman" w:hAnsi="Times New Roman" w:eastAsia="宋体"/>
                <w:sz w:val="21"/>
              </w:rPr>
              <w:t>《传感器原理与应用》</w:t>
            </w:r>
          </w:p>
        </w:tc>
      </w:tr>
      <w:tr>
        <w:tc>
          <w:tcPr>
            <w:tcW w:type="dxa" w:w="2878"/>
          </w:tcPr>
          <w:p>
            <w:pPr>
              <w:jc w:val="center"/>
            </w:pPr>
            <w:r>
              <w:rPr>
                <w:rFonts w:ascii="Times New Roman" w:hAnsi="Times New Roman" w:eastAsia="宋体"/>
                <w:sz w:val="21"/>
              </w:rPr>
              <w:t>C510A</w:t>
            </w:r>
          </w:p>
        </w:tc>
        <w:tc>
          <w:tcPr>
            <w:tcW w:type="dxa" w:w="2878"/>
          </w:tcPr>
          <w:p>
            <w:pPr>
              <w:jc w:val="center"/>
            </w:pPr>
            <w:r>
              <w:rPr>
                <w:rFonts w:ascii="Times New Roman" w:hAnsi="Times New Roman" w:eastAsia="宋体"/>
                <w:sz w:val="21"/>
              </w:rPr>
              <w:t>8：00-8：30</w:t>
            </w:r>
          </w:p>
        </w:tc>
        <w:tc>
          <w:tcPr>
            <w:tcW w:type="dxa" w:w="2878"/>
          </w:tcPr>
          <w:p>
            <w:pPr>
              <w:jc w:val="center"/>
            </w:pPr>
            <w:r>
              <w:rPr>
                <w:rFonts w:ascii="Times New Roman" w:hAnsi="Times New Roman" w:eastAsia="宋体"/>
                <w:sz w:val="21"/>
              </w:rPr>
              <w:t>《单片机原理与应用》</w:t>
            </w:r>
          </w:p>
        </w:tc>
      </w:tr>
      <w:tr>
        <w:tc>
          <w:tcPr>
            <w:tcW w:type="dxa" w:w="2878"/>
          </w:tcPr>
          <w:p>
            <w:pPr>
              <w:jc w:val="center"/>
            </w:pPr>
            <w:r>
              <w:rPr>
                <w:rFonts w:ascii="Times New Roman" w:hAnsi="Times New Roman" w:eastAsia="宋体"/>
                <w:sz w:val="21"/>
              </w:rPr>
              <w:t>C510A</w:t>
            </w:r>
          </w:p>
        </w:tc>
        <w:tc>
          <w:tcPr>
            <w:tcW w:type="dxa" w:w="2878"/>
          </w:tcPr>
          <w:p>
            <w:pPr>
              <w:jc w:val="center"/>
            </w:pPr>
            <w:r>
              <w:rPr>
                <w:rFonts w:ascii="Times New Roman" w:hAnsi="Times New Roman" w:eastAsia="宋体"/>
                <w:sz w:val="21"/>
              </w:rPr>
              <w:t>9月16日</w:t>
            </w:r>
          </w:p>
        </w:tc>
        <w:tc>
          <w:tcPr>
            <w:tcW w:type="dxa" w:w="2878"/>
          </w:tcPr>
          <w:p>
            <w:pPr>
              <w:jc w:val="center"/>
            </w:pPr>
            <w:r>
              <w:rPr>
                <w:rFonts w:ascii="Times New Roman" w:hAnsi="Times New Roman" w:eastAsia="宋体"/>
                <w:sz w:val="21"/>
              </w:rPr>
              <w:t>14:00-16：00</w:t>
            </w:r>
          </w:p>
        </w:tc>
      </w:tr>
      <w:tr>
        <w:tc>
          <w:tcPr>
            <w:tcW w:type="dxa" w:w="2878"/>
          </w:tcPr>
          <w:p>
            <w:pPr>
              <w:jc w:val="center"/>
            </w:pPr>
            <w:r>
              <w:rPr>
                <w:rFonts w:ascii="Times New Roman" w:hAnsi="Times New Roman" w:eastAsia="宋体"/>
                <w:sz w:val="21"/>
              </w:rPr>
              <w:t>C510A</w:t>
            </w:r>
          </w:p>
        </w:tc>
        <w:tc>
          <w:tcPr>
            <w:tcW w:type="dxa" w:w="2878"/>
          </w:tcPr>
          <w:p>
            <w:pPr>
              <w:jc w:val="center"/>
            </w:pPr>
            <w:r>
              <w:rPr>
                <w:rFonts w:ascii="Times New Roman" w:hAnsi="Times New Roman" w:eastAsia="宋体"/>
                <w:sz w:val="21"/>
              </w:rPr>
              <w:t>肖老师/13970830902</w:t>
            </w:r>
          </w:p>
        </w:tc>
        <w:tc>
          <w:tcPr>
            <w:tcW w:type="dxa" w:w="2878"/>
          </w:tcPr>
          <w:p>
            <w:pPr>
              <w:jc w:val="center"/>
            </w:pPr>
            <w:r>
              <w:rPr>
                <w:rFonts w:ascii="Times New Roman" w:hAnsi="Times New Roman" w:eastAsia="宋体"/>
                <w:sz w:val="21"/>
              </w:rPr>
              <w:t>009</w:t>
            </w:r>
          </w:p>
        </w:tc>
      </w:tr>
      <w:tr>
        <w:tc>
          <w:tcPr>
            <w:tcW w:type="dxa" w:w="2878"/>
          </w:tcPr>
          <w:p>
            <w:pPr>
              <w:jc w:val="center"/>
            </w:pPr>
            <w:r>
              <w:rPr>
                <w:rFonts w:ascii="Times New Roman" w:hAnsi="Times New Roman" w:eastAsia="宋体"/>
                <w:sz w:val="21"/>
              </w:rPr>
              <w:t>先进制造学院</w:t>
            </w:r>
          </w:p>
        </w:tc>
        <w:tc>
          <w:tcPr>
            <w:tcW w:type="dxa" w:w="2878"/>
          </w:tcPr>
          <w:p>
            <w:pPr>
              <w:jc w:val="center"/>
            </w:pPr>
            <w:r>
              <w:rPr>
                <w:rFonts w:ascii="Times New Roman" w:hAnsi="Times New Roman" w:eastAsia="宋体"/>
                <w:sz w:val="21"/>
              </w:rPr>
              <w:t>085407</w:t>
            </w:r>
          </w:p>
        </w:tc>
        <w:tc>
          <w:tcPr>
            <w:tcW w:type="dxa" w:w="2878"/>
          </w:tcPr>
          <w:p>
            <w:pPr>
              <w:jc w:val="center"/>
            </w:pPr>
            <w:r>
              <w:rPr>
                <w:rFonts w:ascii="Times New Roman" w:hAnsi="Times New Roman" w:eastAsia="宋体"/>
                <w:sz w:val="21"/>
              </w:rPr>
              <w:t>仪器仪表工程</w:t>
            </w:r>
          </w:p>
        </w:tc>
      </w:tr>
      <w:tr>
        <w:tc>
          <w:tcPr>
            <w:tcW w:type="dxa" w:w="2878"/>
          </w:tcPr>
          <w:p>
            <w:pPr>
              <w:jc w:val="center"/>
            </w:pPr>
            <w:r>
              <w:rPr>
                <w:rFonts w:ascii="Times New Roman" w:hAnsi="Times New Roman" w:eastAsia="宋体"/>
                <w:sz w:val="21"/>
              </w:rPr>
              <w:t>009</w:t>
            </w:r>
          </w:p>
        </w:tc>
        <w:tc>
          <w:tcPr>
            <w:tcW w:type="dxa" w:w="2878"/>
          </w:tcPr>
          <w:p>
            <w:pPr>
              <w:jc w:val="center"/>
            </w:pPr>
            <w:r>
              <w:rPr>
                <w:rFonts w:ascii="Times New Roman" w:hAnsi="Times New Roman" w:eastAsia="宋体"/>
                <w:sz w:val="21"/>
              </w:rPr>
              <w:t>先进制造学院</w:t>
            </w:r>
          </w:p>
        </w:tc>
        <w:tc>
          <w:tcPr>
            <w:tcW w:type="dxa" w:w="2878"/>
          </w:tcPr>
          <w:p>
            <w:pPr>
              <w:jc w:val="center"/>
            </w:pPr>
            <w:r>
              <w:rPr>
                <w:rFonts w:ascii="Times New Roman" w:hAnsi="Times New Roman" w:eastAsia="宋体"/>
                <w:sz w:val="21"/>
              </w:rPr>
              <w:t>080503</w:t>
            </w:r>
          </w:p>
        </w:tc>
      </w:tr>
      <w:tr>
        <w:tc>
          <w:tcPr>
            <w:tcW w:type="dxa" w:w="2878"/>
          </w:tcPr>
          <w:p>
            <w:pPr>
              <w:jc w:val="center"/>
            </w:pPr>
            <w:r>
              <w:rPr>
                <w:rFonts w:ascii="Times New Roman" w:hAnsi="Times New Roman" w:eastAsia="宋体"/>
                <w:sz w:val="21"/>
              </w:rPr>
              <w:t>材料加工工程</w:t>
            </w:r>
          </w:p>
        </w:tc>
        <w:tc>
          <w:tcPr>
            <w:tcW w:type="dxa" w:w="2878"/>
          </w:tcPr>
          <w:p>
            <w:pPr>
              <w:jc w:val="center"/>
            </w:pPr>
            <w:r>
              <w:rPr>
                <w:rFonts w:ascii="Times New Roman" w:hAnsi="Times New Roman" w:eastAsia="宋体"/>
                <w:sz w:val="21"/>
              </w:rPr>
              <w:t>9月16日</w:t>
            </w:r>
          </w:p>
        </w:tc>
        <w:tc>
          <w:tcPr>
            <w:tcW w:type="dxa" w:w="2878"/>
          </w:tcPr>
          <w:p>
            <w:pPr>
              <w:jc w:val="center"/>
            </w:pPr>
            <w:r>
              <w:rPr>
                <w:rFonts w:ascii="Times New Roman" w:hAnsi="Times New Roman" w:eastAsia="宋体"/>
                <w:sz w:val="21"/>
              </w:rPr>
              <w:t>10:00开始</w:t>
            </w:r>
          </w:p>
        </w:tc>
      </w:tr>
      <w:tr>
        <w:tc>
          <w:tcPr>
            <w:tcW w:type="dxa" w:w="2878"/>
          </w:tcPr>
          <w:p>
            <w:pPr>
              <w:jc w:val="center"/>
            </w:pPr>
            <w:r>
              <w:rPr>
                <w:rFonts w:ascii="Times New Roman" w:hAnsi="Times New Roman" w:eastAsia="宋体"/>
                <w:sz w:val="21"/>
              </w:rPr>
              <w:t>D322</w:t>
            </w:r>
          </w:p>
        </w:tc>
        <w:tc>
          <w:tcPr>
            <w:tcW w:type="dxa" w:w="2878"/>
          </w:tcPr>
          <w:p>
            <w:pPr>
              <w:jc w:val="center"/>
            </w:pPr>
            <w:r>
              <w:rPr>
                <w:rFonts w:ascii="Times New Roman" w:hAnsi="Times New Roman" w:eastAsia="宋体"/>
                <w:sz w:val="21"/>
              </w:rPr>
              <w:t>9月16日</w:t>
            </w:r>
          </w:p>
        </w:tc>
        <w:tc>
          <w:tcPr>
            <w:tcW w:type="dxa" w:w="2878"/>
          </w:tcPr>
          <w:p>
            <w:pPr>
              <w:jc w:val="center"/>
            </w:pPr>
            <w:r>
              <w:rPr>
                <w:rFonts w:ascii="Times New Roman" w:hAnsi="Times New Roman" w:eastAsia="宋体"/>
                <w:sz w:val="21"/>
              </w:rPr>
              <w:t>8:30-9:30</w:t>
            </w:r>
          </w:p>
        </w:tc>
      </w:tr>
      <w:tr>
        <w:tc>
          <w:tcPr>
            <w:tcW w:type="dxa" w:w="2878"/>
          </w:tcPr>
          <w:p>
            <w:pPr>
              <w:jc w:val="center"/>
            </w:pPr>
            <w:r>
              <w:rPr>
                <w:rFonts w:ascii="Times New Roman" w:hAnsi="Times New Roman" w:eastAsia="宋体"/>
                <w:sz w:val="21"/>
              </w:rPr>
              <w:t>《材料成型原理》</w:t>
            </w:r>
          </w:p>
        </w:tc>
        <w:tc>
          <w:tcPr>
            <w:tcW w:type="dxa" w:w="2878"/>
          </w:tcPr>
          <w:p>
            <w:pPr>
              <w:jc w:val="center"/>
            </w:pPr>
            <w:r>
              <w:rPr>
                <w:rFonts w:ascii="Times New Roman" w:hAnsi="Times New Roman" w:eastAsia="宋体"/>
                <w:sz w:val="21"/>
              </w:rPr>
              <w:t>D322</w:t>
            </w:r>
          </w:p>
        </w:tc>
        <w:tc>
          <w:tcPr>
            <w:tcW w:type="dxa" w:w="2878"/>
          </w:tcPr>
          <w:p>
            <w:pPr>
              <w:jc w:val="center"/>
            </w:pPr>
            <w:r>
              <w:rPr>
                <w:rFonts w:ascii="Times New Roman" w:hAnsi="Times New Roman" w:eastAsia="宋体"/>
                <w:sz w:val="21"/>
              </w:rPr>
              <w:t>8：00-8：30</w:t>
            </w:r>
          </w:p>
        </w:tc>
      </w:tr>
      <w:tr>
        <w:tc>
          <w:tcPr>
            <w:tcW w:type="dxa" w:w="2878"/>
          </w:tcPr>
          <w:p>
            <w:pPr>
              <w:jc w:val="center"/>
            </w:pPr>
            <w:r>
              <w:rPr>
                <w:rFonts w:ascii="Times New Roman" w:hAnsi="Times New Roman" w:eastAsia="宋体"/>
                <w:sz w:val="21"/>
              </w:rPr>
              <w:t>《材料科学基础》</w:t>
            </w:r>
          </w:p>
        </w:tc>
        <w:tc>
          <w:tcPr>
            <w:tcW w:type="dxa" w:w="2878"/>
          </w:tcPr>
          <w:p>
            <w:pPr>
              <w:jc w:val="center"/>
            </w:pPr>
            <w:r>
              <w:rPr>
                <w:rFonts w:ascii="Times New Roman" w:hAnsi="Times New Roman" w:eastAsia="宋体"/>
                <w:sz w:val="21"/>
              </w:rPr>
              <w:t>D322</w:t>
            </w:r>
          </w:p>
        </w:tc>
        <w:tc>
          <w:tcPr>
            <w:tcW w:type="dxa" w:w="2878"/>
          </w:tcPr>
          <w:p>
            <w:pPr>
              <w:jc w:val="center"/>
            </w:pPr>
            <w:r>
              <w:rPr>
                <w:rFonts w:ascii="Times New Roman" w:hAnsi="Times New Roman" w:eastAsia="宋体"/>
                <w:sz w:val="21"/>
              </w:rPr>
              <w:t>9月16日</w:t>
            </w:r>
          </w:p>
        </w:tc>
      </w:tr>
      <w:tr>
        <w:tc>
          <w:tcPr>
            <w:tcW w:type="dxa" w:w="2878"/>
          </w:tcPr>
          <w:p>
            <w:pPr>
              <w:jc w:val="center"/>
            </w:pPr>
            <w:r>
              <w:rPr>
                <w:rFonts w:ascii="Times New Roman" w:hAnsi="Times New Roman" w:eastAsia="宋体"/>
                <w:sz w:val="21"/>
              </w:rPr>
              <w:t>14:00-16：00</w:t>
            </w:r>
          </w:p>
        </w:tc>
        <w:tc>
          <w:tcPr>
            <w:tcW w:type="dxa" w:w="2878"/>
          </w:tcPr>
          <w:p>
            <w:pPr>
              <w:jc w:val="center"/>
            </w:pPr>
            <w:r>
              <w:rPr>
                <w:rFonts w:ascii="Times New Roman" w:hAnsi="Times New Roman" w:eastAsia="宋体"/>
                <w:sz w:val="21"/>
              </w:rPr>
              <w:t>D322</w:t>
            </w:r>
          </w:p>
        </w:tc>
        <w:tc>
          <w:tcPr>
            <w:tcW w:type="dxa" w:w="2878"/>
          </w:tcPr>
          <w:p>
            <w:pPr>
              <w:jc w:val="center"/>
            </w:pPr>
            <w:r>
              <w:rPr>
                <w:rFonts w:ascii="Times New Roman" w:hAnsi="Times New Roman" w:eastAsia="宋体"/>
                <w:sz w:val="21"/>
              </w:rPr>
              <w:t>罗老师/15983314347</w:t>
            </w:r>
          </w:p>
        </w:tc>
      </w:tr>
      <w:tr>
        <w:tc>
          <w:tcPr>
            <w:tcW w:type="dxa" w:w="2878"/>
          </w:tcPr>
          <w:p>
            <w:pPr>
              <w:jc w:val="center"/>
            </w:pPr>
            <w:r>
              <w:rPr>
                <w:rFonts w:ascii="Times New Roman" w:hAnsi="Times New Roman" w:eastAsia="宋体"/>
                <w:sz w:val="21"/>
              </w:rPr>
              <w:t>009</w:t>
            </w:r>
          </w:p>
        </w:tc>
        <w:tc>
          <w:tcPr>
            <w:tcW w:type="dxa" w:w="2878"/>
          </w:tcPr>
          <w:p>
            <w:pPr>
              <w:jc w:val="center"/>
            </w:pPr>
            <w:r>
              <w:rPr>
                <w:rFonts w:ascii="Times New Roman" w:hAnsi="Times New Roman" w:eastAsia="宋体"/>
                <w:sz w:val="21"/>
              </w:rPr>
              <w:t>先进制造学院</w:t>
            </w:r>
          </w:p>
        </w:tc>
        <w:tc>
          <w:tcPr>
            <w:tcW w:type="dxa" w:w="2878"/>
          </w:tcPr>
          <w:p>
            <w:pPr>
              <w:jc w:val="center"/>
            </w:pPr>
            <w:r>
              <w:rPr>
                <w:rFonts w:ascii="Times New Roman" w:hAnsi="Times New Roman" w:eastAsia="宋体"/>
                <w:sz w:val="21"/>
              </w:rPr>
              <w:t>085601</w:t>
            </w:r>
          </w:p>
        </w:tc>
      </w:tr>
      <w:tr>
        <w:tc>
          <w:tcPr>
            <w:tcW w:type="dxa" w:w="2878"/>
          </w:tcPr>
          <w:p>
            <w:pPr>
              <w:jc w:val="center"/>
            </w:pPr>
            <w:r>
              <w:rPr>
                <w:rFonts w:ascii="Times New Roman" w:hAnsi="Times New Roman" w:eastAsia="宋体"/>
                <w:sz w:val="21"/>
              </w:rPr>
              <w:t>材料工程</w:t>
            </w:r>
          </w:p>
        </w:tc>
        <w:tc>
          <w:tcPr>
            <w:tcW w:type="dxa" w:w="2878"/>
          </w:tcPr>
          <w:p>
            <w:pPr>
              <w:jc w:val="center"/>
            </w:pPr>
            <w:r>
              <w:rPr>
                <w:rFonts w:ascii="Times New Roman" w:hAnsi="Times New Roman" w:eastAsia="宋体"/>
                <w:sz w:val="21"/>
              </w:rPr>
              <w:t>009</w:t>
            </w:r>
          </w:p>
        </w:tc>
        <w:tc>
          <w:tcPr>
            <w:tcW w:type="dxa" w:w="2878"/>
          </w:tcPr>
          <w:p>
            <w:pPr>
              <w:jc w:val="center"/>
            </w:pPr>
            <w:r>
              <w:rPr>
                <w:rFonts w:ascii="Times New Roman" w:hAnsi="Times New Roman" w:eastAsia="宋体"/>
                <w:sz w:val="21"/>
              </w:rPr>
              <w:t>先进制造学院</w:t>
            </w:r>
          </w:p>
        </w:tc>
      </w:tr>
      <w:tr>
        <w:tc>
          <w:tcPr>
            <w:tcW w:type="dxa" w:w="2878"/>
          </w:tcPr>
          <w:p>
            <w:pPr>
              <w:jc w:val="center"/>
            </w:pPr>
            <w:r>
              <w:rPr>
                <w:rFonts w:ascii="Times New Roman" w:hAnsi="Times New Roman" w:eastAsia="宋体"/>
                <w:sz w:val="21"/>
              </w:rPr>
              <w:t>080700</w:t>
            </w:r>
          </w:p>
        </w:tc>
        <w:tc>
          <w:tcPr>
            <w:tcW w:type="dxa" w:w="2878"/>
          </w:tcPr>
          <w:p>
            <w:pPr>
              <w:jc w:val="center"/>
            </w:pPr>
            <w:r>
              <w:rPr>
                <w:rFonts w:ascii="Times New Roman" w:hAnsi="Times New Roman" w:eastAsia="宋体"/>
                <w:sz w:val="21"/>
              </w:rPr>
              <w:t>动力工程及工程热物理</w:t>
            </w:r>
          </w:p>
        </w:tc>
        <w:tc>
          <w:tcPr>
            <w:tcW w:type="dxa" w:w="2878"/>
          </w:tcPr>
          <w:p>
            <w:pPr>
              <w:jc w:val="center"/>
            </w:pPr>
            <w:r>
              <w:rPr>
                <w:rFonts w:ascii="Times New Roman" w:hAnsi="Times New Roman" w:eastAsia="宋体"/>
                <w:sz w:val="21"/>
              </w:rPr>
              <w:t>9月16日</w:t>
            </w:r>
          </w:p>
        </w:tc>
      </w:tr>
      <w:tr>
        <w:tc>
          <w:tcPr>
            <w:tcW w:type="dxa" w:w="2878"/>
          </w:tcPr>
          <w:p>
            <w:pPr>
              <w:jc w:val="center"/>
            </w:pPr>
            <w:r>
              <w:rPr>
                <w:rFonts w:ascii="Times New Roman" w:hAnsi="Times New Roman" w:eastAsia="宋体"/>
                <w:sz w:val="21"/>
              </w:rPr>
              <w:t>10:00开始</w:t>
            </w:r>
          </w:p>
        </w:tc>
        <w:tc>
          <w:tcPr>
            <w:tcW w:type="dxa" w:w="2878"/>
          </w:tcPr>
          <w:p>
            <w:pPr>
              <w:jc w:val="center"/>
            </w:pPr>
            <w:r>
              <w:rPr>
                <w:rFonts w:ascii="Times New Roman" w:hAnsi="Times New Roman" w:eastAsia="宋体"/>
                <w:sz w:val="21"/>
              </w:rPr>
              <w:t>D522B</w:t>
            </w:r>
          </w:p>
        </w:tc>
        <w:tc>
          <w:tcPr>
            <w:tcW w:type="dxa" w:w="2878"/>
          </w:tcPr>
          <w:p>
            <w:pPr>
              <w:jc w:val="center"/>
            </w:pPr>
            <w:r>
              <w:rPr>
                <w:rFonts w:ascii="Times New Roman" w:hAnsi="Times New Roman" w:eastAsia="宋体"/>
                <w:sz w:val="21"/>
              </w:rPr>
              <w:t>9月16日</w:t>
            </w:r>
          </w:p>
        </w:tc>
      </w:tr>
      <w:tr>
        <w:tc>
          <w:tcPr>
            <w:tcW w:type="dxa" w:w="2878"/>
          </w:tcPr>
          <w:p>
            <w:pPr>
              <w:jc w:val="center"/>
            </w:pPr>
            <w:r>
              <w:rPr>
                <w:rFonts w:ascii="Times New Roman" w:hAnsi="Times New Roman" w:eastAsia="宋体"/>
                <w:sz w:val="21"/>
              </w:rPr>
              <w:t>8:30-9:30</w:t>
            </w:r>
          </w:p>
        </w:tc>
        <w:tc>
          <w:tcPr>
            <w:tcW w:type="dxa" w:w="2878"/>
          </w:tcPr>
          <w:p>
            <w:pPr>
              <w:jc w:val="center"/>
            </w:pPr>
            <w:r>
              <w:rPr>
                <w:rFonts w:ascii="Times New Roman" w:hAnsi="Times New Roman" w:eastAsia="宋体"/>
                <w:sz w:val="21"/>
              </w:rPr>
              <w:t>《工程流体力学》</w:t>
            </w:r>
          </w:p>
        </w:tc>
        <w:tc>
          <w:tcPr>
            <w:tcW w:type="dxa" w:w="2878"/>
          </w:tcPr>
          <w:p>
            <w:pPr>
              <w:jc w:val="center"/>
            </w:pPr>
            <w:r>
              <w:rPr>
                <w:rFonts w:ascii="Times New Roman" w:hAnsi="Times New Roman" w:eastAsia="宋体"/>
                <w:sz w:val="21"/>
              </w:rPr>
              <w:t>D522B</w:t>
            </w:r>
          </w:p>
        </w:tc>
      </w:tr>
      <w:tr>
        <w:tc>
          <w:tcPr>
            <w:tcW w:type="dxa" w:w="2878"/>
          </w:tcPr>
          <w:p>
            <w:pPr>
              <w:jc w:val="center"/>
            </w:pPr>
            <w:r>
              <w:rPr>
                <w:rFonts w:ascii="Times New Roman" w:hAnsi="Times New Roman" w:eastAsia="宋体"/>
                <w:sz w:val="21"/>
              </w:rPr>
              <w:t>8：00-8：30</w:t>
            </w:r>
          </w:p>
        </w:tc>
        <w:tc>
          <w:tcPr>
            <w:tcW w:type="dxa" w:w="2878"/>
          </w:tcPr>
          <w:p>
            <w:pPr>
              <w:jc w:val="center"/>
            </w:pPr>
            <w:r>
              <w:rPr>
                <w:rFonts w:ascii="Times New Roman" w:hAnsi="Times New Roman" w:eastAsia="宋体"/>
                <w:sz w:val="21"/>
              </w:rPr>
              <w:t>《传热学》</w:t>
            </w:r>
          </w:p>
        </w:tc>
        <w:tc>
          <w:tcPr>
            <w:tcW w:type="dxa" w:w="2878"/>
          </w:tcPr>
          <w:p>
            <w:pPr>
              <w:jc w:val="center"/>
            </w:pPr>
            <w:r>
              <w:rPr>
                <w:rFonts w:ascii="Times New Roman" w:hAnsi="Times New Roman" w:eastAsia="宋体"/>
                <w:sz w:val="21"/>
              </w:rPr>
              <w:t>D522B</w:t>
            </w:r>
          </w:p>
        </w:tc>
      </w:tr>
      <w:tr>
        <w:tc>
          <w:tcPr>
            <w:tcW w:type="dxa" w:w="2878"/>
          </w:tcPr>
          <w:p>
            <w:pPr>
              <w:jc w:val="center"/>
            </w:pPr>
            <w:r>
              <w:rPr>
                <w:rFonts w:ascii="Times New Roman" w:hAnsi="Times New Roman" w:eastAsia="宋体"/>
                <w:sz w:val="21"/>
              </w:rPr>
              <w:t>9月16日</w:t>
            </w:r>
          </w:p>
        </w:tc>
        <w:tc>
          <w:tcPr>
            <w:tcW w:type="dxa" w:w="2878"/>
          </w:tcPr>
          <w:p>
            <w:pPr>
              <w:jc w:val="center"/>
            </w:pPr>
            <w:r>
              <w:rPr>
                <w:rFonts w:ascii="Times New Roman" w:hAnsi="Times New Roman" w:eastAsia="宋体"/>
                <w:sz w:val="21"/>
              </w:rPr>
              <w:t>14:00-16：00</w:t>
            </w:r>
          </w:p>
        </w:tc>
        <w:tc>
          <w:tcPr>
            <w:tcW w:type="dxa" w:w="2878"/>
          </w:tcPr>
          <w:p>
            <w:pPr>
              <w:jc w:val="center"/>
            </w:pPr>
            <w:r>
              <w:rPr>
                <w:rFonts w:ascii="Times New Roman" w:hAnsi="Times New Roman" w:eastAsia="宋体"/>
                <w:sz w:val="21"/>
              </w:rPr>
              <w:t>D522B</w:t>
            </w:r>
          </w:p>
        </w:tc>
      </w:tr>
      <w:tr>
        <w:tc>
          <w:tcPr>
            <w:tcW w:type="dxa" w:w="2878"/>
          </w:tcPr>
          <w:p>
            <w:pPr>
              <w:jc w:val="center"/>
            </w:pPr>
            <w:r>
              <w:rPr>
                <w:rFonts w:ascii="Times New Roman" w:hAnsi="Times New Roman" w:eastAsia="宋体"/>
                <w:sz w:val="21"/>
              </w:rPr>
              <w:t>张老师/18970090502</w:t>
            </w:r>
          </w:p>
        </w:tc>
        <w:tc>
          <w:tcPr>
            <w:tcW w:type="dxa" w:w="2878"/>
          </w:tcPr>
          <w:p>
            <w:pPr>
              <w:jc w:val="center"/>
            </w:pPr>
            <w:r>
              <w:rPr>
                <w:rFonts w:ascii="Times New Roman" w:hAnsi="Times New Roman" w:eastAsia="宋体"/>
                <w:sz w:val="21"/>
              </w:rPr>
              <w:t>009</w:t>
            </w:r>
          </w:p>
        </w:tc>
        <w:tc>
          <w:tcPr>
            <w:tcW w:type="dxa" w:w="2878"/>
          </w:tcPr>
          <w:p>
            <w:pPr>
              <w:jc w:val="center"/>
            </w:pPr>
            <w:r>
              <w:rPr>
                <w:rFonts w:ascii="Times New Roman" w:hAnsi="Times New Roman" w:eastAsia="宋体"/>
                <w:sz w:val="21"/>
              </w:rPr>
              <w:t>先进制造学院</w:t>
            </w:r>
          </w:p>
        </w:tc>
      </w:tr>
      <w:tr>
        <w:tc>
          <w:tcPr>
            <w:tcW w:type="dxa" w:w="2878"/>
          </w:tcPr>
          <w:p>
            <w:pPr>
              <w:jc w:val="center"/>
            </w:pPr>
            <w:r>
              <w:rPr>
                <w:rFonts w:ascii="Times New Roman" w:hAnsi="Times New Roman" w:eastAsia="宋体"/>
                <w:sz w:val="21"/>
              </w:rPr>
              <w:t>085802</w:t>
            </w:r>
          </w:p>
        </w:tc>
        <w:tc>
          <w:tcPr>
            <w:tcW w:type="dxa" w:w="2878"/>
          </w:tcPr>
          <w:p>
            <w:pPr>
              <w:jc w:val="center"/>
            </w:pPr>
            <w:r>
              <w:rPr>
                <w:rFonts w:ascii="Times New Roman" w:hAnsi="Times New Roman" w:eastAsia="宋体"/>
                <w:sz w:val="21"/>
              </w:rPr>
              <w:t>动力工程</w:t>
            </w:r>
          </w:p>
        </w:tc>
        <w:tc>
          <w:tcPr>
            <w:tcW w:type="dxa" w:w="2878"/>
          </w:tcPr>
          <w:p>
            <w:pPr>
              <w:jc w:val="center"/>
            </w:pPr>
            <w:r>
              <w:rPr>
                <w:rFonts w:ascii="Times New Roman" w:hAnsi="Times New Roman" w:eastAsia="宋体"/>
                <w:sz w:val="21"/>
              </w:rPr>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