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心理学系关于2026届本科毕业生免试攻读研究生推荐资格公示的通告</w:t>
      </w:r>
    </w:p>
    <w:p>
      <w:r>
        <w:t>心理学系关于2026届本科毕业生免试攻读研究生推荐资格公示的通告</w:t>
      </w:r>
    </w:p>
    <w:p>
      <w:r>
        <w:t>发布人：韩建钢</w:t>
      </w:r>
    </w:p>
    <w:p>
      <w:r>
        <w:t>责任审核人：潘静</w:t>
      </w:r>
    </w:p>
    <w:p>
      <w:r>
        <w:t>根据《中山大学推荐应届本科毕业生免试攻读研究生工作实施办法》（中大教务〔2025〕2号）、《心理学系推免资格认定遴选细则》（心理〔2021〕6号），经学生申请，学系审核，我系29名同学符合推免基本要求，其中20名同学拟获免试攻读研究生推荐资格，现将名单予以公示。</w:t>
      </w:r>
    </w:p>
    <w:p>
      <w:r>
        <w:t>如有异议，请在公示期内实名向学系推免工作小组反馈，否则不予受理。</w:t>
      </w:r>
    </w:p>
    <w:p>
      <w:r>
        <w:t>公示时间：2025年9月10日- 9月16日</w:t>
      </w:r>
    </w:p>
    <w:p>
      <w:r>
        <w:t>联系电话：020-39336576（学系推免工作领导小组）</w:t>
      </w:r>
    </w:p>
    <w:p>
      <w:r>
        <w:t>020-84115582（校纪委、监察专员办）</w:t>
      </w:r>
    </w:p>
    <w:p>
      <w:r>
        <w:t>电子邮箱：hanjg@mail.sysu.edu.cn（学院/系推免工作领导小组）</w:t>
      </w:r>
    </w:p>
    <w:p>
      <w:r>
        <w:t>附件：拟推荐名单（含候补）</w:t>
      </w:r>
    </w:p>
    <w:p>
      <w:r>
        <w:t>心理学系</w:t>
      </w:r>
    </w:p>
    <w:p>
      <w:r>
        <w:t>2025年9月10日</w:t>
      </w:r>
    </w:p>
    <w:p>
      <w:r>
        <w:t>附件</w:t>
      </w:r>
    </w:p>
    <w:p>
      <w:r>
        <w:t>2026届拟推荐名单（含候补）.docx</w:t>
      </w:r>
    </w:p>
    <w:p>
      <w:r>
        <w:t>快速链接</w:t>
      </w:r>
    </w:p>
    <w:p>
      <w:r>
        <w:t>中山大学中大教工邮箱中山大学统一门户大学服务中心图书馆</w:t>
      </w:r>
    </w:p>
    <w:p>
      <w:r>
        <w:t>地址：广州市大学城外环东路132号</w:t>
      </w:r>
    </w:p>
    <w:p>
      <w:r>
        <w:t>邮编：510006</w:t>
      </w:r>
    </w:p>
    <w:p>
      <w:r>
        <w:t>联系电话：020-39336030</w:t>
      </w:r>
    </w:p>
    <w:p>
      <w:r>
        <w:t>中山大学心理学系</w:t>
      </w:r>
    </w:p>
    <w:p>
      <w:r>
        <w:t>微信扫描二维码</w:t>
      </w:r>
    </w:p>
    <w:p>
      <w:r>
        <w:t>关注我的公众号</w:t>
      </w:r>
    </w:p>
    <w:p>
      <w:r>
        <w:t>COPYRIGHT @ 2012-2024, 中山大学心理学系 Department of Psychology</w:t>
      </w:r>
    </w:p>
    <w:p>
      <w:r>
        <w:t>本系概况</w:t>
      </w:r>
    </w:p>
    <w:p>
      <w:r>
        <w:t>本系简介</w:t>
      </w:r>
    </w:p>
    <w:p>
      <w:r>
        <w:t>组织架构</w:t>
      </w:r>
    </w:p>
    <w:p>
      <w:r>
        <w:t>议事机构</w:t>
      </w:r>
    </w:p>
    <w:p>
      <w:r>
        <w:t>教师名录</w:t>
      </w:r>
    </w:p>
    <w:p>
      <w:r>
        <w:t>教授</w:t>
      </w:r>
    </w:p>
    <w:p>
      <w:r>
        <w:t>副教授</w:t>
      </w:r>
    </w:p>
    <w:p>
      <w:r>
        <w:t>助理教授</w:t>
      </w:r>
    </w:p>
    <w:p>
      <w:r>
        <w:t>讲师</w:t>
      </w:r>
    </w:p>
    <w:p>
      <w:r>
        <w:t>专职科研研究员</w:t>
      </w:r>
    </w:p>
    <w:p>
      <w:r>
        <w:t>专职科研副研究员</w:t>
      </w:r>
    </w:p>
    <w:p>
      <w:r>
        <w:t>专业硕士行业导师</w:t>
      </w:r>
    </w:p>
    <w:p>
      <w:r>
        <w:t>博士后</w:t>
      </w:r>
    </w:p>
    <w:p>
      <w:r>
        <w:t>荣休教师</w:t>
      </w:r>
    </w:p>
    <w:p>
      <w:r>
        <w:t>教育教学</w:t>
      </w:r>
    </w:p>
    <w:p>
      <w:r>
        <w:t>教务通知</w:t>
      </w:r>
    </w:p>
    <w:p>
      <w:r>
        <w:t>培养计划</w:t>
      </w:r>
    </w:p>
    <w:p>
      <w:r>
        <w:t>研究生</w:t>
      </w:r>
    </w:p>
    <w:p>
      <w:r>
        <w:t>最新通知</w:t>
      </w:r>
    </w:p>
    <w:p>
      <w:r>
        <w:t>培养管理</w:t>
      </w:r>
    </w:p>
    <w:p>
      <w:r>
        <w:t>学位工作</w:t>
      </w:r>
    </w:p>
    <w:p>
      <w:r>
        <w:t>招生信息</w:t>
      </w:r>
    </w:p>
    <w:p>
      <w:r>
        <w:t>实验平台</w:t>
      </w:r>
    </w:p>
    <w:p>
      <w:r>
        <w:t>规章制度</w:t>
      </w:r>
    </w:p>
    <w:p>
      <w:r>
        <w:t>学术科研</w:t>
      </w:r>
    </w:p>
    <w:p>
      <w:r>
        <w:t>科研信息</w:t>
      </w:r>
    </w:p>
    <w:p>
      <w:r>
        <w:t>规章制度</w:t>
      </w:r>
    </w:p>
    <w:p>
      <w:r>
        <w:t>学科建设</w:t>
      </w:r>
    </w:p>
    <w:p>
      <w:r>
        <w:t>心理学实验被试招募</w:t>
      </w:r>
    </w:p>
    <w:p>
      <w:r>
        <w:t>学生工作</w:t>
      </w:r>
    </w:p>
    <w:p>
      <w:r>
        <w:t>学工动态</w:t>
      </w:r>
    </w:p>
    <w:p>
      <w:r>
        <w:t>学生组织</w:t>
      </w:r>
    </w:p>
    <w:p>
      <w:r>
        <w:t>学子风采</w:t>
      </w:r>
    </w:p>
    <w:p>
      <w:r>
        <w:t>办事指南</w:t>
      </w:r>
    </w:p>
    <w:p>
      <w:r>
        <w:t>招聘信息</w:t>
      </w:r>
    </w:p>
    <w:p>
      <w:r>
        <w:t>校友园地</w:t>
      </w:r>
    </w:p>
    <w:p>
      <w:r>
        <w:t>新闻动态</w:t>
      </w:r>
    </w:p>
    <w:p>
      <w:r>
        <w:t>校友活动</w:t>
      </w:r>
    </w:p>
    <w:p>
      <w:r>
        <w:t>党建工会</w:t>
      </w:r>
    </w:p>
    <w:p>
      <w:r>
        <w:t>党建</w:t>
      </w:r>
    </w:p>
    <w:p>
      <w:r>
        <w:t>工会</w:t>
      </w:r>
    </w:p>
    <w:p>
      <w:r>
        <w:t>人才招聘</w:t>
      </w:r>
    </w:p>
    <w:p>
      <w:r>
        <w:t>高层次人才招聘</w:t>
      </w:r>
    </w:p>
    <w:p>
      <w:r>
        <w:t>专职科研/博士后招聘</w:t>
      </w:r>
    </w:p>
    <w:p>
      <w:r>
        <w:t>人事信息</w:t>
      </w:r>
    </w:p>
    <w:p>
      <w:r>
        <w:t>粤港澳心理学联盟</w:t>
      </w:r>
    </w:p>
    <w:p>
      <w:r>
        <w:t>联盟介绍</w:t>
      </w:r>
    </w:p>
    <w:p>
      <w:r>
        <w:t>联盟动态</w:t>
      </w:r>
    </w:p>
    <w:p>
      <w:r>
        <w:t>湾区人才培养</w:t>
      </w:r>
    </w:p>
    <w:p>
      <w:r>
        <w:t>湾区心理学家</w:t>
      </w:r>
    </w:p>
    <w:p>
      <w:r>
        <w:t>湾区科研成果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