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预推免考核表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一、预推免考核表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本表为预推免考核结果，共涉及 3 名考生，其中考核通过 1 人，缺考 2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考核结果分为“考核通过”和“缺考”两类；复试总成绩为量化评分，缺考考生成绩记为 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申请院系所均为 018 常州附属医院（常州市中医医院）。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20263301130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018常州附属医院（常州市中医医院）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肿瘤的临床研究(018常州附属医院（常州市中医医院）)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018常州附属医院（常州市中医医院）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肿瘤的临床研究(018常州附属医院（常州市中医医院）)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018常州附属医院（常州市中医医院）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普通外科疾病的中西医临床研究(018常州附属医院（常州市中医医院）)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赖*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