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哈尔滨工业大学推荐优秀应届本科毕业生免试攻读硕士学位研究生（直博生）工作办法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哈尔滨工业大学推荐优秀应届本科毕业生免试攻读硕士学位研究生（直博生）工作办法，发布日期为2022年6月21日。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发布日期：2022年6月21日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一、通知背景与适用范围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本通知为哈尔滨工业大学（深圳）教务部发布的推荐优秀应届本科毕业生免试攻读硕士学位研究生（直博生）工作办法。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通知面向对象为哈尔滨工业大学（深圳）应届本科毕业生，适用于推免攻读硕士学位研究生或直接攻读博士学位研究生。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二、推免工作基本要求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推免工作遵循公平、公正、公开原则，依据学校相关规定组织实施。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推免生须为品学兼优、德智体美劳全面发展的应届本科毕业生，具体条件以学校正式文件为准。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三、相关说明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本办法详细内容以附件PDF文件形式提供，文件名为“哈尔滨工业大学推荐优秀应届本科毕业生免试攻读硕士学位研究生（直博生）工作办法.pdf”。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具体申请条件、流程、时间节点及名额等信息，请查阅附件文件或联系教务部门获取。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四、联系方式与来源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发布单位：哈尔滨工业大学（深圳）教务部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通知发布日期：2022年6月21日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注：本通知为推荐工作办法，不涉及预推免或正式推免流程区分，未标注具体申请时间与名额，需以附件正式文件为准。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