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华中师范大学心理学院2025年夏令营入围名单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华中师范大学心理学院2025年夏令营入围名单，共60人。名单按序号、姓名、院校名称列出，具体如下：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院校名称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岑旺承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温州医科大学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陈欣颖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江苏师范大学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陈伊璠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成炘怡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苏州大学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单宇娟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樊慧敏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苟筱语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关嘉怡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郭可儿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郭子涵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何昕琳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贾晓丹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福州大学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李金铭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李宽伟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梁昊天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林律凤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福州大学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林雅萍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济南大学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刘向飞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刘馨茹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刘彦哲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卢丽萍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南昌大学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宁佳艳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云南师范大学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师桂香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宋浩然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南方医科大学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苏静怡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孙婧雯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孙清湉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孙文妍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苏州大学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孙宗斌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谭蕊玉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王祈恩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浙江工业大学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广州中医药大学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南昌大学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徐欣怡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杭州师范大学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颜玉婷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江苏师范大学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杨宁芳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杨雨涵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首都师范大学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杨紫陌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袁佳丽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张皓源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张乃元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张中一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赵俣蓉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上海体育大学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赵梓伶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郑思琦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福建师范大学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周玉娥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宗振泽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江西中医药大学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