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行政法学院（纪检监察学院）2026年接收预报名推免生复试实施细则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一、通知背景与目的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发布日期（推定）：2026年6月25日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本通知为行政法学院（纪检监察学院）2026年接收预报名推免生复试工作的具体实施细则。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适用于有意向申请该学院2026年预报名推免生的考生。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二、复试相关安排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复试名单已公示，具体名单详见学院官网通知（含新增名单）。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复试具体时间、地点及流程安排，请考生关注学院后续通知。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学院办公室电话：029-88182640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教务办公室电话：029-88182645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辅导员办公室电话：029-88182293、029-88182643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学院地址：西安市长安南路300号（雁塔校区），邮编710063；西安市西长安街558号（长安校区），邮编710122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本通知同时涵盖预推免与正式推免流程。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