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动科动医学院接收推免生复试成绩公示（学硕/学博）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一、公示基本信息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发布日期（推定）：2025年9月5日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动科动医学院接收推免生复试成绩公示（学硕/学博），本次公示共 6 人。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二、复试成绩及拟录取明细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439"/>
        <w:gridCol w:w="1439"/>
        <w:gridCol w:w="1439"/>
        <w:gridCol w:w="1439"/>
        <w:gridCol w:w="1439"/>
        <w:gridCol w:w="1439"/>
      </w:tblGrid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序号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代码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拟录取专业（领域）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复试成绩（百分制）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备注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张乐儿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071010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生物化学与分子生物学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93.64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拟录取 直博生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卢宇硕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090602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预防兽医学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90.56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拟录取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孙楚雯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090602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预防兽医学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89.68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拟录取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娄潇予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090602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预防兽医学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89.32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拟录取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陈璞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090602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预防兽医学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89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拟录取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李意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090602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预防兽医学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88.92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拟录取</w:t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三、成绩与排名方式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复试成绩采用百分制计分。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按复试成绩从高到低排序，共 6 人，均标注为拟录取。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其中序号 1 张乐儿备注为“拟录取 直博生”。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