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计算机科学与技术学院2026年招收推荐免试研究生工作办法</w:t>
      </w:r>
    </w:p>
    <w:p>
      <w:pPr>
        <w:ind w:firstLine="480"/>
      </w:pPr>
      <w:r>
        <w:t>计算机科学与技术学院2026年招收推荐免试研究生工作办法</w:t>
      </w:r>
    </w:p>
    <w:p>
      <w:pPr>
        <w:ind w:firstLine="480"/>
      </w:pPr>
      <w:r>
        <w:t>发布时间：2025-09-13</w:t>
      </w:r>
    </w:p>
    <w:p>
      <w:pPr>
        <w:ind w:firstLine="480"/>
      </w:pPr>
      <w:r>
        <w:t>18624</w:t>
      </w:r>
    </w:p>
    <w:p>
      <w:pPr>
        <w:ind w:firstLine="480"/>
      </w:pPr>
      <w:r>
        <w:t>为做好招收</w:t>
      </w:r>
    </w:p>
    <w:p>
      <w:pPr>
        <w:ind w:firstLine="480"/>
      </w:pPr>
      <w:r>
        <w:t>2026</w:t>
      </w:r>
    </w:p>
    <w:p>
      <w:pPr>
        <w:ind w:firstLine="480"/>
      </w:pPr>
      <w:r>
        <w:t>年优秀应届本科毕业生免试攻读研究生工作（以下简称“推免生”），根据上级部门和学校关于招收推免生工作要求，在我院研究生招生工作领导小组的领导下，经学院党政联席会议审议，制定本工作办法。</w:t>
      </w:r>
    </w:p>
    <w:p>
      <w:pPr>
        <w:ind w:firstLine="480"/>
      </w:pPr>
      <w:r>
        <w:t>一、组织与领导</w:t>
      </w:r>
    </w:p>
    <w:p>
      <w:pPr>
        <w:ind w:firstLine="480"/>
      </w:pPr>
      <w:r>
        <w:t>我院研究生招生工作领导小组全面负责推免生的招收工作，负责制定学院推免生招收相关政策、受理申请人申诉、审定拟录取名单。具体名单及联系方式如下：</w:t>
      </w:r>
    </w:p>
    <w:p>
      <w:pPr>
        <w:ind w:firstLine="480"/>
      </w:pPr>
      <w:r>
        <w:t>长：任奎、胡昱东</w:t>
      </w:r>
    </w:p>
    <w:p>
      <w:pPr>
        <w:ind w:firstLine="480"/>
      </w:pPr>
      <w:r>
        <w:t>副组长：秦湛、倪加旎、陈卫</w:t>
      </w:r>
    </w:p>
    <w:p>
      <w:pPr>
        <w:ind w:firstLine="480"/>
      </w:pPr>
      <w:r>
        <w:t>员：尹建伟、孙守迁、孙凌云、陈丽、巫英才、杨小虎、周昆、潘纲、高云君、杨易、肖俊、董玮、许威威、李宏庆、金海燕</w:t>
      </w:r>
    </w:p>
    <w:p>
      <w:pPr>
        <w:ind w:firstLine="480"/>
      </w:pPr>
      <w:r>
        <w:t>申诉联系人：吴志航</w:t>
      </w:r>
    </w:p>
    <w:p>
      <w:pPr>
        <w:ind w:firstLine="480"/>
      </w:pPr>
      <w:r>
        <w:t>申诉联系电话：</w:t>
      </w:r>
    </w:p>
    <w:p>
      <w:pPr>
        <w:ind w:firstLine="480"/>
      </w:pPr>
      <w:r>
        <w:t>0571-87953206</w:t>
      </w:r>
    </w:p>
    <w:p>
      <w:pPr>
        <w:ind w:firstLine="480"/>
      </w:pPr>
      <w:r>
        <w:t>电子邮箱：</w:t>
      </w:r>
    </w:p>
    <w:p>
      <w:pPr>
        <w:ind w:firstLine="480"/>
      </w:pPr>
      <w:r>
        <w:t>wuzh@zju.edu.cn</w:t>
      </w:r>
    </w:p>
    <w:p>
      <w:pPr>
        <w:ind w:firstLine="480"/>
      </w:pPr>
      <w:r>
        <w:t>二、招生计划</w:t>
      </w:r>
    </w:p>
    <w:p>
      <w:pPr>
        <w:ind w:firstLine="480"/>
      </w:pPr>
      <w:r>
        <w:t>我院招收推免生的人数按</w:t>
      </w:r>
    </w:p>
    <w:p>
      <w:pPr>
        <w:ind w:firstLine="480"/>
      </w:pPr>
      <w:r>
        <w:t>年研究生招生专业目录和专项通知公布的计划执行，最终以实际录取为准。</w:t>
      </w:r>
    </w:p>
    <w:p>
      <w:pPr>
        <w:ind w:firstLine="480"/>
      </w:pPr>
      <w:r>
        <w:t>三、招收范围、申请条件和申请程序</w:t>
      </w:r>
    </w:p>
    <w:p>
      <w:pPr>
        <w:ind w:firstLine="480"/>
      </w:pPr>
      <w:r>
        <w:t>招收范围、申请条件和申请程序</w:t>
      </w:r>
    </w:p>
    <w:p>
      <w:pPr>
        <w:ind w:firstLine="480"/>
      </w:pPr>
      <w:r>
        <w:t>详见</w:t>
      </w:r>
    </w:p>
    <w:p>
      <w:pPr>
        <w:ind w:firstLine="480"/>
      </w:pPr>
      <w:r>
        <w:t>浙江大学计算机科学与技术学院关于接收2026</w:t>
      </w:r>
    </w:p>
    <w:p>
      <w:pPr>
        <w:ind w:firstLine="480"/>
      </w:pPr>
      <w:r>
        <w:t>级推荐免试研究生工作安排的通知</w:t>
      </w:r>
    </w:p>
    <w:p>
      <w:pPr>
        <w:ind w:firstLine="480"/>
      </w:pPr>
      <w:r>
        <w:t>四、初审与复试</w:t>
      </w:r>
    </w:p>
    <w:p>
      <w:pPr>
        <w:ind w:firstLine="480"/>
      </w:pPr>
      <w:r>
        <w:t>（一）初审</w:t>
      </w:r>
    </w:p>
    <w:p>
      <w:pPr>
        <w:ind w:firstLine="480"/>
      </w:pPr>
      <w:r>
        <w:t>我院成立专家小组对申请人申请材料进行审核，根据招生计划和审核结果，择优确定复试名单。</w:t>
      </w:r>
    </w:p>
    <w:p>
      <w:pPr>
        <w:ind w:firstLine="480"/>
      </w:pPr>
      <w:r>
        <w:t>审核结果请登录我校研究生招生服务系统查看。</w:t>
      </w:r>
    </w:p>
    <w:p>
      <w:pPr>
        <w:ind w:firstLine="480"/>
      </w:pPr>
      <w:r>
        <w:t>特别提醒：</w:t>
      </w:r>
    </w:p>
    <w:p>
      <w:pPr>
        <w:ind w:firstLine="480"/>
      </w:pPr>
      <w:r>
        <w:t>【学院意见】为【同意】的申请人，请务必于</w:t>
      </w:r>
    </w:p>
    <w:p>
      <w:pPr>
        <w:ind w:firstLine="480"/>
      </w:pPr>
      <w:r>
        <w:t>14</w:t>
      </w:r>
    </w:p>
    <w:p>
      <w:pPr>
        <w:ind w:firstLine="480"/>
      </w:pPr>
      <w:r>
        <w:t>17:00</w:t>
      </w:r>
    </w:p>
    <w:p>
      <w:pPr>
        <w:ind w:firstLine="480"/>
      </w:pPr>
      <w:r>
        <w:t>前在【学生确认】处选择【参加】或【不参加】，请以诚信为本，审慎确认。未在规定时间内在系统【学生确认】处选择【参加】的申请人将视作放弃我院推免生复试资格。系统上的复试材料不需要上传。确认参加的申请人请仔细阅读本办法，做好复试准备工作</w:t>
      </w:r>
    </w:p>
    <w:p>
      <w:pPr>
        <w:ind w:firstLine="480"/>
      </w:pPr>
      <w:r>
        <w:t>（二）复试时间与形式</w:t>
      </w:r>
    </w:p>
    <w:p>
      <w:pPr>
        <w:ind w:firstLine="480"/>
      </w:pPr>
      <w:r>
        <w:t>复试原则上以线下形式开展，</w:t>
      </w:r>
    </w:p>
    <w:p>
      <w:pPr>
        <w:ind w:firstLine="480"/>
      </w:pPr>
      <w:r>
        <w:t>复试时间为</w:t>
      </w:r>
    </w:p>
    <w:p>
      <w:pPr>
        <w:ind w:firstLine="480"/>
      </w:pPr>
      <w:r>
        <w:t>17</w:t>
      </w:r>
    </w:p>
    <w:p>
      <w:pPr>
        <w:ind w:firstLine="480"/>
      </w:pPr>
      <w:r>
        <w:t>-20</w:t>
      </w:r>
    </w:p>
    <w:p>
      <w:pPr>
        <w:ind w:firstLine="480"/>
      </w:pPr>
      <w:r>
        <w:t>具体</w:t>
      </w:r>
    </w:p>
    <w:p>
      <w:pPr>
        <w:ind w:firstLine="480"/>
      </w:pPr>
      <w:r>
        <w:t>安排请见后续钉钉群通知。具体复试流程和要求及申请人需做好的准备工作见后续复试公告。</w:t>
      </w:r>
    </w:p>
    <w:p>
      <w:pPr>
        <w:ind w:firstLine="480"/>
      </w:pPr>
      <w:r>
        <w:t>申请人须根据我院的要求按时到达指定地点参加复试。</w:t>
      </w:r>
    </w:p>
    <w:p>
      <w:pPr>
        <w:ind w:firstLine="480"/>
      </w:pPr>
      <w:r>
        <w:t>参加复试的申请人须以报名手机号码实名注册“钉钉”</w:t>
      </w:r>
    </w:p>
    <w:p>
      <w:pPr>
        <w:ind w:firstLine="480"/>
      </w:pPr>
      <w:r>
        <w:t>APP</w:t>
      </w:r>
    </w:p>
    <w:p>
      <w:pPr>
        <w:ind w:firstLine="480"/>
      </w:pPr>
      <w:r>
        <w:t>，具体复试时间、场地及其他安排届时将在“钉钉”内通知，请及时关注。若原报名手机号已不能使用，需尽快联系我院研究生科申请，经审核后更换手机号。敬请申请人保持手机畅通。</w:t>
      </w:r>
    </w:p>
    <w:p>
      <w:pPr>
        <w:ind w:firstLine="480"/>
      </w:pPr>
      <w:r>
        <w:t>（三）复试内容和要求</w:t>
      </w:r>
    </w:p>
    <w:p>
      <w:pPr>
        <w:ind w:firstLine="480"/>
      </w:pPr>
      <w:r>
        <w:t>根据学科特点和选拔的需要，复试考核形式为面试，面试内容包括申请人个人自述、英语和专家提问环节。</w:t>
      </w:r>
    </w:p>
    <w:p>
      <w:pPr>
        <w:ind w:firstLine="480"/>
      </w:pPr>
      <w:r>
        <w:t>申请直博</w:t>
      </w:r>
    </w:p>
    <w:p>
      <w:pPr>
        <w:ind w:firstLine="480"/>
      </w:pPr>
      <w:r>
        <w:t>：每位申请人的复试时间不少于</w:t>
      </w:r>
    </w:p>
    <w:p>
      <w:pPr>
        <w:ind w:firstLine="480"/>
      </w:pPr>
      <w:r>
        <w:t>30</w:t>
      </w:r>
    </w:p>
    <w:p>
      <w:pPr>
        <w:ind w:firstLine="480"/>
      </w:pPr>
      <w:r>
        <w:t>分钟，每位申请人须准备复试陈述</w:t>
      </w:r>
    </w:p>
    <w:p>
      <w:pPr>
        <w:ind w:firstLine="480"/>
      </w:pPr>
      <w:r>
        <w:t>PPT</w:t>
      </w:r>
    </w:p>
    <w:p>
      <w:pPr>
        <w:ind w:firstLine="480"/>
      </w:pPr>
      <w:r>
        <w:t>（建议不超过</w:t>
      </w:r>
    </w:p>
    <w:p>
      <w:pPr>
        <w:ind w:firstLine="480"/>
      </w:pPr>
      <w:r>
        <w:t>页，每页应有页码，推荐尺寸比例</w:t>
      </w:r>
    </w:p>
    <w:p>
      <w:pPr>
        <w:ind w:firstLine="480"/>
      </w:pPr>
      <w:r>
        <w:t>16:9</w:t>
      </w:r>
    </w:p>
    <w:p>
      <w:pPr>
        <w:ind w:firstLine="480"/>
      </w:pPr>
      <w:r>
        <w:t>），</w:t>
      </w:r>
    </w:p>
    <w:p>
      <w:pPr>
        <w:ind w:firstLine="480"/>
      </w:pPr>
      <w:r>
        <w:t>内容可包括个人经历、学习工作或科研业绩、攻读博士研究计划、个人专长、成果、获奖等方面，</w:t>
      </w:r>
    </w:p>
    <w:p>
      <w:pPr>
        <w:ind w:firstLine="480"/>
      </w:pPr>
      <w:r>
        <w:t>个人陈述时间不少于</w:t>
      </w:r>
    </w:p>
    <w:p>
      <w:pPr>
        <w:ind w:firstLine="480"/>
      </w:pPr>
      <w:r>
        <w:t>10</w:t>
      </w:r>
    </w:p>
    <w:p>
      <w:pPr>
        <w:ind w:firstLine="480"/>
      </w:pPr>
      <w:r>
        <w:t>分钟，</w:t>
      </w:r>
    </w:p>
    <w:p>
      <w:pPr>
        <w:ind w:firstLine="480"/>
      </w:pPr>
      <w:r>
        <w:t>含英语口语表述。</w:t>
      </w:r>
    </w:p>
    <w:p>
      <w:pPr>
        <w:ind w:firstLine="480"/>
      </w:pPr>
      <w:r>
        <w:t>申请硕士：</w:t>
      </w:r>
    </w:p>
    <w:p>
      <w:pPr>
        <w:ind w:firstLine="480"/>
      </w:pPr>
      <w:r>
        <w:t>每位申请人的复试时间不少于</w:t>
      </w:r>
    </w:p>
    <w:p>
      <w:pPr>
        <w:ind w:firstLine="480"/>
      </w:pPr>
      <w:r>
        <w:t>20</w:t>
      </w:r>
    </w:p>
    <w:p>
      <w:pPr>
        <w:ind w:firstLine="480"/>
      </w:pPr>
      <w:r>
        <w:t>），内容可包括个人经历、学习工作或科研业绩、攻读硕士研究计划、个人专长、成果、获奖等方面，个人陈述时间不少于</w:t>
      </w:r>
    </w:p>
    <w:p>
      <w:pPr>
        <w:ind w:firstLine="480"/>
      </w:pPr>
      <w:r>
        <w:t>分钟，含英语口语表述。</w:t>
      </w:r>
    </w:p>
    <w:p>
      <w:pPr>
        <w:ind w:firstLine="480"/>
      </w:pPr>
      <w:r>
        <w:t>请申请人按顺序准备好如下纸质材料（一式五份），复试时交给复试专家查阅。材料统一提交复试小组后不再退回。</w:t>
      </w:r>
    </w:p>
    <w:p>
      <w:pPr>
        <w:ind w:firstLine="480"/>
      </w:pPr>
      <w:r>
        <w:t>）推免生申请表（系统下载，本人手写签名）</w:t>
      </w:r>
    </w:p>
    <w:p>
      <w:pPr>
        <w:ind w:firstLine="480"/>
      </w:pPr>
      <w:r>
        <w:t>）个人身份证复印件（正反面）</w:t>
      </w:r>
    </w:p>
    <w:p>
      <w:pPr>
        <w:ind w:firstLine="480"/>
      </w:pPr>
      <w:r>
        <w:t>）本科期间成绩单（加盖学校教务处或院系公章）</w:t>
      </w:r>
    </w:p>
    <w:p>
      <w:pPr>
        <w:ind w:firstLine="480"/>
      </w:pPr>
      <w:r>
        <w:t>）外语水平证明材料复印件</w:t>
      </w:r>
    </w:p>
    <w:p>
      <w:pPr>
        <w:ind w:firstLine="480"/>
      </w:pPr>
      <w:r>
        <w:t>）其他证明材料复印件（如发表的学术论文、出版物或原创性工作成果等；各类获奖或资格证书等）</w:t>
      </w:r>
    </w:p>
    <w:p>
      <w:pPr>
        <w:ind w:firstLine="480"/>
      </w:pPr>
      <w:r>
        <w:t>注：请于复试前一天</w:t>
      </w:r>
    </w:p>
    <w:p>
      <w:pPr>
        <w:ind w:firstLine="480"/>
      </w:pPr>
      <w:r>
        <w:t>00</w:t>
      </w:r>
    </w:p>
    <w:p>
      <w:pPr>
        <w:ind w:firstLine="480"/>
      </w:pPr>
      <w:r>
        <w:t>前将</w:t>
      </w:r>
    </w:p>
    <w:p>
      <w:pPr>
        <w:ind w:firstLine="480"/>
      </w:pPr>
      <w:r>
        <w:t>提交给本组的复试工作秘书，另外请自带</w:t>
      </w:r>
    </w:p>
    <w:p>
      <w:pPr>
        <w:ind w:firstLine="480"/>
      </w:pPr>
      <w:r>
        <w:t>盘备份。</w:t>
      </w:r>
    </w:p>
    <w:p>
      <w:pPr>
        <w:ind w:firstLine="480"/>
      </w:pPr>
      <w:r>
        <w:t>复试考核同时注重对申请人政治态度、思想表现、道德品质、科学精神、诚实守信、遵纪守法等方面的考查。复试过程全程录音录像。</w:t>
      </w:r>
    </w:p>
    <w:p>
      <w:pPr>
        <w:ind w:firstLine="480"/>
      </w:pPr>
      <w:r>
        <w:t>复试满分为</w:t>
      </w:r>
    </w:p>
    <w:p>
      <w:pPr>
        <w:ind w:firstLine="480"/>
      </w:pPr>
      <w:r>
        <w:t>100</w:t>
      </w:r>
    </w:p>
    <w:p>
      <w:pPr>
        <w:ind w:firstLine="480"/>
      </w:pPr>
      <w:r>
        <w:t>分，复试低于</w:t>
      </w:r>
    </w:p>
    <w:p>
      <w:pPr>
        <w:ind w:firstLine="480"/>
      </w:pPr>
      <w:r>
        <w:t>60</w:t>
      </w:r>
    </w:p>
    <w:p>
      <w:pPr>
        <w:ind w:firstLine="480"/>
      </w:pPr>
      <w:r>
        <w:t>分为不合格。</w:t>
      </w:r>
    </w:p>
    <w:p>
      <w:pPr>
        <w:ind w:firstLine="480"/>
      </w:pPr>
      <w:r>
        <w:t>六、拟录取与公示</w:t>
      </w:r>
    </w:p>
    <w:p>
      <w:pPr>
        <w:ind w:firstLine="480"/>
      </w:pPr>
      <w:r>
        <w:t>我院坚持按需招生、全面衡量、择优录取和宁缺毋滥的原则，根据推免招生计划和复试考核结果，综合评价，择优录取。</w:t>
      </w:r>
    </w:p>
    <w:p>
      <w:pPr>
        <w:ind w:firstLine="480"/>
      </w:pPr>
      <w:r>
        <w:t>即依据复试成绩排序，结合志愿依次录取，直至计划招生名额录满。如果拟录取最后一名出现同分情况，由学院研究生招生工作领导小组投票表决确定。</w:t>
      </w:r>
    </w:p>
    <w:p>
      <w:pPr>
        <w:ind w:firstLine="480"/>
      </w:pPr>
      <w:r>
        <w:t>思想品德考核不合格或复试不合格者不予录取。</w:t>
      </w:r>
    </w:p>
    <w:p>
      <w:pPr>
        <w:ind w:firstLine="480"/>
      </w:pPr>
      <w:r>
        <w:t>（一）根据教育部推免生工作安排，拟录取申请人必须在</w:t>
      </w:r>
    </w:p>
    <w:p>
      <w:pPr>
        <w:ind w:firstLine="480"/>
      </w:pPr>
      <w:r>
        <w:t>22</w:t>
      </w:r>
    </w:p>
    <w:p>
      <w:pPr>
        <w:ind w:firstLine="480"/>
      </w:pPr>
      <w:r>
        <w:t>日登录中国研究生招生信息网“推免服务系统”（以下简称“系统”）填写报考志愿；</w:t>
      </w:r>
    </w:p>
    <w:p>
      <w:pPr>
        <w:ind w:firstLine="480"/>
      </w:pPr>
      <w:r>
        <w:t>23</w:t>
      </w:r>
    </w:p>
    <w:p>
      <w:pPr>
        <w:ind w:firstLine="480"/>
      </w:pPr>
      <w:r>
        <w:t>起在系统内确认我院的复试通知，</w:t>
      </w:r>
    </w:p>
    <w:p>
      <w:pPr>
        <w:ind w:firstLine="480"/>
      </w:pPr>
      <w:r>
        <w:t>25</w:t>
      </w:r>
    </w:p>
    <w:p>
      <w:pPr>
        <w:ind w:firstLine="480"/>
      </w:pPr>
      <w:r>
        <w:t>日下午</w:t>
      </w:r>
    </w:p>
    <w:p>
      <w:pPr>
        <w:ind w:firstLine="480"/>
      </w:pPr>
      <w:r>
        <w:t>起接受我院待录取通知的确认。若在规定时间内未报名或未确认，则视为放弃，学院有权撤销复试和待录取通知。具体要求详见复试钉钉群和系统消息。</w:t>
      </w:r>
    </w:p>
    <w:p>
      <w:pPr>
        <w:ind w:firstLine="480"/>
      </w:pPr>
      <w:r>
        <w:t>（二）研究生院将对拟录取名单进行公示，公示时间不少于</w:t>
      </w:r>
    </w:p>
    <w:p>
      <w:pPr>
        <w:ind w:firstLine="480"/>
      </w:pPr>
      <w:r>
        <w:t>日。</w:t>
      </w:r>
    </w:p>
    <w:p>
      <w:pPr>
        <w:ind w:firstLine="480"/>
      </w:pPr>
      <w:r>
        <w:t>七、其他重要事项</w:t>
      </w:r>
    </w:p>
    <w:p>
      <w:pPr>
        <w:ind w:firstLine="480"/>
      </w:pPr>
      <w:r>
        <w:t>（一）申请人应提供真实、准确的材料。若申请人弄虚作假、违反招生规定、存在有违学术道德、专业伦理、诚实守信等方面的不当行为，一经查实，取消复试资格或录取资格或入学资格或学籍。</w:t>
      </w:r>
    </w:p>
    <w:p>
      <w:pPr>
        <w:ind w:firstLine="480"/>
      </w:pPr>
      <w:r>
        <w:t>（二）我校拟录取的推免生应出色完成大学本科阶段的学业，并按期毕业，拟录取后如出现以下情形之一者，将被取消录取资格：（</w:t>
      </w:r>
    </w:p>
    <w:p>
      <w:pPr>
        <w:ind w:firstLine="480"/>
      </w:pPr>
      <w:r>
        <w:t>）思想政治素质和品德考核不合格或政审不合格；（</w:t>
      </w:r>
    </w:p>
    <w:p>
      <w:pPr>
        <w:ind w:firstLine="480"/>
      </w:pPr>
      <w:r>
        <w:t>）从申请人报名至入学报到之日，受到任何处分；（</w:t>
      </w:r>
    </w:p>
    <w:p>
      <w:pPr>
        <w:ind w:firstLine="480"/>
      </w:pPr>
      <w:r>
        <w:t>）本科最后一学年计入毕业学分要求的课程成绩出现不及格记录；（</w:t>
      </w:r>
    </w:p>
    <w:p>
      <w:pPr>
        <w:ind w:firstLine="480"/>
      </w:pPr>
      <w:r>
        <w:t>）本科毕业设计（论文）成绩未达到良好及以上（或</w:t>
      </w:r>
    </w:p>
    <w:p>
      <w:pPr>
        <w:ind w:firstLine="480"/>
      </w:pPr>
      <w:r>
        <w:t>80</w:t>
      </w:r>
    </w:p>
    <w:p>
      <w:pPr>
        <w:ind w:firstLine="480"/>
      </w:pPr>
      <w:r>
        <w:t>分及以上）；（</w:t>
      </w:r>
    </w:p>
    <w:p>
      <w:pPr>
        <w:ind w:firstLine="480"/>
      </w:pPr>
      <w:r>
        <w:t>）我校规定的研究生新生入学日期前无法提供毕业证书和学士学位证书。</w:t>
      </w:r>
    </w:p>
    <w:p>
      <w:pPr>
        <w:ind w:firstLine="480"/>
      </w:pPr>
      <w:r>
        <w:t>（三）申请人填报志愿和接受待录取通知应慎重，诚实守信，一经自主选择并被确定为拟录取，不得提出放弃。</w:t>
      </w:r>
    </w:p>
    <w:p>
      <w:pPr>
        <w:ind w:firstLine="480"/>
      </w:pPr>
      <w:r>
        <w:t>（四）我院拟录取的推免生请于</w:t>
      </w:r>
    </w:p>
    <w:p>
      <w:pPr>
        <w:ind w:firstLine="480"/>
      </w:pPr>
      <w:r>
        <w:t>月自行到当地二甲及以上医院体检，并于</w:t>
      </w:r>
    </w:p>
    <w:p>
      <w:pPr>
        <w:ind w:firstLine="480"/>
      </w:pPr>
      <w:r>
        <w:t>31</w:t>
      </w:r>
    </w:p>
    <w:p>
      <w:pPr>
        <w:ind w:firstLine="480"/>
      </w:pPr>
      <w:r>
        <w:t>日前</w:t>
      </w:r>
    </w:p>
    <w:p>
      <w:pPr>
        <w:ind w:firstLine="480"/>
      </w:pPr>
      <w:r>
        <w:t>将体检表扫描成电子版通过表单上传（表单链接详见后续钉钉群通知）。</w:t>
      </w:r>
    </w:p>
    <w:p>
      <w:pPr>
        <w:ind w:firstLine="480"/>
      </w:pPr>
      <w:r>
        <w:t>体检不合格者取消录取资格。</w:t>
      </w:r>
    </w:p>
    <w:p>
      <w:pPr>
        <w:ind w:firstLine="480"/>
      </w:pPr>
      <w:r>
        <w:t>（五）我院将向拟录取的推免生所在单位函调人事档案（或档案审查意见）和本人现实表现等材料，全面考查其思想政治和品德情况。</w:t>
      </w:r>
    </w:p>
    <w:p>
      <w:pPr>
        <w:ind w:firstLine="480"/>
      </w:pPr>
      <w:r>
        <w:t>政审及调档要求，请关注我院通知，并按时完成。</w:t>
      </w:r>
    </w:p>
    <w:p>
      <w:pPr>
        <w:ind w:firstLine="480"/>
      </w:pPr>
      <w:r>
        <w:t>政治审查不合格者取消录取资格。</w:t>
      </w:r>
    </w:p>
    <w:p>
      <w:pPr>
        <w:ind w:firstLine="480"/>
      </w:pPr>
      <w:r>
        <w:t>（六）请申请人务必确保报名系统内邮箱、手机号码正确，并保持通讯畅通。</w:t>
      </w:r>
    </w:p>
    <w:p>
      <w:pPr>
        <w:ind w:firstLine="480"/>
      </w:pPr>
      <w:r>
        <w:t>咨询电话：</w:t>
      </w:r>
    </w:p>
    <w:p>
      <w:pPr>
        <w:ind w:firstLine="480"/>
      </w:pPr>
      <w:r>
        <w:t>0571</w:t>
      </w:r>
    </w:p>
    <w:p>
      <w:pPr>
        <w:ind w:firstLine="480"/>
      </w:pPr>
      <w:r>
        <w:t>87952410</w:t>
      </w:r>
    </w:p>
    <w:p>
      <w:pPr>
        <w:ind w:firstLine="480"/>
      </w:pPr>
      <w:r>
        <w:t>，邮箱</w:t>
      </w:r>
    </w:p>
    <w:p>
      <w:pPr>
        <w:ind w:firstLine="480"/>
      </w:pPr>
      <w:r>
        <w:t>cs_yjsk@zju.edu.cn</w:t>
      </w:r>
    </w:p>
    <w:p>
      <w:pPr>
        <w:ind w:firstLine="480"/>
      </w:pPr>
      <w:r>
        <w:t>（七）本办法由我院研究生招生工作领导小组负责解释。如果上级主管部门对</w:t>
      </w:r>
    </w:p>
    <w:p>
      <w:pPr>
        <w:ind w:firstLine="480"/>
      </w:pPr>
      <w:r>
        <w:t>年推免生招生工作有新的部署，另行通知。</w:t>
      </w:r>
    </w:p>
    <w:p>
      <w:pPr>
        <w:ind w:firstLine="480"/>
      </w:pPr>
      <w:r>
        <w:t>浙江大学计算机学院</w:t>
      </w:r>
    </w:p>
    <w:p>
      <w:pPr>
        <w:ind w:firstLine="480"/>
      </w:pPr>
      <w:r>
        <w:t>2025</w:t>
      </w:r>
    </w:p>
    <w:p>
      <w:pPr>
        <w:ind w:firstLine="480"/>
      </w:pPr>
      <w:r>
        <w:t>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