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能源动力与机械工程学院2025年接收推荐免试研究生办法</w:t>
      </w:r>
    </w:p>
    <w:p>
      <w:pPr>
        <w:ind w:firstLine="480"/>
      </w:pPr>
      <w:r>
        <w:t>能源动力与机械工程学院 2025年接收推荐免试研究生办法</w:t>
      </w:r>
    </w:p>
    <w:p>
      <w:pPr>
        <w:ind w:firstLine="480"/>
      </w:pPr>
      <w:r>
        <w:t>根据华北电力大学研究生院和能源动力与机械工程学院相关文件精神，制定我院2025年接收推荐免试研究生（含全日制硕士研究生和直博生）办法。</w:t>
      </w:r>
    </w:p>
    <w:p>
      <w:pPr>
        <w:ind w:firstLine="480"/>
      </w:pPr>
      <w:r>
        <w:t>一、招收专业及申请条件</w:t>
      </w:r>
    </w:p>
    <w:p>
      <w:pPr>
        <w:ind w:firstLine="480"/>
      </w:pPr>
      <w:r>
        <w:t>（一）拟招生专业和指标</w:t>
      </w:r>
    </w:p>
    <w:p>
      <w:pPr>
        <w:ind w:firstLine="480"/>
      </w:pPr>
      <w:r>
        <w:t>1．</w:t>
      </w:r>
    </w:p>
    <w:p>
      <w:pPr>
        <w:ind w:firstLine="480"/>
      </w:pPr>
      <w:r>
        <w:t>直博生</w:t>
      </w:r>
    </w:p>
    <w:p>
      <w:pPr>
        <w:ind w:firstLine="480"/>
      </w:pPr>
      <w:r>
        <w:t>专业代码</w:t>
      </w:r>
    </w:p>
    <w:p>
      <w:pPr>
        <w:ind w:firstLine="480"/>
      </w:pPr>
      <w:r>
        <w:t>专业名称</w:t>
      </w:r>
    </w:p>
    <w:p>
      <w:pPr>
        <w:ind w:firstLine="480"/>
      </w:pPr>
      <w:r>
        <w:t>类型</w:t>
      </w:r>
    </w:p>
    <w:p>
      <w:pPr>
        <w:ind w:firstLine="480"/>
      </w:pPr>
      <w:r>
        <w:t>人数</w:t>
      </w:r>
    </w:p>
    <w:p>
      <w:pPr>
        <w:ind w:firstLine="480"/>
      </w:pPr>
      <w:r>
        <w:t>080700</w:t>
      </w:r>
    </w:p>
    <w:p>
      <w:pPr>
        <w:ind w:firstLine="480"/>
      </w:pPr>
      <w:r>
        <w:t>动力工程及工程热物理</w:t>
      </w:r>
    </w:p>
    <w:p>
      <w:pPr>
        <w:ind w:firstLine="480"/>
      </w:pPr>
      <w:r>
        <w:t>学术型</w:t>
      </w:r>
    </w:p>
    <w:p>
      <w:pPr>
        <w:ind w:firstLine="480"/>
      </w:pPr>
      <w:r>
        <w:t>77</w:t>
      </w:r>
    </w:p>
    <w:p>
      <w:pPr>
        <w:ind w:firstLine="480"/>
      </w:pPr>
      <w:r>
        <w:t>0807J1</w:t>
      </w:r>
    </w:p>
    <w:p>
      <w:pPr>
        <w:ind w:firstLine="480"/>
      </w:pPr>
      <w:r>
        <w:t>储能科学与工程</w:t>
      </w:r>
    </w:p>
    <w:p>
      <w:pPr>
        <w:ind w:firstLine="480"/>
      </w:pPr>
      <w:r>
        <w:t>0807J2</w:t>
      </w:r>
    </w:p>
    <w:p>
      <w:pPr>
        <w:ind w:firstLine="480"/>
      </w:pPr>
      <w:r>
        <w:t>氢能科学与工程</w:t>
      </w:r>
    </w:p>
    <w:p>
      <w:pPr>
        <w:ind w:firstLine="480"/>
      </w:pPr>
      <w:r>
        <w:t>0807Z3</w:t>
      </w:r>
    </w:p>
    <w:p>
      <w:pPr>
        <w:ind w:firstLine="480"/>
      </w:pPr>
      <w:r>
        <w:t>能源材料与装备</w:t>
      </w:r>
    </w:p>
    <w:p>
      <w:pPr>
        <w:ind w:firstLine="480"/>
      </w:pPr>
      <w:r>
        <w:t>085802</w:t>
      </w:r>
    </w:p>
    <w:p>
      <w:pPr>
        <w:ind w:firstLine="480"/>
      </w:pPr>
      <w:r>
        <w:t>动力工程</w:t>
      </w:r>
    </w:p>
    <w:p>
      <w:pPr>
        <w:ind w:firstLine="480"/>
      </w:pPr>
      <w:r>
        <w:t>专业型</w:t>
      </w:r>
    </w:p>
    <w:p>
      <w:pPr>
        <w:ind w:firstLine="480"/>
      </w:pPr>
      <w:r>
        <w:t>24</w:t>
      </w:r>
    </w:p>
    <w:p>
      <w:pPr>
        <w:ind w:firstLine="480"/>
      </w:pPr>
      <w:r>
        <w:t>085808</w:t>
      </w:r>
    </w:p>
    <w:p>
      <w:pPr>
        <w:ind w:firstLine="480"/>
      </w:pPr>
      <w:r>
        <w:t>储能技术</w:t>
      </w:r>
    </w:p>
    <w:p>
      <w:pPr>
        <w:ind w:firstLine="480"/>
      </w:pPr>
      <w:r>
        <w:t>085805</w:t>
      </w:r>
    </w:p>
    <w:p>
      <w:pPr>
        <w:ind w:firstLine="480"/>
      </w:pPr>
      <w:r>
        <w:t>燃气轮机工程</w:t>
      </w:r>
    </w:p>
    <w:p>
      <w:pPr>
        <w:ind w:firstLine="480"/>
      </w:pPr>
      <w:r>
        <w:t>2．全日制学术学位硕士研究生</w:t>
      </w:r>
    </w:p>
    <w:p>
      <w:pPr>
        <w:ind w:firstLine="480"/>
      </w:pPr>
      <w:r>
        <w:t>31</w:t>
      </w:r>
    </w:p>
    <w:p>
      <w:pPr>
        <w:ind w:firstLine="480"/>
      </w:pPr>
      <w:r>
        <w:t>080500</w:t>
      </w:r>
    </w:p>
    <w:p>
      <w:pPr>
        <w:ind w:firstLine="480"/>
      </w:pPr>
      <w:r>
        <w:t>材料科学与工程</w:t>
      </w:r>
    </w:p>
    <w:p>
      <w:pPr>
        <w:ind w:firstLine="480"/>
      </w:pPr>
      <w:r>
        <w:t>11</w:t>
      </w:r>
    </w:p>
    <w:p>
      <w:pPr>
        <w:ind w:firstLine="480"/>
      </w:pPr>
      <w:r>
        <w:t>080200</w:t>
      </w:r>
    </w:p>
    <w:p>
      <w:pPr>
        <w:ind w:firstLine="480"/>
      </w:pPr>
      <w:r>
        <w:t>机械工程</w:t>
      </w:r>
    </w:p>
    <w:p>
      <w:pPr>
        <w:ind w:firstLine="480"/>
      </w:pPr>
      <w:r>
        <w:t>081404</w:t>
      </w:r>
    </w:p>
    <w:p>
      <w:pPr>
        <w:ind w:firstLine="480"/>
      </w:pPr>
      <w:r>
        <w:t>供热、供燃气、通风及空调工程</w:t>
      </w:r>
    </w:p>
    <w:p>
      <w:pPr>
        <w:ind w:firstLine="480"/>
      </w:pPr>
      <w:r>
        <w:t>081701</w:t>
      </w:r>
    </w:p>
    <w:p>
      <w:pPr>
        <w:ind w:firstLine="480"/>
      </w:pPr>
      <w:r>
        <w:t>化学工程</w:t>
      </w:r>
    </w:p>
    <w:p>
      <w:pPr>
        <w:ind w:firstLine="480"/>
      </w:pPr>
      <w:r>
        <w:t>3．全日制专业学位硕士研究生</w:t>
      </w:r>
    </w:p>
    <w:p>
      <w:pPr>
        <w:ind w:firstLine="480"/>
      </w:pPr>
      <w:r>
        <w:t>102</w:t>
      </w:r>
    </w:p>
    <w:p>
      <w:pPr>
        <w:ind w:firstLine="480"/>
      </w:pPr>
      <w:r>
        <w:t>085601</w:t>
      </w:r>
    </w:p>
    <w:p>
      <w:pPr>
        <w:ind w:firstLine="480"/>
      </w:pPr>
      <w:r>
        <w:t>材料工程</w:t>
      </w:r>
    </w:p>
    <w:p>
      <w:pPr>
        <w:ind w:firstLine="480"/>
      </w:pPr>
      <w:r>
        <w:t>10</w:t>
      </w:r>
    </w:p>
    <w:p>
      <w:pPr>
        <w:ind w:firstLine="480"/>
      </w:pPr>
      <w:r>
        <w:t>085501</w:t>
      </w:r>
    </w:p>
    <w:p>
      <w:pPr>
        <w:ind w:firstLine="480"/>
      </w:pPr>
      <w:r>
        <w:t>25</w:t>
      </w:r>
    </w:p>
    <w:p>
      <w:pPr>
        <w:ind w:firstLine="480"/>
      </w:pPr>
      <w:r>
        <w:t>（二）申请条件</w:t>
      </w:r>
    </w:p>
    <w:p>
      <w:pPr>
        <w:ind w:firstLine="480"/>
      </w:pPr>
      <w:r>
        <w:t>1．拥护中国共产党的领导，愿为社会主义现代化建设服务，品德良好，遵纪守法。</w:t>
      </w:r>
    </w:p>
    <w:p>
      <w:pPr>
        <w:ind w:firstLine="480"/>
      </w:pPr>
      <w:r>
        <w:t>2．获得所在学校推荐免试资格的大学优秀应届本科毕业生。</w:t>
      </w:r>
    </w:p>
    <w:p>
      <w:pPr>
        <w:ind w:firstLine="480"/>
      </w:pPr>
      <w:r>
        <w:t>3．满足我院各接收推免生学科专业或类别领域提出的要求。其中：</w:t>
      </w:r>
    </w:p>
    <w:p>
      <w:pPr>
        <w:ind w:firstLine="480"/>
      </w:pPr>
      <w:r>
        <w:t>申请“动力工程及工程热物理”专业的直博生， 优先考虑双一流建设学科和国家级重点学科的应届毕业生。</w:t>
      </w:r>
    </w:p>
    <w:p>
      <w:pPr>
        <w:ind w:firstLine="480"/>
      </w:pPr>
      <w:r>
        <w:t>4．申请人外语水平须满足下列条件之一：</w:t>
      </w:r>
    </w:p>
    <w:p>
      <w:pPr>
        <w:ind w:firstLine="480"/>
      </w:pPr>
      <w:r>
        <w:t>申请硕士研究生，要求全国大学英语四级成绩不低于425分。</w:t>
      </w:r>
    </w:p>
    <w:p>
      <w:pPr>
        <w:ind w:firstLine="480"/>
      </w:pPr>
      <w:r>
        <w:t>申请直博生，要求全国大学英语六级成绩不低于425分，或雅思成绩达到6.5或托福成绩达到90分。</w:t>
      </w:r>
    </w:p>
    <w:p>
      <w:pPr>
        <w:ind w:firstLine="480"/>
      </w:pPr>
      <w:r>
        <w:t>5．申请学科专业或类别领域只限与申请人本科所学专业同一学科门类，原则上不接收跨一级学科申请。</w:t>
      </w:r>
    </w:p>
    <w:p>
      <w:pPr>
        <w:ind w:firstLine="480"/>
      </w:pPr>
      <w:r>
        <w:t>6．学术研究兴趣浓厚，有较强的创新意识、创新能力和专业能力。</w:t>
      </w:r>
    </w:p>
    <w:p>
      <w:pPr>
        <w:ind w:firstLine="480"/>
      </w:pPr>
      <w:r>
        <w:t>7．诚实守信，学风端正，无学术不端行为，无违法违纪记录。</w:t>
      </w:r>
    </w:p>
    <w:p>
      <w:pPr>
        <w:ind w:firstLine="480"/>
      </w:pPr>
      <w:r>
        <w:t>8．身体健康状况符合规定的体检标准。</w:t>
      </w:r>
    </w:p>
    <w:p>
      <w:pPr>
        <w:ind w:firstLine="480"/>
      </w:pPr>
      <w:r>
        <w:t>二、报名及复试时间安排</w:t>
      </w:r>
    </w:p>
    <w:p>
      <w:pPr>
        <w:ind w:firstLine="480"/>
      </w:pPr>
      <w:r>
        <w:t>（一）报名方式</w:t>
      </w:r>
    </w:p>
    <w:p>
      <w:pPr>
        <w:ind w:firstLine="480"/>
      </w:pPr>
      <w:r>
        <w:t>1.系统报名</w:t>
      </w:r>
    </w:p>
    <w:p>
      <w:pPr>
        <w:ind w:firstLine="480"/>
      </w:pPr>
      <w:r>
        <w:t>满足我院申请条件的优秀应届本科毕业生，均可通过“华北电力大学接收推荐免试研究生网上申请系统”进行报名，网址为</w:t>
      </w:r>
    </w:p>
    <w:p>
      <w:pPr>
        <w:ind w:firstLine="480"/>
      </w:pPr>
      <w:r>
        <w:t>https://yjszs.ncepu.edu.cn/zsgl/tmsgl/default.aspx</w:t>
      </w:r>
    </w:p>
    <w:p>
      <w:pPr>
        <w:ind w:firstLine="480"/>
      </w:pPr>
      <w:r>
        <w:t>报名系统中所需上传的附件pdf文件为下面的资格审查材料，请用“扫描全能王”手机APP 将资格审查所需材料按顺序扫描成pdf文档，命名规则“硕士/直博-报考专业名称-姓名”，上传至报名系统。</w:t>
      </w:r>
    </w:p>
    <w:p>
      <w:pPr>
        <w:ind w:firstLine="480"/>
      </w:pPr>
      <w:r>
        <w:t>申请报名截止时间：2024年9月22日 上午9：00。</w:t>
      </w:r>
    </w:p>
    <w:p>
      <w:pPr>
        <w:ind w:firstLine="480"/>
      </w:pPr>
      <w:r>
        <w:t>2.扫码进群</w:t>
      </w:r>
    </w:p>
    <w:p>
      <w:pPr>
        <w:ind w:firstLine="480"/>
      </w:pPr>
      <w:r>
        <w:t>报名同时请务必微信扫码加入“2025华电能动推免复试群”（进入1个群即可，入群后将备注为真实姓名+本科院校）。</w:t>
      </w:r>
    </w:p>
    <w:p>
      <w:pPr>
        <w:ind w:firstLine="480"/>
      </w:pPr>
      <w:r>
        <w:t>（三）资格审查及复试时间安排：</w:t>
      </w:r>
    </w:p>
    <w:p>
      <w:pPr>
        <w:ind w:firstLine="480"/>
      </w:pPr>
      <w:r>
        <w:t>1.资格审查</w:t>
      </w:r>
    </w:p>
    <w:p>
      <w:pPr>
        <w:ind w:firstLine="480"/>
      </w:pPr>
      <w:r>
        <w:t>资格审查时间另行通知。资格审查时请备好所有材料原件，材料不齐全者认定为资格审查不合格，不能参加复试。</w:t>
      </w:r>
    </w:p>
    <w:p>
      <w:pPr>
        <w:ind w:firstLine="480"/>
      </w:pPr>
      <w:r>
        <w:t>资格审查材料清单：</w:t>
      </w:r>
    </w:p>
    <w:p>
      <w:pPr>
        <w:ind w:firstLine="480"/>
      </w:pPr>
      <w:r>
        <w:t>(1)华北电力大学2025年接收推荐免试研究生申请表原件1份。（此表须正反面打印）</w:t>
      </w:r>
    </w:p>
    <w:p>
      <w:pPr>
        <w:ind w:firstLine="480"/>
      </w:pPr>
      <w:r>
        <w:t>申请直博生须要先征得拟报考导师同意并签字，导师不同意者报考资格无效。</w:t>
      </w:r>
    </w:p>
    <w:p>
      <w:pPr>
        <w:ind w:firstLine="480"/>
      </w:pPr>
      <w:r>
        <w:t>申请硕士生务必填写申请表中的“拟报导师”一项，导师信息详见</w:t>
      </w:r>
    </w:p>
    <w:p>
      <w:pPr>
        <w:ind w:firstLine="480"/>
      </w:pPr>
      <w:r>
        <w:t>https://thermal.ncepu.edu.cn/zspy/yjszspy/4f11b076b2c640b6b67c21aa69ab4320.htm</w:t>
      </w:r>
    </w:p>
    <w:p>
      <w:pPr>
        <w:ind w:firstLine="480"/>
      </w:pPr>
      <w:r>
        <w:t>(2)华北电力大学2025年研究生入学考试政审表原件1份。</w:t>
      </w:r>
    </w:p>
    <w:p>
      <w:pPr>
        <w:ind w:firstLine="480"/>
      </w:pPr>
      <w:r>
        <w:t>(3)加盖学校教务处公章的本科1—6学期成绩单原件1份。</w:t>
      </w:r>
    </w:p>
    <w:p>
      <w:pPr>
        <w:ind w:firstLine="480"/>
      </w:pPr>
      <w:r>
        <w:t>(4)全国大学英语四、六级成绩单或体现自身英语同等水平证明复印件1份。</w:t>
      </w:r>
    </w:p>
    <w:p>
      <w:pPr>
        <w:ind w:firstLine="480"/>
      </w:pPr>
      <w:r>
        <w:t>(5)有效期内的学生证复印件1份（注册章清晰、齐全，照片页和注册页须复印在一页纸上）。</w:t>
      </w:r>
    </w:p>
    <w:p>
      <w:pPr>
        <w:ind w:firstLine="480"/>
      </w:pPr>
      <w:r>
        <w:t>(6)有效居民身份证复印件1份（正反面须复印在一页纸上）。</w:t>
      </w:r>
    </w:p>
    <w:p>
      <w:pPr>
        <w:ind w:firstLine="480"/>
      </w:pPr>
      <w:r>
        <w:t>(7)其它证明申请人学术水平和业务能力的学术论文或获奖证书等材料复印件1份。</w:t>
      </w:r>
    </w:p>
    <w:p>
      <w:pPr>
        <w:ind w:firstLine="480"/>
      </w:pPr>
      <w:r>
        <w:t>(8)申请直博生还须提交至少两名所报考学科专业领域内的教授（或相当专业技术职称的专家）的书面推荐意见和考生个人陈述1份。</w:t>
      </w:r>
    </w:p>
    <w:p>
      <w:pPr>
        <w:ind w:firstLine="480"/>
      </w:pPr>
      <w:r>
        <w:t>(9)华北电力大学2025年接收推免生特殊学术专长审核备案表原件（具有学术专长考生提供）。</w:t>
      </w:r>
    </w:p>
    <w:p>
      <w:pPr>
        <w:ind w:firstLine="480"/>
      </w:pPr>
      <w:r>
        <w:t>(10)复试考生诚信承诺书。</w:t>
      </w:r>
    </w:p>
    <w:p>
      <w:pPr>
        <w:ind w:firstLine="480"/>
      </w:pPr>
      <w:r>
        <w:t>以上材料使用A4纸复印或打印，资格审查时需要提交以上材料的复印件和原件查验，所有材料一经收到，恕不退还。</w:t>
      </w:r>
    </w:p>
    <w:p>
      <w:pPr>
        <w:ind w:firstLine="480"/>
      </w:pPr>
      <w:r>
        <w:t>2.复试时间：预计9月26日下午1：30开始，采用考生线上网络远程复试（复试平台：腾讯会议）的形式，具体复试安排详见微信群及后期各小组通知，若有变动，另行通知。</w:t>
      </w:r>
    </w:p>
    <w:p>
      <w:pPr>
        <w:ind w:firstLine="480"/>
      </w:pPr>
      <w:r>
        <w:t>3.录取名单确定后，学院将通过中国研究生招生信息网“推免服务系统”向拟录取考生发送待录取通知，考生接到待录取通知后，需在待录取通知规定的时间内点击确认接收，录取方为有效，否则视为自动放弃录取。</w:t>
      </w:r>
    </w:p>
    <w:p>
      <w:pPr>
        <w:ind w:firstLine="480"/>
      </w:pPr>
      <w:r>
        <w:t>重要说明：9月28日中国研究生招生信息网“推免服务系统”开放后，申请推荐免试攻读我院研究生者（含本校推免生），必须登陆中国研究生招生信息网“推免服务系统”（</w:t>
      </w:r>
    </w:p>
    <w:p>
      <w:pPr>
        <w:ind w:firstLine="480"/>
      </w:pPr>
      <w:r>
        <w:t>http://yz.chsi.com.cn/tm</w:t>
      </w:r>
    </w:p>
    <w:p>
      <w:pPr>
        <w:ind w:firstLine="480"/>
      </w:pPr>
      <w:r>
        <w:t>）在规定的时间内进行招生专业目录查询、信息注册、照片上传、缴费、填报志愿，报考我校请选择北京市-10054华北电力大学，并选择能源动力与机械工程学院以及报考专业，网上完成接收并确认我院的复试及待录取通知等环节。</w:t>
      </w:r>
    </w:p>
    <w:p>
      <w:pPr>
        <w:ind w:firstLine="480"/>
      </w:pPr>
      <w:r>
        <w:t>四、复试及录取</w:t>
      </w:r>
    </w:p>
    <w:p>
      <w:pPr>
        <w:ind w:firstLine="480"/>
      </w:pPr>
      <w:r>
        <w:t>1. 通过资格审查的推免生均需参加接收学科专业或类别领域的复试，复试内容包括：综合素质及能力测试、外语听力及口语测试和考生申请材料评价等。</w:t>
      </w:r>
    </w:p>
    <w:p>
      <w:pPr>
        <w:ind w:firstLine="480"/>
      </w:pPr>
      <w:r>
        <w:t>2. 所有接收的推免生需进行体检，体检标准参照普通高等学校招生体检工作指导意见，体检不合格者不予录取，体检安排后续通知。</w:t>
      </w:r>
    </w:p>
    <w:p>
      <w:pPr>
        <w:ind w:firstLine="480"/>
      </w:pPr>
      <w:r>
        <w:t>3. 拟接收的推免生必须按教育部规定办理相关手续，手续不全者不予录取。</w:t>
      </w:r>
    </w:p>
    <w:p>
      <w:pPr>
        <w:ind w:firstLine="480"/>
      </w:pPr>
      <w:r>
        <w:t>五、其它情况说明</w:t>
      </w:r>
    </w:p>
    <w:p>
      <w:pPr>
        <w:ind w:firstLine="480"/>
      </w:pPr>
      <w:r>
        <w:t>1．华北电力大学北京校部的招生代码为：10054，我院推荐免试接收工作办公地点及咨询电话：主楼F617，曲老师，咨询电话010-61772383。学院网站网址：http://thermal.ncepu.edu.cn/index.htm（相关通知在招生培养栏发布）</w:t>
      </w:r>
    </w:p>
    <w:p>
      <w:pPr>
        <w:ind w:firstLine="480"/>
      </w:pPr>
      <w:r>
        <w:t>2．有下列情况之一者，将取消其录取资格。</w:t>
      </w:r>
    </w:p>
    <w:p>
      <w:pPr>
        <w:ind w:firstLine="480"/>
      </w:pPr>
      <w:r>
        <w:t>（1）申请人提供的材料与事实不符，存在舞弊现象。</w:t>
      </w:r>
    </w:p>
    <w:p>
      <w:pPr>
        <w:ind w:firstLine="480"/>
      </w:pPr>
      <w:r>
        <w:t>（2）申请人在本科第四学年受到行政纪律处分的。</w:t>
      </w:r>
    </w:p>
    <w:p>
      <w:pPr>
        <w:ind w:firstLine="480"/>
      </w:pPr>
      <w:r>
        <w:t>（3）在毕业时未获得毕业证书或学士学位证书。</w:t>
      </w:r>
    </w:p>
    <w:p>
      <w:pPr>
        <w:ind w:firstLine="480"/>
      </w:pPr>
      <w:r>
        <w:t>（4）不符合规定的体检标准或因身体缺陷、疾病而不能继续学习。</w:t>
      </w:r>
    </w:p>
    <w:p>
      <w:pPr>
        <w:ind w:firstLine="480"/>
      </w:pPr>
      <w:r>
        <w:t>（5）没有获得推免资格的考生。</w:t>
      </w:r>
    </w:p>
    <w:p>
      <w:pPr>
        <w:ind w:firstLine="480"/>
      </w:pPr>
      <w:r>
        <w:t>3．研究生院相关通知网址</w:t>
      </w:r>
    </w:p>
    <w:p>
      <w:pPr>
        <w:ind w:firstLine="480"/>
      </w:pPr>
      <w:r>
        <w:t>https://yjsy.ncepu.edu.cn/zsxx/sszsxx/154d68f3e0d04945a8f38278772f632c.htm</w:t>
      </w:r>
    </w:p>
    <w:p>
      <w:pPr>
        <w:ind w:firstLine="480"/>
      </w:pPr>
      <w:r>
        <w:t>华北电力大学</w:t>
      </w:r>
    </w:p>
    <w:p>
      <w:pPr>
        <w:ind w:firstLine="480"/>
      </w:pPr>
      <w:r>
        <w:t>能源动力与机械工程学院</w:t>
      </w:r>
    </w:p>
    <w:p>
      <w:pPr>
        <w:ind w:firstLine="480"/>
      </w:pPr>
      <w:r>
        <w:t>2024年9月19日</w:t>
      </w:r>
    </w:p>
    <w:p>
      <w:pPr>
        <w:ind w:firstLine="480"/>
      </w:pPr>
      <w:r>
        <w:t>附件1-华北电力大学2025年接收推荐免试研究生申请表.doc</w:t>
      </w:r>
    </w:p>
    <w:p>
      <w:pPr>
        <w:ind w:firstLine="480"/>
      </w:pPr>
      <w:r>
        <w:t>附件2-华北电力大学2025年研究生入学考试政审表.doc</w:t>
      </w:r>
    </w:p>
    <w:p>
      <w:pPr>
        <w:ind w:firstLine="480"/>
      </w:pPr>
      <w:r>
        <w:t>附件3-华北电力大学2025年招收推荐免试攻读博士研究生个人陈述.docx</w:t>
      </w:r>
    </w:p>
    <w:p>
      <w:pPr>
        <w:ind w:firstLine="480"/>
      </w:pPr>
      <w:r>
        <w:t>附件4-华北电力大学报考攻读博士学位研究生专家推荐信.doc</w:t>
      </w:r>
    </w:p>
    <w:p>
      <w:pPr>
        <w:ind w:firstLine="480"/>
      </w:pPr>
      <w:r>
        <w:t>附件5-华北电力大学2025年接收推免生特殊学术专长备案表.doc</w:t>
      </w:r>
    </w:p>
    <w:p>
      <w:pPr>
        <w:ind w:firstLine="480"/>
      </w:pPr>
      <w:r>
        <w:t>附件6-华北电力大学2025年接收推荐免试研究生复试考生诚信承诺书.docx</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