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华中师范大学美术学院2025年优秀大学生暑期夏令营通知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 学院简介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位于九省通衢的湖北省武汉市，是教育部直属重点综合性师范大学，国家“211工程”重点建设大学，国家教师教育“985”优势学科创新平台建设高校，首批列入国家“双一流”建设高校，是国家培养中、高等学校师资和其他高级专门人才的重要基地。学校在120余年的发展中，形成了“求实创新、立德树人”的校训和“忠诚博雅、朴实刚毅”的华师精神，为国家培养了60多万优秀人才。学校毕业生综合素质高，以在教育系统、党政机关、企业和其它事业单位就业为主，曾获全国毕业生就业典型经验高校、教育部创新创业典型经验高校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美术学院前身可追溯到华中高等师范学校1952年设立的图画制图系。1953年更名为华中师范学院图画系。1985年，华中师范学院更名为华中师范大学并恢复美术系。2004年正式建院。学院设有美术学系、艺术设计系、造型艺术系，有美术学（师范）、绘画、视觉传达设计、数字媒体艺术等四个本科专业，有艺术学、美术与书法、设计、设计学四个硕士学位授权点，其中，美术学（师范）、绘画、视觉传达设计先后获批国家级一流本科专业建设点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美术学院以习近平新时代中国特色社会主义思想为指导，以党建为引领、以育人为核心，突出美术教育办学特色，积极拓展设计艺术、造型艺术学科的发展空间，坚持人工智能技术与设计学科深度融合，不断探索国际化办学培育途径，力争建设成为国内高水平的美术教育、美术创作、艺术与科技交叉融合发展的研究型学院。学院现有专兼职教职工100余人，其中教授、副教授60余人，长江学者、湖北名师、桂苑名师等各类学者名师近10人次，博士生导师6人，硕士生导师40多人。学院拥有“湖北名师工作室”“信息化教育空间整体设计”2个省级教学团队和“版画工作室”省级优秀基层教学组织，设有文化与教育建筑研究中心、当代艺术研究所、美育研究中心、长江创意设计研究院等4个校级研究基地，主办《美育研究》辑刊。“艺术与科技交叉学科平台”整合了设计学、心理学、人工智能技术等多学科师资力量，围绕智能化艺术、可视化交互、数据叙事、适老化设计等前沿领域，在人机协同的创新语境中构建出交叉学科人才培养的新体系。近年来，学院教师先后承担和完成多项国家社科基金、艺术基金、教育部人文社科项目以及省级社科项目，其中国家级项目20余项，省部级项目40余项，在《文艺研究》等CSSCI期刊上正式发表100余篇，出版专著、画册、教材等七十余部，获得省市级各类人文社科研究优秀成果奖10余项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美术学院目前在校全日制本科生700余人，硕士研究生近300人；另有教育硕士、非全日制专业学位研究生200余人。作为华中地区美术教育与研究的重要基地，近年来，美术学院紧跟国家战略部署，紧随时代变革节奏，紧扣学科发展脉络，积极拓展创新视野，实施美术类、设计类拔尖创新人才培养计划，在人工智能+、文化创意、国际化等方面聚焦发力、亮点纷呈，人才培养和创作研究成绩斐然。师生作品在全国美展、全国版画展、全国中国画作品展、北京国际双年展、金陵百家画展、未来设计师、中国好创意、大广赛等国内外各类专业展赛中获奖及入选千余件。学生作品还多次在威尼斯国际表演艺术周、伦敦设计节科技艺术展等国外重要展览展出，获奥地利林茨国际电子艺术奖荣誉奖、英国流明数字媒体艺术奖等。各专业就业率近年来均保持在90％以上，毕业生除了进入到全国各地各级学校任教以外，还有多人进入到腾讯、网易、百度、字节跳动、中国建筑设计院、中国文化遗产研究院、武汉规划院、中建集团、融创国际、竞技世界、比亚迪汽车、东风汽车、长江传媒等知名企业，广受用人单位好评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二、活动介绍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1．目的：以夏令营活动形式促进艺术学、设计、美术与书法等学科优秀大学生之间的交流，帮助青年学生了解华中师范大学美术学院的研究生培养、科学研究、国际合作交流等情况。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2．内容：举办专业介绍、研究生座谈、专家讲座等活动，并进行营员考核。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3．人数及专业：本次夏令营活动拟招收50人左右，包括艺术学、设计学、设计、美术与书法，各专业具体名额视报名情况待定。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4．时间及安排：2025年7月1日至2日，本年度夏令营活动拟采取线下方式进行。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三、申请者资格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全国普通高校相关专业的2022级在校优秀本科生（2026届毕业生）。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具有良好的思想品德和政治素质，品德优秀、身心健康、诚实守信、学风端正，未受过任何处分。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3．专业不限，对艺术与设计具有浓厚兴趣，具有扎实的基础理论知识和较强创新意识和创新能力。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本科成绩优良，前3年专业排名在30%以前。但在其它方面有优异成绩者亦可申请，如有其他成果方面突出表现者，可适当放宽。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其它方面主要成果包括：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曾获得校级或以上学科竞赛个人或团体等级奖；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曾获得省级及以上荣誉称号；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有科研实践经历者，作为主要参与者参与过横向、纵向或大学生创新创业计划项目研究；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在核心及以上级别期刊上发表过一篇或多篇学术论文（排名靠前或作为通讯作者）；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创新创业能力突出。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英语水平良好，全国大学生英语四级考试425分以上或出具其他英语水平能力考试相应等级与分数。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四、活动内容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事项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7月1日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9：00—10：00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营员报到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10：00-11：30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开营仪式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14：30—17：30</w:t>
            </w:r>
          </w:p>
        </w:tc>
      </w:tr>
    </w:tbl>
    <w:p/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营员学术与综合考核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7月2日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9：00—11：30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专家讲座及师生交流互动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14：00—16：30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营员专业技能与研究能力展示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