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澜湄国际职业学院 2026年优秀应届本科毕业生免试攻读硕士学位研究生推荐工作实施细则-云南民族大学澜湄国际职业学院（职业技术学院）</w:t>
      </w:r>
    </w:p>
    <w:p>
      <w:pPr>
        <w:spacing w:after="80" w:lineRule="auto" w:line="360"/>
        <w:ind w:firstLine="482"/>
        <w:jc w:val="both"/>
      </w:pPr>
      <w:r>
        <w:rPr>
          <w:rFonts w:ascii="Times New Roman" w:hAnsi="Times New Roman" w:eastAsia="宋体"/>
          <w:b w:val="0"/>
          <w:sz w:val="24"/>
        </w:rPr>
        <w:t>为切实做好学院 2026 年优秀应届本科毕业生免试攻读硕士学位研究生（以下简称推免生）的推荐工作，根据《云南民族大学推荐优秀应届本科毕业生免试攻读硕士学位研究生工作管理办法》及《云南民族大学 2026 年推荐优秀应届本科生免试攻读硕士学位研究工作方案》，现就学院 2026 年推免工作制定工作实施细则如下：</w:t>
      </w:r>
    </w:p>
    <w:p>
      <w:pPr>
        <w:spacing w:after="80" w:lineRule="auto" w:line="360"/>
        <w:ind w:firstLine="482"/>
        <w:jc w:val="both"/>
      </w:pPr>
      <w:r>
        <w:rPr>
          <w:rFonts w:ascii="Times New Roman" w:hAnsi="Times New Roman" w:eastAsia="宋体"/>
          <w:b w:val="0"/>
          <w:sz w:val="24"/>
        </w:rPr>
        <w:t>发布日期（推定）：2025年8月16日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（一）推免工作领导小组</w:t>
      </w:r>
    </w:p>
    <w:p>
      <w:pPr>
        <w:spacing w:after="80" w:lineRule="auto" w:line="360"/>
        <w:ind w:firstLine="482"/>
        <w:jc w:val="both"/>
      </w:pPr>
      <w:r>
        <w:rPr>
          <w:rFonts w:ascii="Times New Roman" w:hAnsi="Times New Roman" w:eastAsia="宋体"/>
          <w:b w:val="0"/>
          <w:sz w:val="24"/>
        </w:rPr>
        <w:t>1. 组长：吴万勤 何永辉</w:t>
      </w:r>
    </w:p>
    <w:p>
      <w:pPr>
        <w:spacing w:after="80" w:lineRule="auto" w:line="360"/>
        <w:ind w:firstLine="482"/>
        <w:jc w:val="both"/>
      </w:pPr>
      <w:r>
        <w:rPr>
          <w:rFonts w:ascii="Times New Roman" w:hAnsi="Times New Roman" w:eastAsia="宋体"/>
          <w:b w:val="0"/>
          <w:sz w:val="24"/>
        </w:rPr>
        <w:t>2. 副组长：吴庆畅 刘纯怡</w:t>
      </w:r>
    </w:p>
    <w:p>
      <w:pPr>
        <w:spacing w:after="80" w:lineRule="auto" w:line="360"/>
        <w:ind w:firstLine="482"/>
        <w:jc w:val="both"/>
      </w:pPr>
      <w:r>
        <w:rPr>
          <w:rFonts w:ascii="Times New Roman" w:hAnsi="Times New Roman" w:eastAsia="宋体"/>
          <w:b w:val="0"/>
          <w:sz w:val="24"/>
        </w:rPr>
        <w:t>3. 成员部门：教务办 党政办 学生工作办 院团委</w:t>
      </w:r>
    </w:p>
    <w:p>
      <w:pPr>
        <w:spacing w:after="80" w:lineRule="auto" w:line="360"/>
        <w:ind w:firstLine="482"/>
        <w:jc w:val="both"/>
      </w:pPr>
      <w:r>
        <w:rPr>
          <w:rFonts w:ascii="Times New Roman" w:hAnsi="Times New Roman" w:eastAsia="宋体"/>
          <w:b w:val="0"/>
          <w:sz w:val="24"/>
        </w:rPr>
        <w:t>4. 职责：按照《云南民族大学推荐优秀应届本科毕业生免试攻读硕士学位研究生工作管理办法》及《云南民族大学 2026 年推荐优秀应届本科生免试攻读硕士学位研究工作方案》相关规定及要求，指导学院的推免工作。</w:t>
      </w:r>
    </w:p>
    <w:p>
      <w:pPr>
        <w:spacing w:after="80" w:lineRule="auto" w:line="360"/>
        <w:ind w:firstLine="482"/>
        <w:jc w:val="both"/>
      </w:pPr>
      <w:r>
        <w:rPr>
          <w:rFonts w:ascii="Times New Roman" w:hAnsi="Times New Roman" w:eastAsia="宋体"/>
          <w:b w:val="0"/>
          <w:sz w:val="24"/>
        </w:rPr>
        <w:t>（二）监督小组</w:t>
      </w:r>
    </w:p>
    <w:p>
      <w:pPr>
        <w:spacing w:after="80" w:lineRule="auto" w:line="360"/>
        <w:ind w:firstLine="482"/>
        <w:jc w:val="both"/>
      </w:pPr>
      <w:r>
        <w:rPr>
          <w:rFonts w:ascii="Times New Roman" w:hAnsi="Times New Roman" w:eastAsia="宋体"/>
          <w:b w:val="0"/>
          <w:sz w:val="24"/>
        </w:rPr>
        <w:t>1. 组长：刘纯怡</w:t>
      </w:r>
    </w:p>
    <w:p>
      <w:pPr>
        <w:spacing w:after="80" w:lineRule="auto" w:line="360"/>
        <w:ind w:firstLine="482"/>
        <w:jc w:val="both"/>
      </w:pPr>
      <w:r>
        <w:rPr>
          <w:rFonts w:ascii="Times New Roman" w:hAnsi="Times New Roman" w:eastAsia="宋体"/>
          <w:b w:val="0"/>
          <w:sz w:val="24"/>
        </w:rPr>
        <w:t>2. 成员：张敬夷</w:t>
      </w:r>
    </w:p>
    <w:p>
      <w:pPr>
        <w:spacing w:after="80" w:lineRule="auto" w:line="360"/>
        <w:ind w:firstLine="482"/>
        <w:jc w:val="both"/>
      </w:pPr>
      <w:r>
        <w:rPr>
          <w:rFonts w:ascii="Times New Roman" w:hAnsi="Times New Roman" w:eastAsia="宋体"/>
          <w:b w:val="0"/>
          <w:sz w:val="24"/>
        </w:rPr>
        <w:t>3. 职责：对推免工作实施全程监督。</w:t>
      </w:r>
    </w:p>
    <w:p>
      <w:pPr>
        <w:spacing w:after="80" w:lineRule="auto" w:line="360"/>
        <w:ind w:firstLine="482"/>
        <w:jc w:val="both"/>
      </w:pPr>
      <w:r>
        <w:rPr>
          <w:rFonts w:ascii="Times New Roman" w:hAnsi="Times New Roman" w:eastAsia="宋体"/>
          <w:b w:val="0"/>
          <w:sz w:val="24"/>
        </w:rPr>
        <w:t>（三）专家审核小组</w:t>
      </w:r>
    </w:p>
    <w:p>
      <w:pPr>
        <w:spacing w:after="80" w:lineRule="auto" w:line="360"/>
        <w:ind w:firstLine="482"/>
        <w:jc w:val="both"/>
      </w:pPr>
      <w:r>
        <w:rPr>
          <w:rFonts w:ascii="Times New Roman" w:hAnsi="Times New Roman" w:eastAsia="宋体"/>
          <w:b w:val="0"/>
          <w:sz w:val="24"/>
        </w:rPr>
        <w:t>1. 组长：邓云川</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