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关于做好2023年优秀应届本科毕业生免试攻读硕士学位研究生推荐工作的通知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一、通知名称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发布日期（推定）：2022年9月7日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关于做好2023年优秀应届本科毕业生免试攻读硕士学位研究生推荐工作的通知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二、附件材料清单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关于做好2023年优秀应届本科毕业生免试攻读硕士学位研究生推荐工作的通知.pdf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附件1：西北政法大学2023年推免生综合考核测评办法.doc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附件2：×××学院2023年推荐免试攻读研究生申请表.doc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附件3：×××学院2023年推荐免试攻读研究生名单汇总表.xls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附件4：×××学院2023年推免生信息汇总表.xls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附件5：2023年推免生个人信息填表说明.xls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本段内容仅包含通知名称及附件清单，未包含申请条件、报名时间、活动时间、接收条件、流程、时间节点、名额、联系方式等具体信息。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