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景德镇陶瓷大学考古文博学院2026年推荐免试硕士研究生复试成绩公布通知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一、通知背景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根据《景德镇陶瓷大学考古文博学院2026年接收推荐免试攻读硕士学位研究生工作细则》有关规定，经相关程序，现将复试成绩予以公布。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二、复试成绩信息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公布对象：参加景德镇陶瓷大学考古文博学院2026年推荐免试硕士研究生复试的考生。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成绩内容：包含姓名、身份证号、专业及专业代码、研究方向、学习形式、专业能力、综合素质、听力口语、总成绩。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公布考生成绩如下：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专业及专业代码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学习形式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专业能力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综合素质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听力口语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邹雪芹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3605022004******2X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文物（1451）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文物评估与展示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86.26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三、发布单位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发布单位：景德镇陶瓷大学考古文博学院。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发布日期：2025年9月28日。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