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大连交通大学理学院2026届优秀应届本科毕业生免试攻读研究生推荐名单公示</w:t>
      </w:r>
    </w:p>
    <w:p>
      <w:pPr>
        <w:spacing w:after="80" w:lineRule="auto" w:line="360"/>
        <w:ind w:firstLine="482"/>
        <w:jc w:val="both"/>
      </w:pPr>
      <w:r>
        <w:rPr>
          <w:rFonts w:ascii="Times New Roman" w:hAnsi="Times New Roman" w:eastAsia="宋体"/>
          <w:b w:val="0"/>
          <w:sz w:val="24"/>
        </w:rPr>
        <w:t>大连交通大学理学院2026届优秀应届本科毕业生免试攻读研究生推荐名单公示，发布日期为2025年9月8日。</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一、名单人数与专业明细</w:t>
      </w:r>
    </w:p>
    <w:p>
      <w:pPr>
        <w:spacing w:after="80" w:lineRule="auto" w:line="360"/>
        <w:ind w:firstLine="482"/>
        <w:jc w:val="both"/>
      </w:pPr>
      <w:r>
        <w:rPr>
          <w:rFonts w:ascii="Times New Roman" w:hAnsi="Times New Roman" w:eastAsia="宋体"/>
          <w:b w:val="0"/>
          <w:sz w:val="24"/>
        </w:rPr>
        <w:t>1. 推荐名单共7人，候补名单共5人，合计12人。</w:t>
      </w:r>
    </w:p>
    <w:p>
      <w:pPr>
        <w:spacing w:after="80" w:lineRule="auto" w:line="360"/>
        <w:ind w:firstLine="482"/>
        <w:jc w:val="both"/>
      </w:pPr>
      <w:r>
        <w:rPr>
          <w:rFonts w:ascii="Times New Roman" w:hAnsi="Times New Roman" w:eastAsia="宋体"/>
          <w:b w:val="0"/>
          <w:sz w:val="24"/>
        </w:rPr>
        <w:t>2. 推荐名单分专业明细：信息与计算科学+软件工程1人，数学与应用数学+软件工程2人，信息与计算科学1人，数学与应用数学3人。</w:t>
      </w:r>
    </w:p>
    <w:p>
      <w:pPr>
        <w:spacing w:after="80" w:lineRule="auto" w:line="360"/>
        <w:ind w:firstLine="482"/>
        <w:jc w:val="both"/>
      </w:pPr>
      <w:r>
        <w:rPr>
          <w:rFonts w:ascii="Times New Roman" w:hAnsi="Times New Roman" w:eastAsia="宋体"/>
          <w:b w:val="0"/>
          <w:sz w:val="24"/>
        </w:rPr>
        <w:t>3. 候补名单分专业明细：信息与计算科学+软件工程1人，数学与应用数学+软件工程1人，信息与计算科学1人，数学与应用数学2人。</w:t>
      </w:r>
    </w:p>
    <w:p>
      <w:pPr>
        <w:spacing w:before="160" w:after="80" w:lineRule="auto" w:line="360"/>
        <w:jc w:val="left"/>
      </w:pPr>
      <w:r>
        <w:rPr>
          <w:rFonts w:ascii="Times New Roman" w:hAnsi="Times New Roman" w:eastAsia="宋体"/>
          <w:b/>
          <w:sz w:val="28"/>
        </w:rPr>
        <w:t>二、涵盖专业</w:t>
      </w:r>
    </w:p>
    <w:p>
      <w:pPr>
        <w:spacing w:after="80" w:lineRule="auto" w:line="360"/>
        <w:ind w:firstLine="482"/>
        <w:jc w:val="both"/>
      </w:pPr>
      <w:r>
        <w:rPr>
          <w:rFonts w:ascii="Times New Roman" w:hAnsi="Times New Roman" w:eastAsia="宋体"/>
          <w:b w:val="0"/>
          <w:sz w:val="24"/>
        </w:rPr>
        <w:t>信息与计算科学+软件工程、数学与应用数学+软件工程、信息与计算科学、数学与应用数学。</w:t>
      </w:r>
    </w:p>
    <w:p>
      <w:pPr>
        <w:spacing w:before="160" w:after="80" w:lineRule="auto" w:line="360"/>
        <w:jc w:val="left"/>
      </w:pPr>
      <w:r>
        <w:rPr>
          <w:rFonts w:ascii="Times New Roman" w:hAnsi="Times New Roman" w:eastAsia="宋体"/>
          <w:b/>
          <w:sz w:val="28"/>
        </w:rPr>
        <w:t>三、排名与评分方式</w:t>
      </w:r>
    </w:p>
    <w:p>
      <w:pPr>
        <w:spacing w:after="80" w:lineRule="auto" w:line="360"/>
        <w:ind w:firstLine="482"/>
        <w:jc w:val="both"/>
      </w:pPr>
      <w:r>
        <w:rPr>
          <w:rFonts w:ascii="Times New Roman" w:hAnsi="Times New Roman" w:eastAsia="宋体"/>
          <w:b w:val="0"/>
          <w:sz w:val="24"/>
        </w:rPr>
        <w:t>按专业排名推荐。综合成绩由首次必修课平均学分绩与加分总分构成，具体为：综合成绩=首次必修课平均学分绩+加分总分。</w:t>
      </w:r>
    </w:p>
    <w:p>
      <w:pPr>
        <w:spacing w:after="80" w:lineRule="auto" w:line="360"/>
        <w:ind w:firstLine="482"/>
        <w:jc w:val="both"/>
      </w:pPr>
      <w:r>
        <w:rPr>
          <w:rFonts w:ascii="Times New Roman" w:hAnsi="Times New Roman" w:eastAsia="宋体"/>
          <w:b w:val="0"/>
          <w:sz w:val="24"/>
        </w:rPr>
        <w:t>推荐名单中，钟永麟综合成绩93.465分（专业排名1/31），白思倩综合成绩92.945分（专业排名1/32），吴进杰综合成绩92.04分（专业排名2/32），林默综合成绩84.43分（专业排名1/28），周飒综合成绩91.41分（专业排名1/53），高鑫茹综合成绩88.82分（专业排名2/53），谭佳怡综合成绩88.23分（专业排名3/53）。</w:t>
      </w:r>
    </w:p>
    <w:p>
      <w:pPr>
        <w:spacing w:after="80" w:lineRule="auto" w:line="360"/>
        <w:ind w:firstLine="482"/>
        <w:jc w:val="both"/>
      </w:pPr>
      <w:r>
        <w:rPr>
          <w:rFonts w:ascii="Times New Roman" w:hAnsi="Times New Roman" w:eastAsia="宋体"/>
          <w:b w:val="0"/>
          <w:sz w:val="24"/>
        </w:rPr>
        <w:t>候补名单中，崔洋综合成绩87.99分（专业排名2/31），韩文芳综合成绩90.5分（专业排名3/32），刘馨璐综合成绩83.13分（专业排名2/28），邵佳综合成绩86.949分（专业排名4/53），胡潇姮综合成绩86.946分（专业排名5/53）。</w:t>
      </w:r>
    </w:p>
    <w:p>
      <w:pPr>
        <w:spacing w:before="160" w:after="80" w:lineRule="auto" w:line="360"/>
        <w:jc w:val="left"/>
      </w:pPr>
      <w:r>
        <w:rPr>
          <w:rFonts w:ascii="Times New Roman" w:hAnsi="Times New Roman" w:eastAsia="宋体"/>
          <w:b/>
          <w:sz w:val="28"/>
        </w:rPr>
        <w:t>四、公示期</w:t>
      </w:r>
    </w:p>
    <w:p>
      <w:pPr>
        <w:spacing w:after="80" w:lineRule="auto" w:line="360"/>
        <w:ind w:firstLine="482"/>
        <w:jc w:val="both"/>
      </w:pPr>
      <w:r>
        <w:rPr>
          <w:rFonts w:ascii="Times New Roman" w:hAnsi="Times New Roman" w:eastAsia="宋体"/>
          <w:b w:val="0"/>
          <w:sz w:val="24"/>
        </w:rPr>
        <w:t>自公示之日起3日内，即截至2025年9月10日16:00。</w:t>
      </w:r>
    </w:p>
    <w:p>
      <w:pPr>
        <w:spacing w:before="160" w:after="80" w:lineRule="auto" w:line="360"/>
        <w:jc w:val="left"/>
      </w:pPr>
      <w:r>
        <w:rPr>
          <w:rFonts w:ascii="Times New Roman" w:hAnsi="Times New Roman" w:eastAsia="宋体"/>
          <w:b/>
          <w:sz w:val="28"/>
        </w:rPr>
        <w:t>五、其他说明</w:t>
      </w:r>
    </w:p>
    <w:p>
      <w:pPr>
        <w:spacing w:after="80" w:lineRule="auto" w:line="360"/>
        <w:ind w:firstLine="482"/>
        <w:jc w:val="both"/>
      </w:pPr>
      <w:r>
        <w:rPr>
          <w:rFonts w:ascii="Times New Roman" w:hAnsi="Times New Roman" w:eastAsia="宋体"/>
          <w:b w:val="0"/>
          <w:sz w:val="24"/>
        </w:rPr>
        <w:t>1. 依据文件为《大连交通大学推荐优秀应届本科毕业生免试攻读研究生的管理规定》（大交大发[2024]33号）及《大连交通大学推荐2026届优秀应届本科毕业生免试攻读研究生工作方案》。</w:t>
      </w:r>
    </w:p>
    <w:p>
      <w:pPr>
        <w:spacing w:after="80" w:lineRule="auto" w:line="360"/>
        <w:ind w:firstLine="482"/>
        <w:jc w:val="both"/>
      </w:pPr>
      <w:r>
        <w:rPr>
          <w:rFonts w:ascii="Times New Roman" w:hAnsi="Times New Roman" w:eastAsia="宋体"/>
          <w:b w:val="0"/>
          <w:sz w:val="24"/>
        </w:rPr>
        <w:t>2. 经学生个人申报、学院推免生遴选工作小组全面审核、基础部党政联席会议通过。</w:t>
      </w:r>
    </w:p>
    <w:p>
      <w:pPr>
        <w:spacing w:after="80" w:lineRule="auto" w:line="360"/>
        <w:ind w:firstLine="482"/>
        <w:jc w:val="both"/>
      </w:pPr>
      <w:r>
        <w:rPr>
          <w:rFonts w:ascii="Times New Roman" w:hAnsi="Times New Roman" w:eastAsia="宋体"/>
          <w:b w:val="0"/>
          <w:sz w:val="24"/>
        </w:rPr>
        <w:t>3. 如有异议，可在公示期内以电话、信函、亲访等方式反映，需实事求是、具体真实，电话和信函需署真实姓名。联系电话：0411-86226608，联系人：张羽。</w:t>
      </w:r>
    </w:p>
    <w:p>
      <w:pPr>
        <w:spacing w:after="80" w:lineRule="auto" w:line="360"/>
        <w:ind w:firstLine="482"/>
        <w:jc w:val="both"/>
      </w:pPr>
      <w:r>
        <w:rPr>
          <w:rFonts w:ascii="Times New Roman" w:hAnsi="Times New Roman" w:eastAsia="宋体"/>
          <w:b w:val="0"/>
          <w:sz w:val="24"/>
        </w:rPr>
        <w:t>4. 加分情况：韩文芳获全国高校商业精英挑战赛文旅与会展创新创业实践竞赛文化旅游目的地营销全国总决赛一等奖，加分0.27；白思倩获2025年全国高校商业精英挑战赛品牌策划竞赛全国总决赛二等奖，加分0.135，获2024年（第18届）全国高校商业精英挑战赛文旅与会展创新创业实践竞赛文化旅游目的地营销全国总决赛一等奖，加分0.45；钟永麟获2023年全国高校商业精英挑战赛创新创业竞赛创业计划赛道全国总决赛二等奖，加分0.225，获2023年高教社杯全国大学生数学建模竞赛本科组二等奖，加分0.54；周飒获2024年中国大学生计算机博弈大赛暨第十八届中国计算机博弈锦标赛一等奖，加分1.08；孙晨赫获论文加分0.2，审核部门为科学技术处。</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