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宁夏大学机械工程学院2025年推荐优秀本科毕业生免试攻读硕士学位研究生工作实施细则（试行）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一、通知背景与发布信息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本通知为宁夏大学机械工程学院2025年推荐优秀本科毕业生免试攻读硕士学位研究生工作实施细则（试行）。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通知发布于2024年9月8日，来源为宁夏大学前沿科学与技术部官网。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正文内容以PDF文件形式提供，需下载相关阅读器（如福昕PDF阅读器或Adobe Reader）进行在线浏览或下载查看。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二、联系方式与地址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学院地址：宁夏银川西夏区贺兰山西路489号。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联系电话：0951-2062086。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邮编：750021。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