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1.关注“矿大北京研究生”公众号，选择下方“最新动态”-“复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一、缴费与注册流程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关注“矿大北京研究生”公众号，选择下方“最新动态”-“复试缴费”进行注册。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二、考生编号与信息填写要求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推免考生编号为身份证前15位。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统考生考生编号为15位。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手机号码为11位。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身份证号码为18位。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三、缴费说明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选择学院专业进行缴费。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复试缴费金额为100元。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