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中国政法大学法学院2026年推免生名单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总计未标注，原文未提供具体人数及分专业明细。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原文未提供具体专业信息。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原文内容缺失，无法提取有效信息。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