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[名单3]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福建师范大学体育科学学院2026年推荐优秀应届本科毕业生免试攻读研究生初选名单公示，发布日期为2025年09月06日。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名单人数：网页正文未公示具体名单人数及分专业明细。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涵盖专业：网页正文未公示具体涵盖专业。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网页正文未公示排名或评分方式。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网页正文未公示公示期起止时间及异议反馈渠道。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网页正文仅包含标题、发布时间及访问次数，未提供名单具体内容。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