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经研究，上海科技大学2025 年拟录取推荐免试研究生（含直博生）</w:t>
      </w:r>
    </w:p>
    <w:p>
      <w:pPr>
        <w:spacing w:after="80" w:lineRule="auto" w:line="360"/>
        <w:ind w:firstLine="482"/>
        <w:jc w:val="both"/>
      </w:pPr>
      <w:r>
        <w:rPr>
          <w:rFonts w:ascii="Times New Roman" w:hAnsi="Times New Roman" w:eastAsia="宋体"/>
          <w:b w:val="0"/>
          <w:sz w:val="24"/>
        </w:rPr>
        <w:t>上海科技大学2025年拟录取推荐免试研究生（含直博生）名单公示如下（按照姓名拼音排序）：</w:t>
      </w:r>
    </w:p>
    <w:p>
      <w:pPr>
        <w:spacing w:after="80" w:lineRule="auto" w:line="360"/>
        <w:ind w:firstLine="482"/>
        <w:jc w:val="both"/>
      </w:pPr>
      <w:r>
        <w:rPr>
          <w:rFonts w:ascii="Times New Roman" w:hAnsi="Times New Roman" w:eastAsia="宋体"/>
          <w:b w:val="0"/>
          <w:sz w:val="24"/>
        </w:rPr>
        <w:t>发布日期（推定）：2026年5月11日</w:t>
      </w:r>
    </w:p>
    <w:p>
      <w:pPr>
        <w:spacing w:before="160" w:after="80" w:lineRule="auto" w:line="360"/>
        <w:jc w:val="left"/>
      </w:pPr>
      <w:r>
        <w:rPr>
          <w:rFonts w:ascii="Times New Roman" w:hAnsi="Times New Roman" w:eastAsia="宋体"/>
          <w:b/>
          <w:sz w:val="28"/>
        </w:rPr>
        <w:t>九、名单明细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身份证后四位</w:t>
            </w:r>
          </w:p>
        </w:tc>
        <w:tc>
          <w:tcPr>
            <w:tcW w:type="dxa" w:w="1439"/>
          </w:tcPr>
          <w:p>
            <w:pPr>
              <w:spacing w:after="20" w:before="20"/>
            </w:pPr>
            <w:r/>
            <w:r>
              <w:rPr>
                <w:rFonts w:ascii="Times New Roman" w:hAnsi="Times New Roman" w:eastAsia="宋体"/>
                <w:b/>
                <w:sz w:val="21"/>
              </w:rPr>
              <w:t>录取类型</w:t>
            </w:r>
          </w:p>
        </w:tc>
        <w:tc>
          <w:tcPr>
            <w:tcW w:type="dxa" w:w="1439"/>
          </w:tcPr>
          <w:p>
            <w:pPr>
              <w:spacing w:after="20" w:before="20"/>
            </w:pPr>
            <w:r/>
            <w:r>
              <w:rPr>
                <w:rFonts w:ascii="Times New Roman" w:hAnsi="Times New Roman" w:eastAsia="宋体"/>
                <w:b/>
                <w:sz w:val="21"/>
              </w:rPr>
              <w:t>录取学院名称</w:t>
            </w:r>
          </w:p>
        </w:tc>
        <w:tc>
          <w:tcPr>
            <w:tcW w:type="dxa" w:w="1439"/>
          </w:tcPr>
          <w:p>
            <w:pPr>
              <w:spacing w:after="20" w:before="20"/>
            </w:pPr>
            <w:r/>
            <w:r>
              <w:rPr>
                <w:rFonts w:ascii="Times New Roman" w:hAnsi="Times New Roman" w:eastAsia="宋体"/>
                <w:b/>
                <w:sz w:val="21"/>
              </w:rPr>
              <w:t>录取专业代码</w:t>
            </w:r>
          </w:p>
        </w:tc>
        <w:tc>
          <w:tcPr>
            <w:tcW w:type="dxa" w:w="1439"/>
          </w:tcPr>
          <w:p>
            <w:pPr>
              <w:spacing w:after="20" w:before="20"/>
            </w:pPr>
            <w:r/>
            <w:r>
              <w:rPr>
                <w:rFonts w:ascii="Times New Roman" w:hAnsi="Times New Roman" w:eastAsia="宋体"/>
                <w:b/>
                <w:sz w:val="21"/>
              </w:rPr>
              <w:t>录取专业名称</w:t>
            </w:r>
          </w:p>
        </w:tc>
      </w:tr>
      <w:tr>
        <w:tc>
          <w:tcPr>
            <w:tcW w:type="dxa" w:w="1439"/>
          </w:tcPr>
          <w:p>
            <w:pPr>
              <w:spacing w:after="20" w:before="20"/>
            </w:pPr>
            <w:r/>
            <w:r>
              <w:rPr>
                <w:rFonts w:ascii="Times New Roman" w:hAnsi="Times New Roman" w:eastAsia="宋体"/>
                <w:b w:val="0"/>
                <w:sz w:val="21"/>
              </w:rPr>
              <w:t>艾金美</w:t>
            </w:r>
          </w:p>
        </w:tc>
        <w:tc>
          <w:tcPr>
            <w:tcW w:type="dxa" w:w="1439"/>
          </w:tcPr>
          <w:p>
            <w:pPr>
              <w:spacing w:after="20" w:before="20"/>
            </w:pPr>
            <w:r/>
            <w:r>
              <w:rPr>
                <w:rFonts w:ascii="Times New Roman" w:hAnsi="Times New Roman" w:eastAsia="宋体"/>
                <w:b w:val="0"/>
                <w:sz w:val="21"/>
              </w:rPr>
              <w:t>0920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安哲萱</w:t>
            </w:r>
          </w:p>
        </w:tc>
        <w:tc>
          <w:tcPr>
            <w:tcW w:type="dxa" w:w="1439"/>
          </w:tcPr>
          <w:p>
            <w:pPr>
              <w:spacing w:after="20" w:before="20"/>
            </w:pPr>
            <w:r/>
            <w:r>
              <w:rPr>
                <w:rFonts w:ascii="Times New Roman" w:hAnsi="Times New Roman" w:eastAsia="宋体"/>
                <w:b w:val="0"/>
                <w:sz w:val="21"/>
              </w:rPr>
              <w:t>1521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柏艺纯</w:t>
            </w:r>
          </w:p>
        </w:tc>
        <w:tc>
          <w:tcPr>
            <w:tcW w:type="dxa" w:w="1439"/>
          </w:tcPr>
          <w:p>
            <w:pPr>
              <w:spacing w:after="20" w:before="20"/>
            </w:pPr>
            <w:r/>
            <w:r>
              <w:rPr>
                <w:rFonts w:ascii="Times New Roman" w:hAnsi="Times New Roman" w:eastAsia="宋体"/>
                <w:b w:val="0"/>
                <w:sz w:val="21"/>
              </w:rPr>
              <w:t>0107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鲍中贵</w:t>
            </w:r>
          </w:p>
        </w:tc>
        <w:tc>
          <w:tcPr>
            <w:tcW w:type="dxa" w:w="1439"/>
          </w:tcPr>
          <w:p>
            <w:pPr>
              <w:spacing w:after="20" w:before="20"/>
            </w:pPr>
            <w:r/>
            <w:r>
              <w:rPr>
                <w:rFonts w:ascii="Times New Roman" w:hAnsi="Times New Roman" w:eastAsia="宋体"/>
                <w:b w:val="0"/>
                <w:sz w:val="21"/>
              </w:rPr>
              <w:t>4013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卜凡皓</w:t>
            </w:r>
          </w:p>
        </w:tc>
        <w:tc>
          <w:tcPr>
            <w:tcW w:type="dxa" w:w="1439"/>
          </w:tcPr>
          <w:p>
            <w:pPr>
              <w:spacing w:after="20" w:before="20"/>
            </w:pPr>
            <w:r/>
            <w:r>
              <w:rPr>
                <w:rFonts w:ascii="Times New Roman" w:hAnsi="Times New Roman" w:eastAsia="宋体"/>
                <w:b w:val="0"/>
                <w:sz w:val="21"/>
              </w:rPr>
              <w:t>6218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蔡昊辰</w:t>
            </w:r>
          </w:p>
        </w:tc>
        <w:tc>
          <w:tcPr>
            <w:tcW w:type="dxa" w:w="1439"/>
          </w:tcPr>
          <w:p>
            <w:pPr>
              <w:spacing w:after="20" w:before="20"/>
            </w:pPr>
            <w:r/>
            <w:r>
              <w:rPr>
                <w:rFonts w:ascii="Times New Roman" w:hAnsi="Times New Roman" w:eastAsia="宋体"/>
                <w:b w:val="0"/>
                <w:sz w:val="21"/>
              </w:rPr>
              <w:t>2825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蔡新阳</w:t>
            </w:r>
          </w:p>
        </w:tc>
        <w:tc>
          <w:tcPr>
            <w:tcW w:type="dxa" w:w="1439"/>
          </w:tcPr>
          <w:p>
            <w:pPr>
              <w:spacing w:after="20" w:before="20"/>
            </w:pPr>
            <w:r/>
            <w:r>
              <w:rPr>
                <w:rFonts w:ascii="Times New Roman" w:hAnsi="Times New Roman" w:eastAsia="宋体"/>
                <w:b w:val="0"/>
                <w:sz w:val="21"/>
              </w:rPr>
              <w:t>4836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081000</w:t>
            </w:r>
          </w:p>
        </w:tc>
        <w:tc>
          <w:tcPr>
            <w:tcW w:type="dxa" w:w="1439"/>
          </w:tcPr>
          <w:p>
            <w:pPr>
              <w:spacing w:after="20" w:before="20"/>
            </w:pPr>
            <w:r/>
            <w:r>
              <w:rPr>
                <w:rFonts w:ascii="Times New Roman" w:hAnsi="Times New Roman" w:eastAsia="宋体"/>
                <w:b w:val="0"/>
                <w:sz w:val="21"/>
              </w:rPr>
              <w:t>信息与通信工程</w:t>
            </w:r>
          </w:p>
        </w:tc>
      </w:tr>
      <w:tr>
        <w:tc>
          <w:tcPr>
            <w:tcW w:type="dxa" w:w="1439"/>
          </w:tcPr>
          <w:p>
            <w:pPr>
              <w:spacing w:after="20" w:before="20"/>
            </w:pPr>
            <w:r/>
            <w:r>
              <w:rPr>
                <w:rFonts w:ascii="Times New Roman" w:hAnsi="Times New Roman" w:eastAsia="宋体"/>
                <w:b w:val="0"/>
                <w:sz w:val="21"/>
              </w:rPr>
              <w:t>曹大千</w:t>
            </w:r>
          </w:p>
        </w:tc>
        <w:tc>
          <w:tcPr>
            <w:tcW w:type="dxa" w:w="1439"/>
          </w:tcPr>
          <w:p>
            <w:pPr>
              <w:spacing w:after="20" w:before="20"/>
            </w:pPr>
            <w:r/>
            <w:r>
              <w:rPr>
                <w:rFonts w:ascii="Times New Roman" w:hAnsi="Times New Roman" w:eastAsia="宋体"/>
                <w:b w:val="0"/>
                <w:sz w:val="21"/>
              </w:rPr>
              <w:t>321X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曹房康</w:t>
            </w:r>
          </w:p>
        </w:tc>
        <w:tc>
          <w:tcPr>
            <w:tcW w:type="dxa" w:w="1439"/>
          </w:tcPr>
          <w:p>
            <w:pPr>
              <w:spacing w:after="20" w:before="20"/>
            </w:pPr>
            <w:r/>
            <w:r>
              <w:rPr>
                <w:rFonts w:ascii="Times New Roman" w:hAnsi="Times New Roman" w:eastAsia="宋体"/>
                <w:b w:val="0"/>
                <w:sz w:val="21"/>
              </w:rPr>
              <w:t>7239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曹瑞铃</w:t>
            </w:r>
          </w:p>
        </w:tc>
        <w:tc>
          <w:tcPr>
            <w:tcW w:type="dxa" w:w="1439"/>
          </w:tcPr>
          <w:p>
            <w:pPr>
              <w:spacing w:after="20" w:before="20"/>
            </w:pPr>
            <w:r/>
            <w:r>
              <w:rPr>
                <w:rFonts w:ascii="Times New Roman" w:hAnsi="Times New Roman" w:eastAsia="宋体"/>
                <w:b w:val="0"/>
                <w:sz w:val="21"/>
              </w:rPr>
              <w:t>0526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曹熠辉</w:t>
            </w:r>
          </w:p>
        </w:tc>
        <w:tc>
          <w:tcPr>
            <w:tcW w:type="dxa" w:w="1439"/>
          </w:tcPr>
          <w:p>
            <w:pPr>
              <w:spacing w:after="20" w:before="20"/>
            </w:pPr>
            <w:r/>
            <w:r>
              <w:rPr>
                <w:rFonts w:ascii="Times New Roman" w:hAnsi="Times New Roman" w:eastAsia="宋体"/>
                <w:b w:val="0"/>
                <w:sz w:val="21"/>
              </w:rPr>
              <w:t>5039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曾庆升</w:t>
            </w:r>
          </w:p>
        </w:tc>
        <w:tc>
          <w:tcPr>
            <w:tcW w:type="dxa" w:w="1439"/>
          </w:tcPr>
          <w:p>
            <w:pPr>
              <w:spacing w:after="20" w:before="20"/>
            </w:pPr>
            <w:r/>
            <w:r>
              <w:rPr>
                <w:rFonts w:ascii="Times New Roman" w:hAnsi="Times New Roman" w:eastAsia="宋体"/>
                <w:b w:val="0"/>
                <w:sz w:val="21"/>
              </w:rPr>
              <w:t>1835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曾蕊</w:t>
            </w:r>
          </w:p>
        </w:tc>
        <w:tc>
          <w:tcPr>
            <w:tcW w:type="dxa" w:w="1439"/>
          </w:tcPr>
          <w:p>
            <w:pPr>
              <w:spacing w:after="20" w:before="20"/>
            </w:pPr>
            <w:r/>
            <w:r>
              <w:rPr>
                <w:rFonts w:ascii="Times New Roman" w:hAnsi="Times New Roman" w:eastAsia="宋体"/>
                <w:b w:val="0"/>
                <w:sz w:val="21"/>
              </w:rPr>
              <w:t>6324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曾雨</w:t>
            </w:r>
          </w:p>
        </w:tc>
        <w:tc>
          <w:tcPr>
            <w:tcW w:type="dxa" w:w="1439"/>
          </w:tcPr>
          <w:p>
            <w:pPr>
              <w:spacing w:after="20" w:before="20"/>
            </w:pPr>
            <w:r/>
            <w:r>
              <w:rPr>
                <w:rFonts w:ascii="Times New Roman" w:hAnsi="Times New Roman" w:eastAsia="宋体"/>
                <w:b w:val="0"/>
                <w:sz w:val="21"/>
              </w:rPr>
              <w:t>0037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曾缘浩</w:t>
            </w:r>
          </w:p>
        </w:tc>
        <w:tc>
          <w:tcPr>
            <w:tcW w:type="dxa" w:w="1439"/>
          </w:tcPr>
          <w:p>
            <w:pPr>
              <w:spacing w:after="20" w:before="20"/>
            </w:pPr>
            <w:r/>
            <w:r>
              <w:rPr>
                <w:rFonts w:ascii="Times New Roman" w:hAnsi="Times New Roman" w:eastAsia="宋体"/>
                <w:b w:val="0"/>
                <w:sz w:val="21"/>
              </w:rPr>
              <w:t>001X</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陈贝贝</w:t>
            </w:r>
          </w:p>
        </w:tc>
        <w:tc>
          <w:tcPr>
            <w:tcW w:type="dxa" w:w="1439"/>
          </w:tcPr>
          <w:p>
            <w:pPr>
              <w:spacing w:after="20" w:before="20"/>
            </w:pPr>
            <w:r/>
            <w:r>
              <w:rPr>
                <w:rFonts w:ascii="Times New Roman" w:hAnsi="Times New Roman" w:eastAsia="宋体"/>
                <w:b w:val="0"/>
                <w:sz w:val="21"/>
              </w:rPr>
              <w:t>0629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陈恩熙</w:t>
            </w:r>
          </w:p>
        </w:tc>
        <w:tc>
          <w:tcPr>
            <w:tcW w:type="dxa" w:w="1439"/>
          </w:tcPr>
          <w:p>
            <w:pPr>
              <w:spacing w:after="20" w:before="20"/>
            </w:pPr>
            <w:r/>
            <w:r>
              <w:rPr>
                <w:rFonts w:ascii="Times New Roman" w:hAnsi="Times New Roman" w:eastAsia="宋体"/>
                <w:b w:val="0"/>
                <w:sz w:val="21"/>
              </w:rPr>
              <w:t>004X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陈锦峰</w:t>
            </w:r>
          </w:p>
        </w:tc>
        <w:tc>
          <w:tcPr>
            <w:tcW w:type="dxa" w:w="1439"/>
          </w:tcPr>
          <w:p>
            <w:pPr>
              <w:spacing w:after="20" w:before="20"/>
            </w:pPr>
            <w:r/>
            <w:r>
              <w:rPr>
                <w:rFonts w:ascii="Times New Roman" w:hAnsi="Times New Roman" w:eastAsia="宋体"/>
                <w:b w:val="0"/>
                <w:sz w:val="21"/>
              </w:rPr>
              <w:t>2816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陈敬儒</w:t>
            </w:r>
          </w:p>
        </w:tc>
        <w:tc>
          <w:tcPr>
            <w:tcW w:type="dxa" w:w="1439"/>
          </w:tcPr>
          <w:p>
            <w:pPr>
              <w:spacing w:after="20" w:before="20"/>
            </w:pPr>
            <w:r/>
            <w:r>
              <w:rPr>
                <w:rFonts w:ascii="Times New Roman" w:hAnsi="Times New Roman" w:eastAsia="宋体"/>
                <w:b w:val="0"/>
                <w:sz w:val="21"/>
              </w:rPr>
              <w:t>1652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陈俊竹</w:t>
            </w:r>
          </w:p>
        </w:tc>
        <w:tc>
          <w:tcPr>
            <w:tcW w:type="dxa" w:w="1439"/>
          </w:tcPr>
          <w:p>
            <w:pPr>
              <w:spacing w:after="20" w:before="20"/>
            </w:pPr>
            <w:r/>
            <w:r>
              <w:rPr>
                <w:rFonts w:ascii="Times New Roman" w:hAnsi="Times New Roman" w:eastAsia="宋体"/>
                <w:b w:val="0"/>
                <w:sz w:val="21"/>
              </w:rPr>
              <w:t>0107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陈康奕</w:t>
            </w:r>
          </w:p>
        </w:tc>
        <w:tc>
          <w:tcPr>
            <w:tcW w:type="dxa" w:w="1439"/>
          </w:tcPr>
          <w:p>
            <w:pPr>
              <w:spacing w:after="20" w:before="20"/>
            </w:pPr>
            <w:r/>
            <w:r>
              <w:rPr>
                <w:rFonts w:ascii="Times New Roman" w:hAnsi="Times New Roman" w:eastAsia="宋体"/>
                <w:b w:val="0"/>
                <w:sz w:val="21"/>
              </w:rPr>
              <w:t>4014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陈肯</w:t>
            </w:r>
          </w:p>
        </w:tc>
        <w:tc>
          <w:tcPr>
            <w:tcW w:type="dxa" w:w="1439"/>
          </w:tcPr>
          <w:p>
            <w:pPr>
              <w:spacing w:after="20" w:before="20"/>
            </w:pPr>
            <w:r/>
            <w:r>
              <w:rPr>
                <w:rFonts w:ascii="Times New Roman" w:hAnsi="Times New Roman" w:eastAsia="宋体"/>
                <w:b w:val="0"/>
                <w:sz w:val="21"/>
              </w:rPr>
              <w:t>3544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陈莉</w:t>
            </w:r>
          </w:p>
        </w:tc>
        <w:tc>
          <w:tcPr>
            <w:tcW w:type="dxa" w:w="1439"/>
          </w:tcPr>
          <w:p>
            <w:pPr>
              <w:spacing w:after="20" w:before="20"/>
            </w:pPr>
            <w:r/>
            <w:r>
              <w:rPr>
                <w:rFonts w:ascii="Times New Roman" w:hAnsi="Times New Roman" w:eastAsia="宋体"/>
                <w:b w:val="0"/>
                <w:sz w:val="21"/>
              </w:rPr>
              <w:t>0443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陈梦婷</w:t>
            </w:r>
          </w:p>
        </w:tc>
        <w:tc>
          <w:tcPr>
            <w:tcW w:type="dxa" w:w="1439"/>
          </w:tcPr>
          <w:p>
            <w:pPr>
              <w:spacing w:after="20" w:before="20"/>
            </w:pPr>
            <w:r/>
            <w:r>
              <w:rPr>
                <w:rFonts w:ascii="Times New Roman" w:hAnsi="Times New Roman" w:eastAsia="宋体"/>
                <w:b w:val="0"/>
                <w:sz w:val="21"/>
              </w:rPr>
              <w:t>1823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陈柔</w:t>
            </w:r>
          </w:p>
        </w:tc>
        <w:tc>
          <w:tcPr>
            <w:tcW w:type="dxa" w:w="1439"/>
          </w:tcPr>
          <w:p>
            <w:pPr>
              <w:spacing w:after="20" w:before="20"/>
            </w:pPr>
            <w:r/>
            <w:r>
              <w:rPr>
                <w:rFonts w:ascii="Times New Roman" w:hAnsi="Times New Roman" w:eastAsia="宋体"/>
                <w:b w:val="0"/>
                <w:sz w:val="21"/>
              </w:rPr>
              <w:t>1829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陈如意</w:t>
            </w:r>
          </w:p>
        </w:tc>
        <w:tc>
          <w:tcPr>
            <w:tcW w:type="dxa" w:w="1439"/>
          </w:tcPr>
          <w:p>
            <w:pPr>
              <w:spacing w:after="20" w:before="20"/>
            </w:pPr>
            <w:r/>
            <w:r>
              <w:rPr>
                <w:rFonts w:ascii="Times New Roman" w:hAnsi="Times New Roman" w:eastAsia="宋体"/>
                <w:b w:val="0"/>
                <w:sz w:val="21"/>
              </w:rPr>
              <w:t>9134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陈舜</w:t>
            </w:r>
          </w:p>
        </w:tc>
        <w:tc>
          <w:tcPr>
            <w:tcW w:type="dxa" w:w="1439"/>
          </w:tcPr>
          <w:p>
            <w:pPr>
              <w:spacing w:after="20" w:before="20"/>
            </w:pPr>
            <w:r/>
            <w:r>
              <w:rPr>
                <w:rFonts w:ascii="Times New Roman" w:hAnsi="Times New Roman" w:eastAsia="宋体"/>
                <w:b w:val="0"/>
                <w:sz w:val="21"/>
              </w:rPr>
              <w:t>4018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陈彤</w:t>
            </w:r>
          </w:p>
        </w:tc>
        <w:tc>
          <w:tcPr>
            <w:tcW w:type="dxa" w:w="1439"/>
          </w:tcPr>
          <w:p>
            <w:pPr>
              <w:spacing w:after="20" w:before="20"/>
            </w:pPr>
            <w:r/>
            <w:r>
              <w:rPr>
                <w:rFonts w:ascii="Times New Roman" w:hAnsi="Times New Roman" w:eastAsia="宋体"/>
                <w:b w:val="0"/>
                <w:sz w:val="21"/>
              </w:rPr>
              <w:t>1816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陈维维</w:t>
            </w:r>
          </w:p>
        </w:tc>
        <w:tc>
          <w:tcPr>
            <w:tcW w:type="dxa" w:w="1439"/>
          </w:tcPr>
          <w:p>
            <w:pPr>
              <w:spacing w:after="20" w:before="20"/>
            </w:pPr>
            <w:r/>
            <w:r>
              <w:rPr>
                <w:rFonts w:ascii="Times New Roman" w:hAnsi="Times New Roman" w:eastAsia="宋体"/>
                <w:b w:val="0"/>
                <w:sz w:val="21"/>
              </w:rPr>
              <w:t>6822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陈秀娟</w:t>
            </w:r>
          </w:p>
        </w:tc>
        <w:tc>
          <w:tcPr>
            <w:tcW w:type="dxa" w:w="1439"/>
          </w:tcPr>
          <w:p>
            <w:pPr>
              <w:spacing w:after="20" w:before="20"/>
            </w:pPr>
            <w:r/>
            <w:r>
              <w:rPr>
                <w:rFonts w:ascii="Times New Roman" w:hAnsi="Times New Roman" w:eastAsia="宋体"/>
                <w:b w:val="0"/>
                <w:sz w:val="21"/>
              </w:rPr>
              <w:t>4920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陈一基</w:t>
            </w:r>
          </w:p>
        </w:tc>
        <w:tc>
          <w:tcPr>
            <w:tcW w:type="dxa" w:w="1439"/>
          </w:tcPr>
          <w:p>
            <w:pPr>
              <w:spacing w:after="20" w:before="20"/>
            </w:pPr>
            <w:r/>
            <w:r>
              <w:rPr>
                <w:rFonts w:ascii="Times New Roman" w:hAnsi="Times New Roman" w:eastAsia="宋体"/>
                <w:b w:val="0"/>
                <w:sz w:val="21"/>
              </w:rPr>
              <w:t>0016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陈妤婕</w:t>
            </w:r>
          </w:p>
        </w:tc>
        <w:tc>
          <w:tcPr>
            <w:tcW w:type="dxa" w:w="1439"/>
          </w:tcPr>
          <w:p>
            <w:pPr>
              <w:spacing w:after="20" w:before="20"/>
            </w:pPr>
            <w:r/>
            <w:r>
              <w:rPr>
                <w:rFonts w:ascii="Times New Roman" w:hAnsi="Times New Roman" w:eastAsia="宋体"/>
                <w:b w:val="0"/>
                <w:sz w:val="21"/>
              </w:rPr>
              <w:t>0328</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陈源材</w:t>
            </w:r>
          </w:p>
        </w:tc>
        <w:tc>
          <w:tcPr>
            <w:tcW w:type="dxa" w:w="1439"/>
          </w:tcPr>
          <w:p>
            <w:pPr>
              <w:spacing w:after="20" w:before="20"/>
            </w:pPr>
            <w:r/>
            <w:r>
              <w:rPr>
                <w:rFonts w:ascii="Times New Roman" w:hAnsi="Times New Roman" w:eastAsia="宋体"/>
                <w:b w:val="0"/>
                <w:sz w:val="21"/>
              </w:rPr>
              <w:t>121X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陈泽同</w:t>
            </w:r>
          </w:p>
        </w:tc>
        <w:tc>
          <w:tcPr>
            <w:tcW w:type="dxa" w:w="1439"/>
          </w:tcPr>
          <w:p>
            <w:pPr>
              <w:spacing w:after="20" w:before="20"/>
            </w:pPr>
            <w:r/>
            <w:r>
              <w:rPr>
                <w:rFonts w:ascii="Times New Roman" w:hAnsi="Times New Roman" w:eastAsia="宋体"/>
                <w:b w:val="0"/>
                <w:sz w:val="21"/>
              </w:rPr>
              <w:t>9958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成铭俊</w:t>
            </w:r>
          </w:p>
        </w:tc>
        <w:tc>
          <w:tcPr>
            <w:tcW w:type="dxa" w:w="1439"/>
          </w:tcPr>
          <w:p>
            <w:pPr>
              <w:spacing w:after="20" w:before="20"/>
            </w:pPr>
            <w:r/>
            <w:r>
              <w:rPr>
                <w:rFonts w:ascii="Times New Roman" w:hAnsi="Times New Roman" w:eastAsia="宋体"/>
                <w:b w:val="0"/>
                <w:sz w:val="21"/>
              </w:rPr>
              <w:t>5014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程杰</w:t>
            </w:r>
          </w:p>
        </w:tc>
        <w:tc>
          <w:tcPr>
            <w:tcW w:type="dxa" w:w="1439"/>
          </w:tcPr>
          <w:p>
            <w:pPr>
              <w:spacing w:after="20" w:before="20"/>
            </w:pPr>
            <w:r/>
            <w:r>
              <w:rPr>
                <w:rFonts w:ascii="Times New Roman" w:hAnsi="Times New Roman" w:eastAsia="宋体"/>
                <w:b w:val="0"/>
                <w:sz w:val="21"/>
              </w:rPr>
              <w:t>2537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程黎延</w:t>
            </w:r>
          </w:p>
        </w:tc>
        <w:tc>
          <w:tcPr>
            <w:tcW w:type="dxa" w:w="1439"/>
          </w:tcPr>
          <w:p>
            <w:pPr>
              <w:spacing w:after="20" w:before="20"/>
            </w:pPr>
            <w:r/>
            <w:r>
              <w:rPr>
                <w:rFonts w:ascii="Times New Roman" w:hAnsi="Times New Roman" w:eastAsia="宋体"/>
                <w:b w:val="0"/>
                <w:sz w:val="21"/>
              </w:rPr>
              <w:t>0051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程文远</w:t>
            </w:r>
          </w:p>
        </w:tc>
        <w:tc>
          <w:tcPr>
            <w:tcW w:type="dxa" w:w="1439"/>
          </w:tcPr>
          <w:p>
            <w:pPr>
              <w:spacing w:after="20" w:before="20"/>
            </w:pPr>
            <w:r/>
            <w:r>
              <w:rPr>
                <w:rFonts w:ascii="Times New Roman" w:hAnsi="Times New Roman" w:eastAsia="宋体"/>
                <w:b w:val="0"/>
                <w:sz w:val="21"/>
              </w:rPr>
              <w:t>2131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池宪卿</w:t>
            </w:r>
          </w:p>
        </w:tc>
        <w:tc>
          <w:tcPr>
            <w:tcW w:type="dxa" w:w="1439"/>
          </w:tcPr>
          <w:p>
            <w:pPr>
              <w:spacing w:after="20" w:before="20"/>
            </w:pPr>
            <w:r/>
            <w:r>
              <w:rPr>
                <w:rFonts w:ascii="Times New Roman" w:hAnsi="Times New Roman" w:eastAsia="宋体"/>
                <w:b w:val="0"/>
                <w:sz w:val="21"/>
              </w:rPr>
              <w:t>0813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崔丁宇</w:t>
            </w:r>
          </w:p>
        </w:tc>
        <w:tc>
          <w:tcPr>
            <w:tcW w:type="dxa" w:w="1439"/>
          </w:tcPr>
          <w:p>
            <w:pPr>
              <w:spacing w:after="20" w:before="20"/>
            </w:pPr>
            <w:r/>
            <w:r>
              <w:rPr>
                <w:rFonts w:ascii="Times New Roman" w:hAnsi="Times New Roman" w:eastAsia="宋体"/>
                <w:b w:val="0"/>
                <w:sz w:val="21"/>
              </w:rPr>
              <w:t>5739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崔蕾</w:t>
            </w:r>
          </w:p>
        </w:tc>
        <w:tc>
          <w:tcPr>
            <w:tcW w:type="dxa" w:w="1439"/>
          </w:tcPr>
          <w:p>
            <w:pPr>
              <w:spacing w:after="20" w:before="20"/>
            </w:pPr>
            <w:r/>
            <w:r>
              <w:rPr>
                <w:rFonts w:ascii="Times New Roman" w:hAnsi="Times New Roman" w:eastAsia="宋体"/>
                <w:b w:val="0"/>
                <w:sz w:val="21"/>
              </w:rPr>
              <w:t>0340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崔璐瑶</w:t>
            </w:r>
          </w:p>
        </w:tc>
        <w:tc>
          <w:tcPr>
            <w:tcW w:type="dxa" w:w="1439"/>
          </w:tcPr>
          <w:p>
            <w:pPr>
              <w:spacing w:after="20" w:before="20"/>
            </w:pPr>
            <w:r/>
            <w:r>
              <w:rPr>
                <w:rFonts w:ascii="Times New Roman" w:hAnsi="Times New Roman" w:eastAsia="宋体"/>
                <w:b w:val="0"/>
                <w:sz w:val="21"/>
              </w:rPr>
              <w:t>6529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崔泽荀</w:t>
            </w:r>
          </w:p>
        </w:tc>
        <w:tc>
          <w:tcPr>
            <w:tcW w:type="dxa" w:w="1439"/>
          </w:tcPr>
          <w:p>
            <w:pPr>
              <w:spacing w:after="20" w:before="20"/>
            </w:pPr>
            <w:r/>
            <w:r>
              <w:rPr>
                <w:rFonts w:ascii="Times New Roman" w:hAnsi="Times New Roman" w:eastAsia="宋体"/>
                <w:b w:val="0"/>
                <w:sz w:val="21"/>
              </w:rPr>
              <w:t>2518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代东阁</w:t>
            </w:r>
          </w:p>
        </w:tc>
        <w:tc>
          <w:tcPr>
            <w:tcW w:type="dxa" w:w="1439"/>
          </w:tcPr>
          <w:p>
            <w:pPr>
              <w:spacing w:after="20" w:before="20"/>
            </w:pPr>
            <w:r/>
            <w:r>
              <w:rPr>
                <w:rFonts w:ascii="Times New Roman" w:hAnsi="Times New Roman" w:eastAsia="宋体"/>
                <w:b w:val="0"/>
                <w:sz w:val="21"/>
              </w:rPr>
              <w:t>6137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戴婧涵</w:t>
            </w:r>
          </w:p>
        </w:tc>
        <w:tc>
          <w:tcPr>
            <w:tcW w:type="dxa" w:w="1439"/>
          </w:tcPr>
          <w:p>
            <w:pPr>
              <w:spacing w:after="20" w:before="20"/>
            </w:pPr>
            <w:r/>
            <w:r>
              <w:rPr>
                <w:rFonts w:ascii="Times New Roman" w:hAnsi="Times New Roman" w:eastAsia="宋体"/>
                <w:b w:val="0"/>
                <w:sz w:val="21"/>
              </w:rPr>
              <w:t>2128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单东燃</w:t>
            </w:r>
          </w:p>
        </w:tc>
        <w:tc>
          <w:tcPr>
            <w:tcW w:type="dxa" w:w="1439"/>
          </w:tcPr>
          <w:p>
            <w:pPr>
              <w:spacing w:after="20" w:before="20"/>
            </w:pPr>
            <w:r/>
            <w:r>
              <w:rPr>
                <w:rFonts w:ascii="Times New Roman" w:hAnsi="Times New Roman" w:eastAsia="宋体"/>
                <w:b w:val="0"/>
                <w:sz w:val="21"/>
              </w:rPr>
              <w:t>0944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邓翔予</w:t>
            </w:r>
          </w:p>
        </w:tc>
        <w:tc>
          <w:tcPr>
            <w:tcW w:type="dxa" w:w="1439"/>
          </w:tcPr>
          <w:p>
            <w:pPr>
              <w:spacing w:after="20" w:before="20"/>
            </w:pPr>
            <w:r/>
            <w:r>
              <w:rPr>
                <w:rFonts w:ascii="Times New Roman" w:hAnsi="Times New Roman" w:eastAsia="宋体"/>
                <w:b w:val="0"/>
                <w:sz w:val="21"/>
              </w:rPr>
              <w:t>4329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邓欣颖</w:t>
            </w:r>
          </w:p>
        </w:tc>
        <w:tc>
          <w:tcPr>
            <w:tcW w:type="dxa" w:w="1439"/>
          </w:tcPr>
          <w:p>
            <w:pPr>
              <w:spacing w:after="20" w:before="20"/>
            </w:pPr>
            <w:r/>
            <w:r>
              <w:rPr>
                <w:rFonts w:ascii="Times New Roman" w:hAnsi="Times New Roman" w:eastAsia="宋体"/>
                <w:b w:val="0"/>
                <w:sz w:val="21"/>
              </w:rPr>
              <w:t>116X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丁翰飞</w:t>
            </w:r>
          </w:p>
        </w:tc>
        <w:tc>
          <w:tcPr>
            <w:tcW w:type="dxa" w:w="1439"/>
          </w:tcPr>
          <w:p>
            <w:pPr>
              <w:spacing w:after="20" w:before="20"/>
            </w:pPr>
            <w:r/>
            <w:r>
              <w:rPr>
                <w:rFonts w:ascii="Times New Roman" w:hAnsi="Times New Roman" w:eastAsia="宋体"/>
                <w:b w:val="0"/>
                <w:sz w:val="21"/>
              </w:rPr>
              <w:t>3045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丁麒涵</w:t>
            </w:r>
          </w:p>
        </w:tc>
        <w:tc>
          <w:tcPr>
            <w:tcW w:type="dxa" w:w="1439"/>
          </w:tcPr>
          <w:p>
            <w:pPr>
              <w:spacing w:after="20" w:before="20"/>
            </w:pPr>
            <w:r/>
            <w:r>
              <w:rPr>
                <w:rFonts w:ascii="Times New Roman" w:hAnsi="Times New Roman" w:eastAsia="宋体"/>
                <w:b w:val="0"/>
                <w:sz w:val="21"/>
              </w:rPr>
              <w:t>0437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丁雨欣</w:t>
            </w:r>
          </w:p>
        </w:tc>
        <w:tc>
          <w:tcPr>
            <w:tcW w:type="dxa" w:w="1439"/>
          </w:tcPr>
          <w:p>
            <w:pPr>
              <w:spacing w:after="20" w:before="20"/>
            </w:pPr>
            <w:r/>
            <w:r>
              <w:rPr>
                <w:rFonts w:ascii="Times New Roman" w:hAnsi="Times New Roman" w:eastAsia="宋体"/>
                <w:b w:val="0"/>
                <w:sz w:val="21"/>
              </w:rPr>
              <w:t>3321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董劲祺</w:t>
            </w:r>
          </w:p>
        </w:tc>
        <w:tc>
          <w:tcPr>
            <w:tcW w:type="dxa" w:w="1439"/>
          </w:tcPr>
          <w:p>
            <w:pPr>
              <w:spacing w:after="20" w:before="20"/>
            </w:pPr>
            <w:r/>
            <w:r>
              <w:rPr>
                <w:rFonts w:ascii="Times New Roman" w:hAnsi="Times New Roman" w:eastAsia="宋体"/>
                <w:b w:val="0"/>
                <w:sz w:val="21"/>
              </w:rPr>
              <w:t>0013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董康</w:t>
            </w:r>
          </w:p>
        </w:tc>
        <w:tc>
          <w:tcPr>
            <w:tcW w:type="dxa" w:w="1439"/>
          </w:tcPr>
          <w:p>
            <w:pPr>
              <w:spacing w:after="20" w:before="20"/>
            </w:pPr>
            <w:r/>
            <w:r>
              <w:rPr>
                <w:rFonts w:ascii="Times New Roman" w:hAnsi="Times New Roman" w:eastAsia="宋体"/>
                <w:b w:val="0"/>
                <w:sz w:val="21"/>
              </w:rPr>
              <w:t>4630</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董芮洁</w:t>
            </w:r>
          </w:p>
        </w:tc>
        <w:tc>
          <w:tcPr>
            <w:tcW w:type="dxa" w:w="1439"/>
          </w:tcPr>
          <w:p>
            <w:pPr>
              <w:spacing w:after="20" w:before="20"/>
            </w:pPr>
            <w:r/>
            <w:r>
              <w:rPr>
                <w:rFonts w:ascii="Times New Roman" w:hAnsi="Times New Roman" w:eastAsia="宋体"/>
                <w:b w:val="0"/>
                <w:sz w:val="21"/>
              </w:rPr>
              <w:t>2942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杜昊宇</w:t>
            </w:r>
          </w:p>
        </w:tc>
        <w:tc>
          <w:tcPr>
            <w:tcW w:type="dxa" w:w="1439"/>
          </w:tcPr>
          <w:p>
            <w:pPr>
              <w:spacing w:after="20" w:before="20"/>
            </w:pPr>
            <w:r/>
            <w:r>
              <w:rPr>
                <w:rFonts w:ascii="Times New Roman" w:hAnsi="Times New Roman" w:eastAsia="宋体"/>
                <w:b w:val="0"/>
                <w:sz w:val="21"/>
              </w:rPr>
              <w:t>9612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杜婧怡</w:t>
            </w:r>
          </w:p>
        </w:tc>
        <w:tc>
          <w:tcPr>
            <w:tcW w:type="dxa" w:w="1439"/>
          </w:tcPr>
          <w:p>
            <w:pPr>
              <w:spacing w:after="20" w:before="20"/>
            </w:pPr>
            <w:r/>
            <w:r>
              <w:rPr>
                <w:rFonts w:ascii="Times New Roman" w:hAnsi="Times New Roman" w:eastAsia="宋体"/>
                <w:b w:val="0"/>
                <w:sz w:val="21"/>
              </w:rPr>
              <w:t>1563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杜思汛</w:t>
            </w:r>
          </w:p>
        </w:tc>
        <w:tc>
          <w:tcPr>
            <w:tcW w:type="dxa" w:w="1439"/>
          </w:tcPr>
          <w:p>
            <w:pPr>
              <w:spacing w:after="20" w:before="20"/>
            </w:pPr>
            <w:r/>
            <w:r>
              <w:rPr>
                <w:rFonts w:ascii="Times New Roman" w:hAnsi="Times New Roman" w:eastAsia="宋体"/>
                <w:b w:val="0"/>
                <w:sz w:val="21"/>
              </w:rPr>
              <w:t>1218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杜婉莹</w:t>
            </w:r>
          </w:p>
        </w:tc>
        <w:tc>
          <w:tcPr>
            <w:tcW w:type="dxa" w:w="1439"/>
          </w:tcPr>
          <w:p>
            <w:pPr>
              <w:spacing w:after="20" w:before="20"/>
            </w:pPr>
            <w:r/>
            <w:r>
              <w:rPr>
                <w:rFonts w:ascii="Times New Roman" w:hAnsi="Times New Roman" w:eastAsia="宋体"/>
                <w:b w:val="0"/>
                <w:sz w:val="21"/>
              </w:rPr>
              <w:t>2429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段晓雪</w:t>
            </w:r>
          </w:p>
        </w:tc>
        <w:tc>
          <w:tcPr>
            <w:tcW w:type="dxa" w:w="1439"/>
          </w:tcPr>
          <w:p>
            <w:pPr>
              <w:spacing w:after="20" w:before="20"/>
            </w:pPr>
            <w:r/>
            <w:r>
              <w:rPr>
                <w:rFonts w:ascii="Times New Roman" w:hAnsi="Times New Roman" w:eastAsia="宋体"/>
                <w:b w:val="0"/>
                <w:sz w:val="21"/>
              </w:rPr>
              <w:t>0166</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086000</w:t>
            </w:r>
          </w:p>
        </w:tc>
        <w:tc>
          <w:tcPr>
            <w:tcW w:type="dxa" w:w="1439"/>
          </w:tcPr>
          <w:p>
            <w:pPr>
              <w:spacing w:after="20" w:before="20"/>
            </w:pPr>
            <w:r/>
            <w:r>
              <w:rPr>
                <w:rFonts w:ascii="Times New Roman" w:hAnsi="Times New Roman" w:eastAsia="宋体"/>
                <w:b w:val="0"/>
                <w:sz w:val="21"/>
              </w:rPr>
              <w:t>生物与医药</w:t>
            </w:r>
          </w:p>
        </w:tc>
      </w:tr>
      <w:tr>
        <w:tc>
          <w:tcPr>
            <w:tcW w:type="dxa" w:w="1439"/>
          </w:tcPr>
          <w:p>
            <w:pPr>
              <w:spacing w:after="20" w:before="20"/>
            </w:pPr>
            <w:r/>
            <w:r>
              <w:rPr>
                <w:rFonts w:ascii="Times New Roman" w:hAnsi="Times New Roman" w:eastAsia="宋体"/>
                <w:b w:val="0"/>
                <w:sz w:val="21"/>
              </w:rPr>
              <w:t>鄂宁</w:t>
            </w:r>
          </w:p>
        </w:tc>
        <w:tc>
          <w:tcPr>
            <w:tcW w:type="dxa" w:w="1439"/>
          </w:tcPr>
          <w:p>
            <w:pPr>
              <w:spacing w:after="20" w:before="20"/>
            </w:pPr>
            <w:r/>
            <w:r>
              <w:rPr>
                <w:rFonts w:ascii="Times New Roman" w:hAnsi="Times New Roman" w:eastAsia="宋体"/>
                <w:b w:val="0"/>
                <w:sz w:val="21"/>
              </w:rPr>
              <w:t>003X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范方晨琪</w:t>
            </w:r>
          </w:p>
        </w:tc>
        <w:tc>
          <w:tcPr>
            <w:tcW w:type="dxa" w:w="1439"/>
          </w:tcPr>
          <w:p>
            <w:pPr>
              <w:spacing w:after="20" w:before="20"/>
            </w:pPr>
            <w:r/>
            <w:r>
              <w:rPr>
                <w:rFonts w:ascii="Times New Roman" w:hAnsi="Times New Roman" w:eastAsia="宋体"/>
                <w:b w:val="0"/>
                <w:sz w:val="21"/>
              </w:rPr>
              <w:t>1228</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范奕成</w:t>
            </w:r>
          </w:p>
        </w:tc>
        <w:tc>
          <w:tcPr>
            <w:tcW w:type="dxa" w:w="1439"/>
          </w:tcPr>
          <w:p>
            <w:pPr>
              <w:spacing w:after="20" w:before="20"/>
            </w:pPr>
            <w:r/>
            <w:r>
              <w:rPr>
                <w:rFonts w:ascii="Times New Roman" w:hAnsi="Times New Roman" w:eastAsia="宋体"/>
                <w:b w:val="0"/>
                <w:sz w:val="21"/>
              </w:rPr>
              <w:t>2814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冯飞扬</w:t>
            </w:r>
          </w:p>
        </w:tc>
        <w:tc>
          <w:tcPr>
            <w:tcW w:type="dxa" w:w="1439"/>
          </w:tcPr>
          <w:p>
            <w:pPr>
              <w:spacing w:after="20" w:before="20"/>
            </w:pPr>
            <w:r/>
            <w:r>
              <w:rPr>
                <w:rFonts w:ascii="Times New Roman" w:hAnsi="Times New Roman" w:eastAsia="宋体"/>
                <w:b w:val="0"/>
                <w:sz w:val="21"/>
              </w:rPr>
              <w:t>0136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冯佳雯</w:t>
            </w:r>
          </w:p>
        </w:tc>
        <w:tc>
          <w:tcPr>
            <w:tcW w:type="dxa" w:w="1439"/>
          </w:tcPr>
          <w:p>
            <w:pPr>
              <w:spacing w:after="20" w:before="20"/>
            </w:pPr>
            <w:r/>
            <w:r>
              <w:rPr>
                <w:rFonts w:ascii="Times New Roman" w:hAnsi="Times New Roman" w:eastAsia="宋体"/>
                <w:b w:val="0"/>
                <w:sz w:val="21"/>
              </w:rPr>
              <w:t>5346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冯坤</w:t>
            </w:r>
          </w:p>
        </w:tc>
        <w:tc>
          <w:tcPr>
            <w:tcW w:type="dxa" w:w="1439"/>
          </w:tcPr>
          <w:p>
            <w:pPr>
              <w:spacing w:after="20" w:before="20"/>
            </w:pPr>
            <w:r/>
            <w:r>
              <w:rPr>
                <w:rFonts w:ascii="Times New Roman" w:hAnsi="Times New Roman" w:eastAsia="宋体"/>
                <w:b w:val="0"/>
                <w:sz w:val="21"/>
              </w:rPr>
              <w:t>2116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冯锐杰</w:t>
            </w:r>
          </w:p>
        </w:tc>
        <w:tc>
          <w:tcPr>
            <w:tcW w:type="dxa" w:w="1439"/>
          </w:tcPr>
          <w:p>
            <w:pPr>
              <w:spacing w:after="20" w:before="20"/>
            </w:pPr>
            <w:r/>
            <w:r>
              <w:rPr>
                <w:rFonts w:ascii="Times New Roman" w:hAnsi="Times New Roman" w:eastAsia="宋体"/>
                <w:b w:val="0"/>
                <w:sz w:val="21"/>
              </w:rPr>
              <w:t>0018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冯硕</w:t>
            </w:r>
          </w:p>
        </w:tc>
        <w:tc>
          <w:tcPr>
            <w:tcW w:type="dxa" w:w="1439"/>
          </w:tcPr>
          <w:p>
            <w:pPr>
              <w:spacing w:after="20" w:before="20"/>
            </w:pPr>
            <w:r/>
            <w:r>
              <w:rPr>
                <w:rFonts w:ascii="Times New Roman" w:hAnsi="Times New Roman" w:eastAsia="宋体"/>
                <w:b w:val="0"/>
                <w:sz w:val="21"/>
              </w:rPr>
              <w:t>4014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冯祥</w:t>
            </w:r>
          </w:p>
        </w:tc>
        <w:tc>
          <w:tcPr>
            <w:tcW w:type="dxa" w:w="1439"/>
          </w:tcPr>
          <w:p>
            <w:pPr>
              <w:spacing w:after="20" w:before="20"/>
            </w:pPr>
            <w:r/>
            <w:r>
              <w:rPr>
                <w:rFonts w:ascii="Times New Roman" w:hAnsi="Times New Roman" w:eastAsia="宋体"/>
                <w:b w:val="0"/>
                <w:sz w:val="21"/>
              </w:rPr>
              <w:t>2531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冯炫</w:t>
            </w:r>
          </w:p>
        </w:tc>
        <w:tc>
          <w:tcPr>
            <w:tcW w:type="dxa" w:w="1439"/>
          </w:tcPr>
          <w:p>
            <w:pPr>
              <w:spacing w:after="20" w:before="20"/>
            </w:pPr>
            <w:r/>
            <w:r>
              <w:rPr>
                <w:rFonts w:ascii="Times New Roman" w:hAnsi="Times New Roman" w:eastAsia="宋体"/>
                <w:b w:val="0"/>
                <w:sz w:val="21"/>
              </w:rPr>
              <w:t>3223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冯耀华</w:t>
            </w:r>
          </w:p>
        </w:tc>
        <w:tc>
          <w:tcPr>
            <w:tcW w:type="dxa" w:w="1439"/>
          </w:tcPr>
          <w:p>
            <w:pPr>
              <w:spacing w:after="20" w:before="20"/>
            </w:pPr>
            <w:r/>
            <w:r>
              <w:rPr>
                <w:rFonts w:ascii="Times New Roman" w:hAnsi="Times New Roman" w:eastAsia="宋体"/>
                <w:b w:val="0"/>
                <w:sz w:val="21"/>
              </w:rPr>
              <w:t>5915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冯艺萱</w:t>
            </w:r>
          </w:p>
        </w:tc>
        <w:tc>
          <w:tcPr>
            <w:tcW w:type="dxa" w:w="1439"/>
          </w:tcPr>
          <w:p>
            <w:pPr>
              <w:spacing w:after="20" w:before="20"/>
            </w:pPr>
            <w:r/>
            <w:r>
              <w:rPr>
                <w:rFonts w:ascii="Times New Roman" w:hAnsi="Times New Roman" w:eastAsia="宋体"/>
                <w:b w:val="0"/>
                <w:sz w:val="21"/>
              </w:rPr>
              <w:t>1327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086000</w:t>
            </w:r>
          </w:p>
        </w:tc>
        <w:tc>
          <w:tcPr>
            <w:tcW w:type="dxa" w:w="1439"/>
          </w:tcPr>
          <w:p>
            <w:pPr>
              <w:spacing w:after="20" w:before="20"/>
            </w:pPr>
            <w:r/>
            <w:r>
              <w:rPr>
                <w:rFonts w:ascii="Times New Roman" w:hAnsi="Times New Roman" w:eastAsia="宋体"/>
                <w:b w:val="0"/>
                <w:sz w:val="21"/>
              </w:rPr>
              <w:t>生物与医药</w:t>
            </w:r>
          </w:p>
        </w:tc>
      </w:tr>
      <w:tr>
        <w:tc>
          <w:tcPr>
            <w:tcW w:type="dxa" w:w="1439"/>
          </w:tcPr>
          <w:p>
            <w:pPr>
              <w:spacing w:after="20" w:before="20"/>
            </w:pPr>
            <w:r/>
            <w:r>
              <w:rPr>
                <w:rFonts w:ascii="Times New Roman" w:hAnsi="Times New Roman" w:eastAsia="宋体"/>
                <w:b w:val="0"/>
                <w:sz w:val="21"/>
              </w:rPr>
              <w:t>冯悦</w:t>
            </w:r>
          </w:p>
        </w:tc>
        <w:tc>
          <w:tcPr>
            <w:tcW w:type="dxa" w:w="1439"/>
          </w:tcPr>
          <w:p>
            <w:pPr>
              <w:spacing w:after="20" w:before="20"/>
            </w:pPr>
            <w:r/>
            <w:r>
              <w:rPr>
                <w:rFonts w:ascii="Times New Roman" w:hAnsi="Times New Roman" w:eastAsia="宋体"/>
                <w:b w:val="0"/>
                <w:sz w:val="21"/>
              </w:rPr>
              <w:t>0822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付邦正</w:t>
            </w:r>
          </w:p>
        </w:tc>
        <w:tc>
          <w:tcPr>
            <w:tcW w:type="dxa" w:w="1439"/>
          </w:tcPr>
          <w:p>
            <w:pPr>
              <w:spacing w:after="20" w:before="20"/>
            </w:pPr>
            <w:r/>
            <w:r>
              <w:rPr>
                <w:rFonts w:ascii="Times New Roman" w:hAnsi="Times New Roman" w:eastAsia="宋体"/>
                <w:b w:val="0"/>
                <w:sz w:val="21"/>
              </w:rPr>
              <w:t>0657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付宇洁</w:t>
            </w:r>
          </w:p>
        </w:tc>
        <w:tc>
          <w:tcPr>
            <w:tcW w:type="dxa" w:w="1439"/>
          </w:tcPr>
          <w:p>
            <w:pPr>
              <w:spacing w:after="20" w:before="20"/>
            </w:pPr>
            <w:r/>
            <w:r>
              <w:rPr>
                <w:rFonts w:ascii="Times New Roman" w:hAnsi="Times New Roman" w:eastAsia="宋体"/>
                <w:b w:val="0"/>
                <w:sz w:val="21"/>
              </w:rPr>
              <w:t>4023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付钰嘉</w:t>
            </w:r>
          </w:p>
        </w:tc>
        <w:tc>
          <w:tcPr>
            <w:tcW w:type="dxa" w:w="1439"/>
          </w:tcPr>
          <w:p>
            <w:pPr>
              <w:spacing w:after="20" w:before="20"/>
            </w:pPr>
            <w:r/>
            <w:r>
              <w:rPr>
                <w:rFonts w:ascii="Times New Roman" w:hAnsi="Times New Roman" w:eastAsia="宋体"/>
                <w:b w:val="0"/>
                <w:sz w:val="21"/>
              </w:rPr>
              <w:t>4518</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高华彤</w:t>
            </w:r>
          </w:p>
        </w:tc>
        <w:tc>
          <w:tcPr>
            <w:tcW w:type="dxa" w:w="1439"/>
          </w:tcPr>
          <w:p>
            <w:pPr>
              <w:spacing w:after="20" w:before="20"/>
            </w:pPr>
            <w:r/>
            <w:r>
              <w:rPr>
                <w:rFonts w:ascii="Times New Roman" w:hAnsi="Times New Roman" w:eastAsia="宋体"/>
                <w:b w:val="0"/>
                <w:sz w:val="21"/>
              </w:rPr>
              <w:t>002X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高心怡</w:t>
            </w:r>
          </w:p>
        </w:tc>
        <w:tc>
          <w:tcPr>
            <w:tcW w:type="dxa" w:w="1439"/>
          </w:tcPr>
          <w:p>
            <w:pPr>
              <w:spacing w:after="20" w:before="20"/>
            </w:pPr>
            <w:r/>
            <w:r>
              <w:rPr>
                <w:rFonts w:ascii="Times New Roman" w:hAnsi="Times New Roman" w:eastAsia="宋体"/>
                <w:b w:val="0"/>
                <w:sz w:val="21"/>
              </w:rPr>
              <w:t>2127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086000</w:t>
            </w:r>
          </w:p>
        </w:tc>
        <w:tc>
          <w:tcPr>
            <w:tcW w:type="dxa" w:w="1439"/>
          </w:tcPr>
          <w:p>
            <w:pPr>
              <w:spacing w:after="20" w:before="20"/>
            </w:pPr>
            <w:r/>
            <w:r>
              <w:rPr>
                <w:rFonts w:ascii="Times New Roman" w:hAnsi="Times New Roman" w:eastAsia="宋体"/>
                <w:b w:val="0"/>
                <w:sz w:val="21"/>
              </w:rPr>
              <w:t>生物与医药</w:t>
            </w:r>
          </w:p>
        </w:tc>
      </w:tr>
      <w:tr>
        <w:tc>
          <w:tcPr>
            <w:tcW w:type="dxa" w:w="1439"/>
          </w:tcPr>
          <w:p>
            <w:pPr>
              <w:spacing w:after="20" w:before="20"/>
            </w:pPr>
            <w:r/>
            <w:r>
              <w:rPr>
                <w:rFonts w:ascii="Times New Roman" w:hAnsi="Times New Roman" w:eastAsia="宋体"/>
                <w:b w:val="0"/>
                <w:sz w:val="21"/>
              </w:rPr>
              <w:t>高铉昊</w:t>
            </w:r>
          </w:p>
        </w:tc>
        <w:tc>
          <w:tcPr>
            <w:tcW w:type="dxa" w:w="1439"/>
          </w:tcPr>
          <w:p>
            <w:pPr>
              <w:spacing w:after="20" w:before="20"/>
            </w:pPr>
            <w:r/>
            <w:r>
              <w:rPr>
                <w:rFonts w:ascii="Times New Roman" w:hAnsi="Times New Roman" w:eastAsia="宋体"/>
                <w:b w:val="0"/>
                <w:sz w:val="21"/>
              </w:rPr>
              <w:t>003X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高振倡</w:t>
            </w:r>
          </w:p>
        </w:tc>
        <w:tc>
          <w:tcPr>
            <w:tcW w:type="dxa" w:w="1439"/>
          </w:tcPr>
          <w:p>
            <w:pPr>
              <w:spacing w:after="20" w:before="20"/>
            </w:pPr>
            <w:r/>
            <w:r>
              <w:rPr>
                <w:rFonts w:ascii="Times New Roman" w:hAnsi="Times New Roman" w:eastAsia="宋体"/>
                <w:b w:val="0"/>
                <w:sz w:val="21"/>
              </w:rPr>
              <w:t>0078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葛书源</w:t>
            </w:r>
          </w:p>
        </w:tc>
        <w:tc>
          <w:tcPr>
            <w:tcW w:type="dxa" w:w="1439"/>
          </w:tcPr>
          <w:p>
            <w:pPr>
              <w:spacing w:after="20" w:before="20"/>
            </w:pPr>
            <w:r/>
            <w:r>
              <w:rPr>
                <w:rFonts w:ascii="Times New Roman" w:hAnsi="Times New Roman" w:eastAsia="宋体"/>
                <w:b w:val="0"/>
                <w:sz w:val="21"/>
              </w:rPr>
              <w:t>6014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宫震</w:t>
            </w:r>
          </w:p>
        </w:tc>
        <w:tc>
          <w:tcPr>
            <w:tcW w:type="dxa" w:w="1439"/>
          </w:tcPr>
          <w:p>
            <w:pPr>
              <w:spacing w:after="20" w:before="20"/>
            </w:pPr>
            <w:r/>
            <w:r>
              <w:rPr>
                <w:rFonts w:ascii="Times New Roman" w:hAnsi="Times New Roman" w:eastAsia="宋体"/>
                <w:b w:val="0"/>
                <w:sz w:val="21"/>
              </w:rPr>
              <w:t>5021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龚俊哲</w:t>
            </w:r>
          </w:p>
        </w:tc>
        <w:tc>
          <w:tcPr>
            <w:tcW w:type="dxa" w:w="1439"/>
          </w:tcPr>
          <w:p>
            <w:pPr>
              <w:spacing w:after="20" w:before="20"/>
            </w:pPr>
            <w:r/>
            <w:r>
              <w:rPr>
                <w:rFonts w:ascii="Times New Roman" w:hAnsi="Times New Roman" w:eastAsia="宋体"/>
                <w:b w:val="0"/>
                <w:sz w:val="21"/>
              </w:rPr>
              <w:t>4619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龚婷婷</w:t>
            </w:r>
          </w:p>
        </w:tc>
        <w:tc>
          <w:tcPr>
            <w:tcW w:type="dxa" w:w="1439"/>
          </w:tcPr>
          <w:p>
            <w:pPr>
              <w:spacing w:after="20" w:before="20"/>
            </w:pPr>
            <w:r/>
            <w:r>
              <w:rPr>
                <w:rFonts w:ascii="Times New Roman" w:hAnsi="Times New Roman" w:eastAsia="宋体"/>
                <w:b w:val="0"/>
                <w:sz w:val="21"/>
              </w:rPr>
              <w:t>1221</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顾丁然</w:t>
            </w:r>
          </w:p>
        </w:tc>
        <w:tc>
          <w:tcPr>
            <w:tcW w:type="dxa" w:w="1439"/>
          </w:tcPr>
          <w:p>
            <w:pPr>
              <w:spacing w:after="20" w:before="20"/>
            </w:pPr>
            <w:r/>
            <w:r>
              <w:rPr>
                <w:rFonts w:ascii="Times New Roman" w:hAnsi="Times New Roman" w:eastAsia="宋体"/>
                <w:b w:val="0"/>
                <w:sz w:val="21"/>
              </w:rPr>
              <w:t>781X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顾佳业</w:t>
            </w:r>
          </w:p>
        </w:tc>
        <w:tc>
          <w:tcPr>
            <w:tcW w:type="dxa" w:w="1439"/>
          </w:tcPr>
          <w:p>
            <w:pPr>
              <w:spacing w:after="20" w:before="20"/>
            </w:pPr>
            <w:r/>
            <w:r>
              <w:rPr>
                <w:rFonts w:ascii="Times New Roman" w:hAnsi="Times New Roman" w:eastAsia="宋体"/>
                <w:b w:val="0"/>
                <w:sz w:val="21"/>
              </w:rPr>
              <w:t>0828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顾吴昊</w:t>
            </w:r>
          </w:p>
        </w:tc>
        <w:tc>
          <w:tcPr>
            <w:tcW w:type="dxa" w:w="1439"/>
          </w:tcPr>
          <w:p>
            <w:pPr>
              <w:spacing w:after="20" w:before="20"/>
            </w:pPr>
            <w:r/>
            <w:r>
              <w:rPr>
                <w:rFonts w:ascii="Times New Roman" w:hAnsi="Times New Roman" w:eastAsia="宋体"/>
                <w:b w:val="0"/>
                <w:sz w:val="21"/>
              </w:rPr>
              <w:t>2616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顾响程</w:t>
            </w:r>
          </w:p>
        </w:tc>
        <w:tc>
          <w:tcPr>
            <w:tcW w:type="dxa" w:w="1439"/>
          </w:tcPr>
          <w:p>
            <w:pPr>
              <w:spacing w:after="20" w:before="20"/>
            </w:pPr>
            <w:r/>
            <w:r>
              <w:rPr>
                <w:rFonts w:ascii="Times New Roman" w:hAnsi="Times New Roman" w:eastAsia="宋体"/>
                <w:b w:val="0"/>
                <w:sz w:val="21"/>
              </w:rPr>
              <w:t>2915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关心</w:t>
            </w:r>
          </w:p>
        </w:tc>
        <w:tc>
          <w:tcPr>
            <w:tcW w:type="dxa" w:w="1439"/>
          </w:tcPr>
          <w:p>
            <w:pPr>
              <w:spacing w:after="20" w:before="20"/>
            </w:pPr>
            <w:r/>
            <w:r>
              <w:rPr>
                <w:rFonts w:ascii="Times New Roman" w:hAnsi="Times New Roman" w:eastAsia="宋体"/>
                <w:b w:val="0"/>
                <w:sz w:val="21"/>
              </w:rPr>
              <w:t>0027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桂天翔</w:t>
            </w:r>
          </w:p>
        </w:tc>
        <w:tc>
          <w:tcPr>
            <w:tcW w:type="dxa" w:w="1439"/>
          </w:tcPr>
          <w:p>
            <w:pPr>
              <w:spacing w:after="20" w:before="20"/>
            </w:pPr>
            <w:r/>
            <w:r>
              <w:rPr>
                <w:rFonts w:ascii="Times New Roman" w:hAnsi="Times New Roman" w:eastAsia="宋体"/>
                <w:b w:val="0"/>
                <w:sz w:val="21"/>
              </w:rPr>
              <w:t>0015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郭俊铉</w:t>
            </w:r>
          </w:p>
        </w:tc>
        <w:tc>
          <w:tcPr>
            <w:tcW w:type="dxa" w:w="1439"/>
          </w:tcPr>
          <w:p>
            <w:pPr>
              <w:spacing w:after="20" w:before="20"/>
            </w:pPr>
            <w:r/>
            <w:r>
              <w:rPr>
                <w:rFonts w:ascii="Times New Roman" w:hAnsi="Times New Roman" w:eastAsia="宋体"/>
                <w:b w:val="0"/>
                <w:sz w:val="21"/>
              </w:rPr>
              <w:t>0418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郭莫尘</w:t>
            </w:r>
          </w:p>
        </w:tc>
        <w:tc>
          <w:tcPr>
            <w:tcW w:type="dxa" w:w="1439"/>
          </w:tcPr>
          <w:p>
            <w:pPr>
              <w:spacing w:after="20" w:before="20"/>
            </w:pPr>
            <w:r/>
            <w:r>
              <w:rPr>
                <w:rFonts w:ascii="Times New Roman" w:hAnsi="Times New Roman" w:eastAsia="宋体"/>
                <w:b w:val="0"/>
                <w:sz w:val="21"/>
              </w:rPr>
              <w:t>2012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郭伟</w:t>
            </w:r>
          </w:p>
        </w:tc>
        <w:tc>
          <w:tcPr>
            <w:tcW w:type="dxa" w:w="1439"/>
          </w:tcPr>
          <w:p>
            <w:pPr>
              <w:spacing w:after="20" w:before="20"/>
            </w:pPr>
            <w:r/>
            <w:r>
              <w:rPr>
                <w:rFonts w:ascii="Times New Roman" w:hAnsi="Times New Roman" w:eastAsia="宋体"/>
                <w:b w:val="0"/>
                <w:sz w:val="21"/>
              </w:rPr>
              <w:t>1011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郭子杨</w:t>
            </w:r>
          </w:p>
        </w:tc>
        <w:tc>
          <w:tcPr>
            <w:tcW w:type="dxa" w:w="1439"/>
          </w:tcPr>
          <w:p>
            <w:pPr>
              <w:spacing w:after="20" w:before="20"/>
            </w:pPr>
            <w:r/>
            <w:r>
              <w:rPr>
                <w:rFonts w:ascii="Times New Roman" w:hAnsi="Times New Roman" w:eastAsia="宋体"/>
                <w:b w:val="0"/>
                <w:sz w:val="21"/>
              </w:rPr>
              <w:t>7039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韩乐桐</w:t>
            </w:r>
          </w:p>
        </w:tc>
        <w:tc>
          <w:tcPr>
            <w:tcW w:type="dxa" w:w="1439"/>
          </w:tcPr>
          <w:p>
            <w:pPr>
              <w:spacing w:after="20" w:before="20"/>
            </w:pPr>
            <w:r/>
            <w:r>
              <w:rPr>
                <w:rFonts w:ascii="Times New Roman" w:hAnsi="Times New Roman" w:eastAsia="宋体"/>
                <w:b w:val="0"/>
                <w:sz w:val="21"/>
              </w:rPr>
              <w:t>1270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郝昱凌</w:t>
            </w:r>
          </w:p>
        </w:tc>
        <w:tc>
          <w:tcPr>
            <w:tcW w:type="dxa" w:w="1439"/>
          </w:tcPr>
          <w:p>
            <w:pPr>
              <w:spacing w:after="20" w:before="20"/>
            </w:pPr>
            <w:r/>
            <w:r>
              <w:rPr>
                <w:rFonts w:ascii="Times New Roman" w:hAnsi="Times New Roman" w:eastAsia="宋体"/>
                <w:b w:val="0"/>
                <w:sz w:val="21"/>
              </w:rPr>
              <w:t>0911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何相毅</w:t>
            </w:r>
          </w:p>
        </w:tc>
        <w:tc>
          <w:tcPr>
            <w:tcW w:type="dxa" w:w="1439"/>
          </w:tcPr>
          <w:p>
            <w:pPr>
              <w:spacing w:after="20" w:before="20"/>
            </w:pPr>
            <w:r/>
            <w:r>
              <w:rPr>
                <w:rFonts w:ascii="Times New Roman" w:hAnsi="Times New Roman" w:eastAsia="宋体"/>
                <w:b w:val="0"/>
                <w:sz w:val="21"/>
              </w:rPr>
              <w:t>3872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何依阳</w:t>
            </w:r>
          </w:p>
        </w:tc>
        <w:tc>
          <w:tcPr>
            <w:tcW w:type="dxa" w:w="1439"/>
          </w:tcPr>
          <w:p>
            <w:pPr>
              <w:spacing w:after="20" w:before="20"/>
            </w:pPr>
            <w:r/>
            <w:r>
              <w:rPr>
                <w:rFonts w:ascii="Times New Roman" w:hAnsi="Times New Roman" w:eastAsia="宋体"/>
                <w:b w:val="0"/>
                <w:sz w:val="21"/>
              </w:rPr>
              <w:t>0517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何易</w:t>
            </w:r>
          </w:p>
        </w:tc>
        <w:tc>
          <w:tcPr>
            <w:tcW w:type="dxa" w:w="1439"/>
          </w:tcPr>
          <w:p>
            <w:pPr>
              <w:spacing w:after="20" w:before="20"/>
            </w:pPr>
            <w:r/>
            <w:r>
              <w:rPr>
                <w:rFonts w:ascii="Times New Roman" w:hAnsi="Times New Roman" w:eastAsia="宋体"/>
                <w:b w:val="0"/>
                <w:sz w:val="21"/>
              </w:rPr>
              <w:t>1013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何盈彤</w:t>
            </w:r>
          </w:p>
        </w:tc>
        <w:tc>
          <w:tcPr>
            <w:tcW w:type="dxa" w:w="1439"/>
          </w:tcPr>
          <w:p>
            <w:pPr>
              <w:spacing w:after="20" w:before="20"/>
            </w:pPr>
            <w:r/>
            <w:r>
              <w:rPr>
                <w:rFonts w:ascii="Times New Roman" w:hAnsi="Times New Roman" w:eastAsia="宋体"/>
                <w:b w:val="0"/>
                <w:sz w:val="21"/>
              </w:rPr>
              <w:t>0068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何羽彤</w:t>
            </w:r>
          </w:p>
        </w:tc>
        <w:tc>
          <w:tcPr>
            <w:tcW w:type="dxa" w:w="1439"/>
          </w:tcPr>
          <w:p>
            <w:pPr>
              <w:spacing w:after="20" w:before="20"/>
            </w:pPr>
            <w:r/>
            <w:r>
              <w:rPr>
                <w:rFonts w:ascii="Times New Roman" w:hAnsi="Times New Roman" w:eastAsia="宋体"/>
                <w:b w:val="0"/>
                <w:sz w:val="21"/>
              </w:rPr>
              <w:t>4028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何元哲</w:t>
            </w:r>
          </w:p>
        </w:tc>
        <w:tc>
          <w:tcPr>
            <w:tcW w:type="dxa" w:w="1439"/>
          </w:tcPr>
          <w:p>
            <w:pPr>
              <w:spacing w:after="20" w:before="20"/>
            </w:pPr>
            <w:r/>
            <w:r>
              <w:rPr>
                <w:rFonts w:ascii="Times New Roman" w:hAnsi="Times New Roman" w:eastAsia="宋体"/>
                <w:b w:val="0"/>
                <w:sz w:val="21"/>
              </w:rPr>
              <w:t>4515</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贺云翔</w:t>
            </w:r>
          </w:p>
        </w:tc>
        <w:tc>
          <w:tcPr>
            <w:tcW w:type="dxa" w:w="1439"/>
          </w:tcPr>
          <w:p>
            <w:pPr>
              <w:spacing w:after="20" w:before="20"/>
            </w:pPr>
            <w:r/>
            <w:r>
              <w:rPr>
                <w:rFonts w:ascii="Times New Roman" w:hAnsi="Times New Roman" w:eastAsia="宋体"/>
                <w:b w:val="0"/>
                <w:sz w:val="21"/>
              </w:rPr>
              <w:t>5715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贺智皓</w:t>
            </w:r>
          </w:p>
        </w:tc>
        <w:tc>
          <w:tcPr>
            <w:tcW w:type="dxa" w:w="1439"/>
          </w:tcPr>
          <w:p>
            <w:pPr>
              <w:spacing w:after="20" w:before="20"/>
            </w:pPr>
            <w:r/>
            <w:r>
              <w:rPr>
                <w:rFonts w:ascii="Times New Roman" w:hAnsi="Times New Roman" w:eastAsia="宋体"/>
                <w:b w:val="0"/>
                <w:sz w:val="21"/>
              </w:rPr>
              <w:t>2114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洪蝶</w:t>
            </w:r>
          </w:p>
        </w:tc>
        <w:tc>
          <w:tcPr>
            <w:tcW w:type="dxa" w:w="1439"/>
          </w:tcPr>
          <w:p>
            <w:pPr>
              <w:spacing w:after="20" w:before="20"/>
            </w:pPr>
            <w:r/>
            <w:r>
              <w:rPr>
                <w:rFonts w:ascii="Times New Roman" w:hAnsi="Times New Roman" w:eastAsia="宋体"/>
                <w:b w:val="0"/>
                <w:sz w:val="21"/>
              </w:rPr>
              <w:t>5846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洪羽</w:t>
            </w:r>
          </w:p>
        </w:tc>
        <w:tc>
          <w:tcPr>
            <w:tcW w:type="dxa" w:w="1439"/>
          </w:tcPr>
          <w:p>
            <w:pPr>
              <w:spacing w:after="20" w:before="20"/>
            </w:pPr>
            <w:r/>
            <w:r>
              <w:rPr>
                <w:rFonts w:ascii="Times New Roman" w:hAnsi="Times New Roman" w:eastAsia="宋体"/>
                <w:b w:val="0"/>
                <w:sz w:val="21"/>
              </w:rPr>
              <w:t>0020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侯恒建</w:t>
            </w:r>
          </w:p>
        </w:tc>
        <w:tc>
          <w:tcPr>
            <w:tcW w:type="dxa" w:w="1439"/>
          </w:tcPr>
          <w:p>
            <w:pPr>
              <w:spacing w:after="20" w:before="20"/>
            </w:pPr>
            <w:r/>
            <w:r>
              <w:rPr>
                <w:rFonts w:ascii="Times New Roman" w:hAnsi="Times New Roman" w:eastAsia="宋体"/>
                <w:b w:val="0"/>
                <w:sz w:val="21"/>
              </w:rPr>
              <w:t>7670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侯有锟</w:t>
            </w:r>
          </w:p>
        </w:tc>
        <w:tc>
          <w:tcPr>
            <w:tcW w:type="dxa" w:w="1439"/>
          </w:tcPr>
          <w:p>
            <w:pPr>
              <w:spacing w:after="20" w:before="20"/>
            </w:pPr>
            <w:r/>
            <w:r>
              <w:rPr>
                <w:rFonts w:ascii="Times New Roman" w:hAnsi="Times New Roman" w:eastAsia="宋体"/>
                <w:b w:val="0"/>
                <w:sz w:val="21"/>
              </w:rPr>
              <w:t>5536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侯子劲</w:t>
            </w:r>
          </w:p>
        </w:tc>
        <w:tc>
          <w:tcPr>
            <w:tcW w:type="dxa" w:w="1439"/>
          </w:tcPr>
          <w:p>
            <w:pPr>
              <w:spacing w:after="20" w:before="20"/>
            </w:pPr>
            <w:r/>
            <w:r>
              <w:rPr>
                <w:rFonts w:ascii="Times New Roman" w:hAnsi="Times New Roman" w:eastAsia="宋体"/>
                <w:b w:val="0"/>
                <w:sz w:val="21"/>
              </w:rPr>
              <w:t>6618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胡丽娟</w:t>
            </w:r>
          </w:p>
        </w:tc>
        <w:tc>
          <w:tcPr>
            <w:tcW w:type="dxa" w:w="1439"/>
          </w:tcPr>
          <w:p>
            <w:pPr>
              <w:spacing w:after="20" w:before="20"/>
            </w:pPr>
            <w:r/>
            <w:r>
              <w:rPr>
                <w:rFonts w:ascii="Times New Roman" w:hAnsi="Times New Roman" w:eastAsia="宋体"/>
                <w:b w:val="0"/>
                <w:sz w:val="21"/>
              </w:rPr>
              <w:t>902X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胡文龙</w:t>
            </w:r>
          </w:p>
        </w:tc>
        <w:tc>
          <w:tcPr>
            <w:tcW w:type="dxa" w:w="1439"/>
          </w:tcPr>
          <w:p>
            <w:pPr>
              <w:spacing w:after="20" w:before="20"/>
            </w:pPr>
            <w:r/>
            <w:r>
              <w:rPr>
                <w:rFonts w:ascii="Times New Roman" w:hAnsi="Times New Roman" w:eastAsia="宋体"/>
                <w:b w:val="0"/>
                <w:sz w:val="21"/>
              </w:rPr>
              <w:t>3414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胡羽萱</w:t>
            </w:r>
          </w:p>
        </w:tc>
        <w:tc>
          <w:tcPr>
            <w:tcW w:type="dxa" w:w="1439"/>
          </w:tcPr>
          <w:p>
            <w:pPr>
              <w:spacing w:after="20" w:before="20"/>
            </w:pPr>
            <w:r/>
            <w:r>
              <w:rPr>
                <w:rFonts w:ascii="Times New Roman" w:hAnsi="Times New Roman" w:eastAsia="宋体"/>
                <w:b w:val="0"/>
                <w:sz w:val="21"/>
              </w:rPr>
              <w:t>0823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胡志浩</w:t>
            </w:r>
          </w:p>
        </w:tc>
        <w:tc>
          <w:tcPr>
            <w:tcW w:type="dxa" w:w="1439"/>
          </w:tcPr>
          <w:p>
            <w:pPr>
              <w:spacing w:after="20" w:before="20"/>
            </w:pPr>
            <w:r/>
            <w:r>
              <w:rPr>
                <w:rFonts w:ascii="Times New Roman" w:hAnsi="Times New Roman" w:eastAsia="宋体"/>
                <w:b w:val="0"/>
                <w:sz w:val="21"/>
              </w:rPr>
              <w:t>4713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黄经纬</w:t>
            </w:r>
          </w:p>
        </w:tc>
        <w:tc>
          <w:tcPr>
            <w:tcW w:type="dxa" w:w="1439"/>
          </w:tcPr>
          <w:p>
            <w:pPr>
              <w:spacing w:after="20" w:before="20"/>
            </w:pPr>
            <w:r/>
            <w:r>
              <w:rPr>
                <w:rFonts w:ascii="Times New Roman" w:hAnsi="Times New Roman" w:eastAsia="宋体"/>
                <w:b w:val="0"/>
                <w:sz w:val="21"/>
              </w:rPr>
              <w:t>2014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黄旭彤</w:t>
            </w:r>
          </w:p>
        </w:tc>
        <w:tc>
          <w:tcPr>
            <w:tcW w:type="dxa" w:w="1439"/>
          </w:tcPr>
          <w:p>
            <w:pPr>
              <w:spacing w:after="20" w:before="20"/>
            </w:pPr>
            <w:r/>
            <w:r>
              <w:rPr>
                <w:rFonts w:ascii="Times New Roman" w:hAnsi="Times New Roman" w:eastAsia="宋体"/>
                <w:b w:val="0"/>
                <w:sz w:val="21"/>
              </w:rPr>
              <w:t>4241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黄羽彤</w:t>
            </w:r>
          </w:p>
        </w:tc>
        <w:tc>
          <w:tcPr>
            <w:tcW w:type="dxa" w:w="1439"/>
          </w:tcPr>
          <w:p>
            <w:pPr>
              <w:spacing w:after="20" w:before="20"/>
            </w:pPr>
            <w:r/>
            <w:r>
              <w:rPr>
                <w:rFonts w:ascii="Times New Roman" w:hAnsi="Times New Roman" w:eastAsia="宋体"/>
                <w:b w:val="0"/>
                <w:sz w:val="21"/>
              </w:rPr>
              <w:t>0036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计风豪</w:t>
            </w:r>
          </w:p>
        </w:tc>
        <w:tc>
          <w:tcPr>
            <w:tcW w:type="dxa" w:w="1439"/>
          </w:tcPr>
          <w:p>
            <w:pPr>
              <w:spacing w:after="20" w:before="20"/>
            </w:pPr>
            <w:r/>
            <w:r>
              <w:rPr>
                <w:rFonts w:ascii="Times New Roman" w:hAnsi="Times New Roman" w:eastAsia="宋体"/>
                <w:b w:val="0"/>
                <w:sz w:val="21"/>
              </w:rPr>
              <w:t>5013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纪奕帆</w:t>
            </w:r>
          </w:p>
        </w:tc>
        <w:tc>
          <w:tcPr>
            <w:tcW w:type="dxa" w:w="1439"/>
          </w:tcPr>
          <w:p>
            <w:pPr>
              <w:spacing w:after="20" w:before="20"/>
            </w:pPr>
            <w:r/>
            <w:r>
              <w:rPr>
                <w:rFonts w:ascii="Times New Roman" w:hAnsi="Times New Roman" w:eastAsia="宋体"/>
                <w:b w:val="0"/>
                <w:sz w:val="21"/>
              </w:rPr>
              <w:t>0019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纪兆璇</w:t>
            </w:r>
          </w:p>
        </w:tc>
        <w:tc>
          <w:tcPr>
            <w:tcW w:type="dxa" w:w="1439"/>
          </w:tcPr>
          <w:p>
            <w:pPr>
              <w:spacing w:after="20" w:before="20"/>
            </w:pPr>
            <w:r/>
            <w:r>
              <w:rPr>
                <w:rFonts w:ascii="Times New Roman" w:hAnsi="Times New Roman" w:eastAsia="宋体"/>
                <w:b w:val="0"/>
                <w:sz w:val="21"/>
              </w:rPr>
              <w:t>5622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姜海峰</w:t>
            </w:r>
          </w:p>
        </w:tc>
        <w:tc>
          <w:tcPr>
            <w:tcW w:type="dxa" w:w="1439"/>
          </w:tcPr>
          <w:p>
            <w:pPr>
              <w:spacing w:after="20" w:before="20"/>
            </w:pPr>
            <w:r/>
            <w:r>
              <w:rPr>
                <w:rFonts w:ascii="Times New Roman" w:hAnsi="Times New Roman" w:eastAsia="宋体"/>
                <w:b w:val="0"/>
                <w:sz w:val="21"/>
              </w:rPr>
              <w:t>1172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姜一鸣</w:t>
            </w:r>
          </w:p>
        </w:tc>
        <w:tc>
          <w:tcPr>
            <w:tcW w:type="dxa" w:w="1439"/>
          </w:tcPr>
          <w:p>
            <w:pPr>
              <w:spacing w:after="20" w:before="20"/>
            </w:pPr>
            <w:r/>
            <w:r>
              <w:rPr>
                <w:rFonts w:ascii="Times New Roman" w:hAnsi="Times New Roman" w:eastAsia="宋体"/>
                <w:b w:val="0"/>
                <w:sz w:val="21"/>
              </w:rPr>
              <w:t>0060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姜正扬</w:t>
            </w:r>
          </w:p>
        </w:tc>
        <w:tc>
          <w:tcPr>
            <w:tcW w:type="dxa" w:w="1439"/>
          </w:tcPr>
          <w:p>
            <w:pPr>
              <w:spacing w:after="20" w:before="20"/>
            </w:pPr>
            <w:r/>
            <w:r>
              <w:rPr>
                <w:rFonts w:ascii="Times New Roman" w:hAnsi="Times New Roman" w:eastAsia="宋体"/>
                <w:b w:val="0"/>
                <w:sz w:val="21"/>
              </w:rPr>
              <w:t>9412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蒋佳艳</w:t>
            </w:r>
          </w:p>
        </w:tc>
        <w:tc>
          <w:tcPr>
            <w:tcW w:type="dxa" w:w="1439"/>
          </w:tcPr>
          <w:p>
            <w:pPr>
              <w:spacing w:after="20" w:before="20"/>
            </w:pPr>
            <w:r/>
            <w:r>
              <w:rPr>
                <w:rFonts w:ascii="Times New Roman" w:hAnsi="Times New Roman" w:eastAsia="宋体"/>
                <w:b w:val="0"/>
                <w:sz w:val="21"/>
              </w:rPr>
              <w:t>1827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蒋亦凡</w:t>
            </w:r>
          </w:p>
        </w:tc>
        <w:tc>
          <w:tcPr>
            <w:tcW w:type="dxa" w:w="1439"/>
          </w:tcPr>
          <w:p>
            <w:pPr>
              <w:spacing w:after="20" w:before="20"/>
            </w:pPr>
            <w:r/>
            <w:r>
              <w:rPr>
                <w:rFonts w:ascii="Times New Roman" w:hAnsi="Times New Roman" w:eastAsia="宋体"/>
                <w:b w:val="0"/>
                <w:sz w:val="21"/>
              </w:rPr>
              <w:t>271X</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蒋芸蕴</w:t>
            </w:r>
          </w:p>
        </w:tc>
        <w:tc>
          <w:tcPr>
            <w:tcW w:type="dxa" w:w="1439"/>
          </w:tcPr>
          <w:p>
            <w:pPr>
              <w:spacing w:after="20" w:before="20"/>
            </w:pPr>
            <w:r/>
            <w:r>
              <w:rPr>
                <w:rFonts w:ascii="Times New Roman" w:hAnsi="Times New Roman" w:eastAsia="宋体"/>
                <w:b w:val="0"/>
                <w:sz w:val="21"/>
              </w:rPr>
              <w:t>7465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金炫宇</w:t>
            </w:r>
          </w:p>
        </w:tc>
        <w:tc>
          <w:tcPr>
            <w:tcW w:type="dxa" w:w="1439"/>
          </w:tcPr>
          <w:p>
            <w:pPr>
              <w:spacing w:after="20" w:before="20"/>
            </w:pPr>
            <w:r/>
            <w:r>
              <w:rPr>
                <w:rFonts w:ascii="Times New Roman" w:hAnsi="Times New Roman" w:eastAsia="宋体"/>
                <w:b w:val="0"/>
                <w:sz w:val="21"/>
              </w:rPr>
              <w:t>0014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康歆宇</w:t>
            </w:r>
          </w:p>
        </w:tc>
        <w:tc>
          <w:tcPr>
            <w:tcW w:type="dxa" w:w="1439"/>
          </w:tcPr>
          <w:p>
            <w:pPr>
              <w:spacing w:after="20" w:before="20"/>
            </w:pPr>
            <w:r/>
            <w:r>
              <w:rPr>
                <w:rFonts w:ascii="Times New Roman" w:hAnsi="Times New Roman" w:eastAsia="宋体"/>
                <w:b w:val="0"/>
                <w:sz w:val="21"/>
              </w:rPr>
              <w:t>501X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康雨璇</w:t>
            </w:r>
          </w:p>
        </w:tc>
        <w:tc>
          <w:tcPr>
            <w:tcW w:type="dxa" w:w="1439"/>
          </w:tcPr>
          <w:p>
            <w:pPr>
              <w:spacing w:after="20" w:before="20"/>
            </w:pPr>
            <w:r/>
            <w:r>
              <w:rPr>
                <w:rFonts w:ascii="Times New Roman" w:hAnsi="Times New Roman" w:eastAsia="宋体"/>
                <w:b w:val="0"/>
                <w:sz w:val="21"/>
              </w:rPr>
              <w:t>004X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柯桂锦</w:t>
            </w:r>
          </w:p>
        </w:tc>
        <w:tc>
          <w:tcPr>
            <w:tcW w:type="dxa" w:w="1439"/>
          </w:tcPr>
          <w:p>
            <w:pPr>
              <w:spacing w:after="20" w:before="20"/>
            </w:pPr>
            <w:r/>
            <w:r>
              <w:rPr>
                <w:rFonts w:ascii="Times New Roman" w:hAnsi="Times New Roman" w:eastAsia="宋体"/>
                <w:b w:val="0"/>
                <w:sz w:val="21"/>
              </w:rPr>
              <w:t>3514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孔德欣</w:t>
            </w:r>
          </w:p>
        </w:tc>
        <w:tc>
          <w:tcPr>
            <w:tcW w:type="dxa" w:w="1439"/>
          </w:tcPr>
          <w:p>
            <w:pPr>
              <w:spacing w:after="20" w:before="20"/>
            </w:pPr>
            <w:r/>
            <w:r>
              <w:rPr>
                <w:rFonts w:ascii="Times New Roman" w:hAnsi="Times New Roman" w:eastAsia="宋体"/>
                <w:b w:val="0"/>
                <w:sz w:val="21"/>
              </w:rPr>
              <w:t>0027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孔艺雯</w:t>
            </w:r>
          </w:p>
        </w:tc>
        <w:tc>
          <w:tcPr>
            <w:tcW w:type="dxa" w:w="1439"/>
          </w:tcPr>
          <w:p>
            <w:pPr>
              <w:spacing w:after="20" w:before="20"/>
            </w:pPr>
            <w:r/>
            <w:r>
              <w:rPr>
                <w:rFonts w:ascii="Times New Roman" w:hAnsi="Times New Roman" w:eastAsia="宋体"/>
                <w:b w:val="0"/>
                <w:sz w:val="21"/>
              </w:rPr>
              <w:t>3023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孔自超</w:t>
            </w:r>
          </w:p>
        </w:tc>
        <w:tc>
          <w:tcPr>
            <w:tcW w:type="dxa" w:w="1439"/>
          </w:tcPr>
          <w:p>
            <w:pPr>
              <w:spacing w:after="20" w:before="20"/>
            </w:pPr>
            <w:r/>
            <w:r>
              <w:rPr>
                <w:rFonts w:ascii="Times New Roman" w:hAnsi="Times New Roman" w:eastAsia="宋体"/>
                <w:b w:val="0"/>
                <w:sz w:val="21"/>
              </w:rPr>
              <w:t>2845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匡旭英</w:t>
            </w:r>
          </w:p>
        </w:tc>
        <w:tc>
          <w:tcPr>
            <w:tcW w:type="dxa" w:w="1439"/>
          </w:tcPr>
          <w:p>
            <w:pPr>
              <w:spacing w:after="20" w:before="20"/>
            </w:pPr>
            <w:r/>
            <w:r>
              <w:rPr>
                <w:rFonts w:ascii="Times New Roman" w:hAnsi="Times New Roman" w:eastAsia="宋体"/>
                <w:b w:val="0"/>
                <w:sz w:val="21"/>
              </w:rPr>
              <w:t>9341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乐乔伊</w:t>
            </w:r>
          </w:p>
        </w:tc>
        <w:tc>
          <w:tcPr>
            <w:tcW w:type="dxa" w:w="1439"/>
          </w:tcPr>
          <w:p>
            <w:pPr>
              <w:spacing w:after="20" w:before="20"/>
            </w:pPr>
            <w:r/>
            <w:r>
              <w:rPr>
                <w:rFonts w:ascii="Times New Roman" w:hAnsi="Times New Roman" w:eastAsia="宋体"/>
                <w:b w:val="0"/>
                <w:sz w:val="21"/>
              </w:rPr>
              <w:t>4025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雷乙昊</w:t>
            </w:r>
          </w:p>
        </w:tc>
        <w:tc>
          <w:tcPr>
            <w:tcW w:type="dxa" w:w="1439"/>
          </w:tcPr>
          <w:p>
            <w:pPr>
              <w:spacing w:after="20" w:before="20"/>
            </w:pPr>
            <w:r/>
            <w:r>
              <w:rPr>
                <w:rFonts w:ascii="Times New Roman" w:hAnsi="Times New Roman" w:eastAsia="宋体"/>
                <w:b w:val="0"/>
                <w:sz w:val="21"/>
              </w:rPr>
              <w:t>0017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黎妍</w:t>
            </w:r>
          </w:p>
        </w:tc>
        <w:tc>
          <w:tcPr>
            <w:tcW w:type="dxa" w:w="1439"/>
          </w:tcPr>
          <w:p>
            <w:pPr>
              <w:spacing w:after="20" w:before="20"/>
            </w:pPr>
            <w:r/>
            <w:r>
              <w:rPr>
                <w:rFonts w:ascii="Times New Roman" w:hAnsi="Times New Roman" w:eastAsia="宋体"/>
                <w:b w:val="0"/>
                <w:sz w:val="21"/>
              </w:rPr>
              <w:t>7664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李超凡</w:t>
            </w:r>
          </w:p>
        </w:tc>
        <w:tc>
          <w:tcPr>
            <w:tcW w:type="dxa" w:w="1439"/>
          </w:tcPr>
          <w:p>
            <w:pPr>
              <w:spacing w:after="20" w:before="20"/>
            </w:pPr>
            <w:r/>
            <w:r>
              <w:rPr>
                <w:rFonts w:ascii="Times New Roman" w:hAnsi="Times New Roman" w:eastAsia="宋体"/>
                <w:b w:val="0"/>
                <w:sz w:val="21"/>
              </w:rPr>
              <w:t>0013</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李琛骏</w:t>
            </w:r>
          </w:p>
        </w:tc>
        <w:tc>
          <w:tcPr>
            <w:tcW w:type="dxa" w:w="1439"/>
          </w:tcPr>
          <w:p>
            <w:pPr>
              <w:spacing w:after="20" w:before="20"/>
            </w:pPr>
            <w:r/>
            <w:r>
              <w:rPr>
                <w:rFonts w:ascii="Times New Roman" w:hAnsi="Times New Roman" w:eastAsia="宋体"/>
                <w:b w:val="0"/>
                <w:sz w:val="21"/>
              </w:rPr>
              <w:t>2516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李晨遥</w:t>
            </w:r>
          </w:p>
        </w:tc>
        <w:tc>
          <w:tcPr>
            <w:tcW w:type="dxa" w:w="1439"/>
          </w:tcPr>
          <w:p>
            <w:pPr>
              <w:spacing w:after="20" w:before="20"/>
            </w:pPr>
            <w:r/>
            <w:r>
              <w:rPr>
                <w:rFonts w:ascii="Times New Roman" w:hAnsi="Times New Roman" w:eastAsia="宋体"/>
                <w:b w:val="0"/>
                <w:sz w:val="21"/>
              </w:rPr>
              <w:t>0134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李慧如</w:t>
            </w:r>
          </w:p>
        </w:tc>
        <w:tc>
          <w:tcPr>
            <w:tcW w:type="dxa" w:w="1439"/>
          </w:tcPr>
          <w:p>
            <w:pPr>
              <w:spacing w:after="20" w:before="20"/>
            </w:pPr>
            <w:r/>
            <w:r>
              <w:rPr>
                <w:rFonts w:ascii="Times New Roman" w:hAnsi="Times New Roman" w:eastAsia="宋体"/>
                <w:b w:val="0"/>
                <w:sz w:val="21"/>
              </w:rPr>
              <w:t>2649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李嘉玥</w:t>
            </w:r>
          </w:p>
        </w:tc>
        <w:tc>
          <w:tcPr>
            <w:tcW w:type="dxa" w:w="1439"/>
          </w:tcPr>
          <w:p>
            <w:pPr>
              <w:spacing w:after="20" w:before="20"/>
            </w:pPr>
            <w:r/>
            <w:r>
              <w:rPr>
                <w:rFonts w:ascii="Times New Roman" w:hAnsi="Times New Roman" w:eastAsia="宋体"/>
                <w:b w:val="0"/>
                <w:sz w:val="21"/>
              </w:rPr>
              <w:t>2825</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李瑾雯</w:t>
            </w:r>
          </w:p>
        </w:tc>
        <w:tc>
          <w:tcPr>
            <w:tcW w:type="dxa" w:w="1439"/>
          </w:tcPr>
          <w:p>
            <w:pPr>
              <w:spacing w:after="20" w:before="20"/>
            </w:pPr>
            <w:r/>
            <w:r>
              <w:rPr>
                <w:rFonts w:ascii="Times New Roman" w:hAnsi="Times New Roman" w:eastAsia="宋体"/>
                <w:b w:val="0"/>
                <w:sz w:val="21"/>
              </w:rPr>
              <w:t>7229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李梦婷</w:t>
            </w:r>
          </w:p>
        </w:tc>
        <w:tc>
          <w:tcPr>
            <w:tcW w:type="dxa" w:w="1439"/>
          </w:tcPr>
          <w:p>
            <w:pPr>
              <w:spacing w:after="20" w:before="20"/>
            </w:pPr>
            <w:r/>
            <w:r>
              <w:rPr>
                <w:rFonts w:ascii="Times New Roman" w:hAnsi="Times New Roman" w:eastAsia="宋体"/>
                <w:b w:val="0"/>
                <w:sz w:val="21"/>
              </w:rPr>
              <w:t>1921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李铭杰</w:t>
            </w:r>
          </w:p>
        </w:tc>
        <w:tc>
          <w:tcPr>
            <w:tcW w:type="dxa" w:w="1439"/>
          </w:tcPr>
          <w:p>
            <w:pPr>
              <w:spacing w:after="20" w:before="20"/>
            </w:pPr>
            <w:r/>
            <w:r>
              <w:rPr>
                <w:rFonts w:ascii="Times New Roman" w:hAnsi="Times New Roman" w:eastAsia="宋体"/>
                <w:b w:val="0"/>
                <w:sz w:val="21"/>
              </w:rPr>
              <w:t>1317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李素珍</w:t>
            </w:r>
          </w:p>
        </w:tc>
        <w:tc>
          <w:tcPr>
            <w:tcW w:type="dxa" w:w="1439"/>
          </w:tcPr>
          <w:p>
            <w:pPr>
              <w:spacing w:after="20" w:before="20"/>
            </w:pPr>
            <w:r/>
            <w:r>
              <w:rPr>
                <w:rFonts w:ascii="Times New Roman" w:hAnsi="Times New Roman" w:eastAsia="宋体"/>
                <w:b w:val="0"/>
                <w:sz w:val="21"/>
              </w:rPr>
              <w:t>3425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李天琪</w:t>
            </w:r>
          </w:p>
        </w:tc>
        <w:tc>
          <w:tcPr>
            <w:tcW w:type="dxa" w:w="1439"/>
          </w:tcPr>
          <w:p>
            <w:pPr>
              <w:spacing w:after="20" w:before="20"/>
            </w:pPr>
            <w:r/>
            <w:r>
              <w:rPr>
                <w:rFonts w:ascii="Times New Roman" w:hAnsi="Times New Roman" w:eastAsia="宋体"/>
                <w:b w:val="0"/>
                <w:sz w:val="21"/>
              </w:rPr>
              <w:t>2220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李天泽</w:t>
            </w:r>
          </w:p>
        </w:tc>
        <w:tc>
          <w:tcPr>
            <w:tcW w:type="dxa" w:w="1439"/>
          </w:tcPr>
          <w:p>
            <w:pPr>
              <w:spacing w:after="20" w:before="20"/>
            </w:pPr>
            <w:r/>
            <w:r>
              <w:rPr>
                <w:rFonts w:ascii="Times New Roman" w:hAnsi="Times New Roman" w:eastAsia="宋体"/>
                <w:b w:val="0"/>
                <w:sz w:val="21"/>
              </w:rPr>
              <w:t>0716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十、说明</w:t>
      </w:r>
    </w:p>
    <w:p>
      <w:pPr>
        <w:spacing w:after="80" w:lineRule="auto" w:line="360"/>
        <w:ind w:firstLine="482"/>
        <w:jc w:val="both"/>
      </w:pPr>
      <w:r>
        <w:rPr>
          <w:rFonts w:ascii="Times New Roman" w:hAnsi="Times New Roman" w:eastAsia="宋体"/>
          <w:b w:val="0"/>
          <w:sz w:val="24"/>
        </w:rPr>
        <w:t>1. 本段名单按姓名拼音排序，共列出154人（含硕士与直博生）。</w:t>
      </w:r>
    </w:p>
    <w:p>
      <w:pPr>
        <w:spacing w:after="80" w:lineRule="auto" w:line="360"/>
        <w:ind w:firstLine="482"/>
        <w:jc w:val="both"/>
      </w:pPr>
      <w:r>
        <w:rPr>
          <w:rFonts w:ascii="Times New Roman" w:hAnsi="Times New Roman" w:eastAsia="宋体"/>
          <w:b w:val="0"/>
          <w:sz w:val="24"/>
        </w:rPr>
        <w:t>2. 录取类型包括硕士、</w:t>
      </w:r>
    </w:p>
    <w:p>
      <w:pPr>
        <w:spacing w:after="80" w:lineRule="auto" w:line="360"/>
        <w:ind w:firstLine="482"/>
        <w:jc w:val="both"/>
      </w:pPr>
      <w:r>
        <w:rPr>
          <w:rFonts w:ascii="Times New Roman" w:hAnsi="Times New Roman" w:eastAsia="宋体"/>
          <w:b w:val="0"/>
          <w:sz w:val="24"/>
        </w:rPr>
        <w:t>本段为推免生拟录取名单，共涉及 100 人（按姓名条目计），涵盖生命科学与技术学院、信息科学与技术学院、生物医学工程学院、物质科学与技术学院等学院，专业包括生物学、电子信息、计算机科学与技术、电子科学与技术、信息与通信工程、生物医学工程、材料科学与工程、化学、物理学、生物与医药等，录取类别分为硕士与直博生两类。名单按姓名顺序排列，未给出排名或评分方式，亦未标注公示期。</w:t>
      </w:r>
    </w:p>
    <w:p>
      <w:pPr>
        <w:spacing w:before="160" w:after="80" w:lineRule="auto" w:line="360"/>
        <w:jc w:val="left"/>
      </w:pPr>
      <w:r>
        <w:rPr>
          <w:rFonts w:ascii="Times New Roman" w:hAnsi="Times New Roman" w:eastAsia="宋体"/>
          <w:b/>
          <w:sz w:val="28"/>
        </w:rPr>
        <w:t>九、名单明细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编号</w:t>
            </w:r>
          </w:p>
        </w:tc>
        <w:tc>
          <w:tcPr>
            <w:tcW w:type="dxa" w:w="1439"/>
          </w:tcPr>
          <w:p>
            <w:pPr>
              <w:spacing w:after="20" w:before="20"/>
            </w:pPr>
            <w:r/>
            <w:r>
              <w:rPr>
                <w:rFonts w:ascii="Times New Roman" w:hAnsi="Times New Roman" w:eastAsia="宋体"/>
                <w:b/>
                <w:sz w:val="21"/>
              </w:rPr>
              <w:t>录取类别</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r>
      <w:tr>
        <w:tc>
          <w:tcPr>
            <w:tcW w:type="dxa" w:w="1439"/>
          </w:tcPr>
          <w:p>
            <w:pPr>
              <w:spacing w:after="20" w:before="20"/>
            </w:pPr>
            <w:r/>
            <w:r>
              <w:rPr>
                <w:rFonts w:ascii="Times New Roman" w:hAnsi="Times New Roman" w:eastAsia="宋体"/>
                <w:b w:val="0"/>
                <w:sz w:val="21"/>
              </w:rPr>
              <w:t>李慧如</w:t>
            </w:r>
          </w:p>
        </w:tc>
        <w:tc>
          <w:tcPr>
            <w:tcW w:type="dxa" w:w="1439"/>
          </w:tcPr>
          <w:p>
            <w:pPr>
              <w:spacing w:after="20" w:before="20"/>
            </w:pPr>
            <w:r/>
            <w:r>
              <w:rPr>
                <w:rFonts w:ascii="Times New Roman" w:hAnsi="Times New Roman" w:eastAsia="宋体"/>
                <w:b w:val="0"/>
                <w:sz w:val="21"/>
              </w:rPr>
              <w:t>2649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李嘉玥</w:t>
            </w:r>
          </w:p>
        </w:tc>
        <w:tc>
          <w:tcPr>
            <w:tcW w:type="dxa" w:w="1439"/>
          </w:tcPr>
          <w:p>
            <w:pPr>
              <w:spacing w:after="20" w:before="20"/>
            </w:pPr>
            <w:r/>
            <w:r>
              <w:rPr>
                <w:rFonts w:ascii="Times New Roman" w:hAnsi="Times New Roman" w:eastAsia="宋体"/>
                <w:b w:val="0"/>
                <w:sz w:val="21"/>
              </w:rPr>
              <w:t>2825</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李瑾雯</w:t>
            </w:r>
          </w:p>
        </w:tc>
        <w:tc>
          <w:tcPr>
            <w:tcW w:type="dxa" w:w="1439"/>
          </w:tcPr>
          <w:p>
            <w:pPr>
              <w:spacing w:after="20" w:before="20"/>
            </w:pPr>
            <w:r/>
            <w:r>
              <w:rPr>
                <w:rFonts w:ascii="Times New Roman" w:hAnsi="Times New Roman" w:eastAsia="宋体"/>
                <w:b w:val="0"/>
                <w:sz w:val="21"/>
              </w:rPr>
              <w:t>7229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李梦婷</w:t>
            </w:r>
          </w:p>
        </w:tc>
        <w:tc>
          <w:tcPr>
            <w:tcW w:type="dxa" w:w="1439"/>
          </w:tcPr>
          <w:p>
            <w:pPr>
              <w:spacing w:after="20" w:before="20"/>
            </w:pPr>
            <w:r/>
            <w:r>
              <w:rPr>
                <w:rFonts w:ascii="Times New Roman" w:hAnsi="Times New Roman" w:eastAsia="宋体"/>
                <w:b w:val="0"/>
                <w:sz w:val="21"/>
              </w:rPr>
              <w:t>1921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李铭杰</w:t>
            </w:r>
          </w:p>
        </w:tc>
        <w:tc>
          <w:tcPr>
            <w:tcW w:type="dxa" w:w="1439"/>
          </w:tcPr>
          <w:p>
            <w:pPr>
              <w:spacing w:after="20" w:before="20"/>
            </w:pPr>
            <w:r/>
            <w:r>
              <w:rPr>
                <w:rFonts w:ascii="Times New Roman" w:hAnsi="Times New Roman" w:eastAsia="宋体"/>
                <w:b w:val="0"/>
                <w:sz w:val="21"/>
              </w:rPr>
              <w:t>1317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李素珍</w:t>
            </w:r>
          </w:p>
        </w:tc>
        <w:tc>
          <w:tcPr>
            <w:tcW w:type="dxa" w:w="1439"/>
          </w:tcPr>
          <w:p>
            <w:pPr>
              <w:spacing w:after="20" w:before="20"/>
            </w:pPr>
            <w:r/>
            <w:r>
              <w:rPr>
                <w:rFonts w:ascii="Times New Roman" w:hAnsi="Times New Roman" w:eastAsia="宋体"/>
                <w:b w:val="0"/>
                <w:sz w:val="21"/>
              </w:rPr>
              <w:t>3425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李天琪</w:t>
            </w:r>
          </w:p>
        </w:tc>
        <w:tc>
          <w:tcPr>
            <w:tcW w:type="dxa" w:w="1439"/>
          </w:tcPr>
          <w:p>
            <w:pPr>
              <w:spacing w:after="20" w:before="20"/>
            </w:pPr>
            <w:r/>
            <w:r>
              <w:rPr>
                <w:rFonts w:ascii="Times New Roman" w:hAnsi="Times New Roman" w:eastAsia="宋体"/>
                <w:b w:val="0"/>
                <w:sz w:val="21"/>
              </w:rPr>
              <w:t>2220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李天泽</w:t>
            </w:r>
          </w:p>
        </w:tc>
        <w:tc>
          <w:tcPr>
            <w:tcW w:type="dxa" w:w="1439"/>
          </w:tcPr>
          <w:p>
            <w:pPr>
              <w:spacing w:after="20" w:before="20"/>
            </w:pPr>
            <w:r/>
            <w:r>
              <w:rPr>
                <w:rFonts w:ascii="Times New Roman" w:hAnsi="Times New Roman" w:eastAsia="宋体"/>
                <w:b w:val="0"/>
                <w:sz w:val="21"/>
              </w:rPr>
              <w:t>0716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李伟轩</w:t>
            </w:r>
          </w:p>
        </w:tc>
        <w:tc>
          <w:tcPr>
            <w:tcW w:type="dxa" w:w="1439"/>
          </w:tcPr>
          <w:p>
            <w:pPr>
              <w:spacing w:after="20" w:before="20"/>
            </w:pPr>
            <w:r/>
            <w:r>
              <w:rPr>
                <w:rFonts w:ascii="Times New Roman" w:hAnsi="Times New Roman" w:eastAsia="宋体"/>
                <w:b w:val="0"/>
                <w:sz w:val="21"/>
              </w:rPr>
              <w:t>1394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李旭朝</w:t>
            </w:r>
          </w:p>
        </w:tc>
        <w:tc>
          <w:tcPr>
            <w:tcW w:type="dxa" w:w="1439"/>
          </w:tcPr>
          <w:p>
            <w:pPr>
              <w:spacing w:after="20" w:before="20"/>
            </w:pPr>
            <w:r/>
            <w:r>
              <w:rPr>
                <w:rFonts w:ascii="Times New Roman" w:hAnsi="Times New Roman" w:eastAsia="宋体"/>
                <w:b w:val="0"/>
                <w:sz w:val="21"/>
              </w:rPr>
              <w:t>0812</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李学众</w:t>
            </w:r>
          </w:p>
        </w:tc>
        <w:tc>
          <w:tcPr>
            <w:tcW w:type="dxa" w:w="1439"/>
          </w:tcPr>
          <w:p>
            <w:pPr>
              <w:spacing w:after="20" w:before="20"/>
            </w:pPr>
            <w:r/>
            <w:r>
              <w:rPr>
                <w:rFonts w:ascii="Times New Roman" w:hAnsi="Times New Roman" w:eastAsia="宋体"/>
                <w:b w:val="0"/>
                <w:sz w:val="21"/>
              </w:rPr>
              <w:t>1351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李雪冰</w:t>
            </w:r>
          </w:p>
        </w:tc>
        <w:tc>
          <w:tcPr>
            <w:tcW w:type="dxa" w:w="1439"/>
          </w:tcPr>
          <w:p>
            <w:pPr>
              <w:spacing w:after="20" w:before="20"/>
            </w:pPr>
            <w:r/>
            <w:r>
              <w:rPr>
                <w:rFonts w:ascii="Times New Roman" w:hAnsi="Times New Roman" w:eastAsia="宋体"/>
                <w:b w:val="0"/>
                <w:sz w:val="21"/>
              </w:rPr>
              <w:t>1541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李雅萱</w:t>
            </w:r>
          </w:p>
        </w:tc>
        <w:tc>
          <w:tcPr>
            <w:tcW w:type="dxa" w:w="1439"/>
          </w:tcPr>
          <w:p>
            <w:pPr>
              <w:spacing w:after="20" w:before="20"/>
            </w:pPr>
            <w:r/>
            <w:r>
              <w:rPr>
                <w:rFonts w:ascii="Times New Roman" w:hAnsi="Times New Roman" w:eastAsia="宋体"/>
                <w:b w:val="0"/>
                <w:sz w:val="21"/>
              </w:rPr>
              <w:t>3028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李彦浩</w:t>
            </w:r>
          </w:p>
        </w:tc>
        <w:tc>
          <w:tcPr>
            <w:tcW w:type="dxa" w:w="1439"/>
          </w:tcPr>
          <w:p>
            <w:pPr>
              <w:spacing w:after="20" w:before="20"/>
            </w:pPr>
            <w:r/>
            <w:r>
              <w:rPr>
                <w:rFonts w:ascii="Times New Roman" w:hAnsi="Times New Roman" w:eastAsia="宋体"/>
                <w:b w:val="0"/>
                <w:sz w:val="21"/>
              </w:rPr>
              <w:t>9513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李奕萱</w:t>
            </w:r>
          </w:p>
        </w:tc>
        <w:tc>
          <w:tcPr>
            <w:tcW w:type="dxa" w:w="1439"/>
          </w:tcPr>
          <w:p>
            <w:pPr>
              <w:spacing w:after="20" w:before="20"/>
            </w:pPr>
            <w:r/>
            <w:r>
              <w:rPr>
                <w:rFonts w:ascii="Times New Roman" w:hAnsi="Times New Roman" w:eastAsia="宋体"/>
                <w:b w:val="0"/>
                <w:sz w:val="21"/>
              </w:rPr>
              <w:t>0086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李英杰</w:t>
            </w:r>
          </w:p>
        </w:tc>
        <w:tc>
          <w:tcPr>
            <w:tcW w:type="dxa" w:w="1439"/>
          </w:tcPr>
          <w:p>
            <w:pPr>
              <w:spacing w:after="20" w:before="20"/>
            </w:pPr>
            <w:r/>
            <w:r>
              <w:rPr>
                <w:rFonts w:ascii="Times New Roman" w:hAnsi="Times New Roman" w:eastAsia="宋体"/>
                <w:b w:val="0"/>
                <w:sz w:val="21"/>
              </w:rPr>
              <w:t>1519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李宇轩</w:t>
            </w:r>
          </w:p>
        </w:tc>
        <w:tc>
          <w:tcPr>
            <w:tcW w:type="dxa" w:w="1439"/>
          </w:tcPr>
          <w:p>
            <w:pPr>
              <w:spacing w:after="20" w:before="20"/>
            </w:pPr>
            <w:r/>
            <w:r>
              <w:rPr>
                <w:rFonts w:ascii="Times New Roman" w:hAnsi="Times New Roman" w:eastAsia="宋体"/>
                <w:b w:val="0"/>
                <w:sz w:val="21"/>
              </w:rPr>
              <w:t>2132</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李昱稷</w:t>
            </w:r>
          </w:p>
        </w:tc>
        <w:tc>
          <w:tcPr>
            <w:tcW w:type="dxa" w:w="1439"/>
          </w:tcPr>
          <w:p>
            <w:pPr>
              <w:spacing w:after="20" w:before="20"/>
            </w:pPr>
            <w:r/>
            <w:r>
              <w:rPr>
                <w:rFonts w:ascii="Times New Roman" w:hAnsi="Times New Roman" w:eastAsia="宋体"/>
                <w:b w:val="0"/>
                <w:sz w:val="21"/>
              </w:rPr>
              <w:t>5033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李元显</w:t>
            </w:r>
          </w:p>
        </w:tc>
        <w:tc>
          <w:tcPr>
            <w:tcW w:type="dxa" w:w="1439"/>
          </w:tcPr>
          <w:p>
            <w:pPr>
              <w:spacing w:after="20" w:before="20"/>
            </w:pPr>
            <w:r/>
            <w:r>
              <w:rPr>
                <w:rFonts w:ascii="Times New Roman" w:hAnsi="Times New Roman" w:eastAsia="宋体"/>
                <w:b w:val="0"/>
                <w:sz w:val="21"/>
              </w:rPr>
              <w:t>3310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李圆圆</w:t>
            </w:r>
          </w:p>
        </w:tc>
        <w:tc>
          <w:tcPr>
            <w:tcW w:type="dxa" w:w="1439"/>
          </w:tcPr>
          <w:p>
            <w:pPr>
              <w:spacing w:after="20" w:before="20"/>
            </w:pPr>
            <w:r/>
            <w:r>
              <w:rPr>
                <w:rFonts w:ascii="Times New Roman" w:hAnsi="Times New Roman" w:eastAsia="宋体"/>
                <w:b w:val="0"/>
                <w:sz w:val="21"/>
              </w:rPr>
              <w:t>5229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李兆轩</w:t>
            </w:r>
          </w:p>
        </w:tc>
        <w:tc>
          <w:tcPr>
            <w:tcW w:type="dxa" w:w="1439"/>
          </w:tcPr>
          <w:p>
            <w:pPr>
              <w:spacing w:after="20" w:before="20"/>
            </w:pPr>
            <w:r/>
            <w:r>
              <w:rPr>
                <w:rFonts w:ascii="Times New Roman" w:hAnsi="Times New Roman" w:eastAsia="宋体"/>
                <w:b w:val="0"/>
                <w:sz w:val="21"/>
              </w:rPr>
              <w:t>1211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李正阳</w:t>
            </w:r>
          </w:p>
        </w:tc>
        <w:tc>
          <w:tcPr>
            <w:tcW w:type="dxa" w:w="1439"/>
          </w:tcPr>
          <w:p>
            <w:pPr>
              <w:spacing w:after="20" w:before="20"/>
            </w:pPr>
            <w:r/>
            <w:r>
              <w:rPr>
                <w:rFonts w:ascii="Times New Roman" w:hAnsi="Times New Roman" w:eastAsia="宋体"/>
                <w:b w:val="0"/>
                <w:sz w:val="21"/>
              </w:rPr>
              <w:t>451X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李卓远</w:t>
            </w:r>
          </w:p>
        </w:tc>
        <w:tc>
          <w:tcPr>
            <w:tcW w:type="dxa" w:w="1439"/>
          </w:tcPr>
          <w:p>
            <w:pPr>
              <w:spacing w:after="20" w:before="20"/>
            </w:pPr>
            <w:r/>
            <w:r>
              <w:rPr>
                <w:rFonts w:ascii="Times New Roman" w:hAnsi="Times New Roman" w:eastAsia="宋体"/>
                <w:b w:val="0"/>
                <w:sz w:val="21"/>
              </w:rPr>
              <w:t>153X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李梓豪</w:t>
            </w:r>
          </w:p>
        </w:tc>
        <w:tc>
          <w:tcPr>
            <w:tcW w:type="dxa" w:w="1439"/>
          </w:tcPr>
          <w:p>
            <w:pPr>
              <w:spacing w:after="20" w:before="20"/>
            </w:pPr>
            <w:r/>
            <w:r>
              <w:rPr>
                <w:rFonts w:ascii="Times New Roman" w:hAnsi="Times New Roman" w:eastAsia="宋体"/>
                <w:b w:val="0"/>
                <w:sz w:val="21"/>
              </w:rPr>
              <w:t>3635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梁俊朗</w:t>
            </w:r>
          </w:p>
        </w:tc>
        <w:tc>
          <w:tcPr>
            <w:tcW w:type="dxa" w:w="1439"/>
          </w:tcPr>
          <w:p>
            <w:pPr>
              <w:spacing w:after="20" w:before="20"/>
            </w:pPr>
            <w:r/>
            <w:r>
              <w:rPr>
                <w:rFonts w:ascii="Times New Roman" w:hAnsi="Times New Roman" w:eastAsia="宋体"/>
                <w:b w:val="0"/>
                <w:sz w:val="21"/>
              </w:rPr>
              <w:t>0054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梁祐铭</w:t>
            </w:r>
          </w:p>
        </w:tc>
        <w:tc>
          <w:tcPr>
            <w:tcW w:type="dxa" w:w="1439"/>
          </w:tcPr>
          <w:p>
            <w:pPr>
              <w:spacing w:after="20" w:before="20"/>
            </w:pPr>
            <w:r/>
            <w:r>
              <w:rPr>
                <w:rFonts w:ascii="Times New Roman" w:hAnsi="Times New Roman" w:eastAsia="宋体"/>
                <w:b w:val="0"/>
                <w:sz w:val="21"/>
              </w:rPr>
              <w:t>0517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廖洋</w:t>
            </w:r>
          </w:p>
        </w:tc>
        <w:tc>
          <w:tcPr>
            <w:tcW w:type="dxa" w:w="1439"/>
          </w:tcPr>
          <w:p>
            <w:pPr>
              <w:spacing w:after="20" w:before="20"/>
            </w:pPr>
            <w:r/>
            <w:r>
              <w:rPr>
                <w:rFonts w:ascii="Times New Roman" w:hAnsi="Times New Roman" w:eastAsia="宋体"/>
                <w:b w:val="0"/>
                <w:sz w:val="21"/>
              </w:rPr>
              <w:t>6188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廖宇杰</w:t>
            </w:r>
          </w:p>
        </w:tc>
        <w:tc>
          <w:tcPr>
            <w:tcW w:type="dxa" w:w="1439"/>
          </w:tcPr>
          <w:p>
            <w:pPr>
              <w:spacing w:after="20" w:before="20"/>
            </w:pPr>
            <w:r/>
            <w:r>
              <w:rPr>
                <w:rFonts w:ascii="Times New Roman" w:hAnsi="Times New Roman" w:eastAsia="宋体"/>
                <w:b w:val="0"/>
                <w:sz w:val="21"/>
              </w:rPr>
              <w:t>1536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林亚旋</w:t>
            </w:r>
          </w:p>
        </w:tc>
        <w:tc>
          <w:tcPr>
            <w:tcW w:type="dxa" w:w="1439"/>
          </w:tcPr>
          <w:p>
            <w:pPr>
              <w:spacing w:after="20" w:before="20"/>
            </w:pPr>
            <w:r/>
            <w:r>
              <w:rPr>
                <w:rFonts w:ascii="Times New Roman" w:hAnsi="Times New Roman" w:eastAsia="宋体"/>
                <w:b w:val="0"/>
                <w:sz w:val="21"/>
              </w:rPr>
              <w:t>032X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林泽迁</w:t>
            </w:r>
          </w:p>
        </w:tc>
        <w:tc>
          <w:tcPr>
            <w:tcW w:type="dxa" w:w="1439"/>
          </w:tcPr>
          <w:p>
            <w:pPr>
              <w:spacing w:after="20" w:before="20"/>
            </w:pPr>
            <w:r/>
            <w:r>
              <w:rPr>
                <w:rFonts w:ascii="Times New Roman" w:hAnsi="Times New Roman" w:eastAsia="宋体"/>
                <w:b w:val="0"/>
                <w:sz w:val="21"/>
              </w:rPr>
              <w:t>0012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刘冠华</w:t>
            </w:r>
          </w:p>
        </w:tc>
        <w:tc>
          <w:tcPr>
            <w:tcW w:type="dxa" w:w="1439"/>
          </w:tcPr>
          <w:p>
            <w:pPr>
              <w:spacing w:after="20" w:before="20"/>
            </w:pPr>
            <w:r/>
            <w:r>
              <w:rPr>
                <w:rFonts w:ascii="Times New Roman" w:hAnsi="Times New Roman" w:eastAsia="宋体"/>
                <w:b w:val="0"/>
                <w:sz w:val="21"/>
              </w:rPr>
              <w:t>5313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刘环宇</w:t>
            </w:r>
          </w:p>
        </w:tc>
        <w:tc>
          <w:tcPr>
            <w:tcW w:type="dxa" w:w="1439"/>
          </w:tcPr>
          <w:p>
            <w:pPr>
              <w:spacing w:after="20" w:before="20"/>
            </w:pPr>
            <w:r/>
            <w:r>
              <w:rPr>
                <w:rFonts w:ascii="Times New Roman" w:hAnsi="Times New Roman" w:eastAsia="宋体"/>
                <w:b w:val="0"/>
                <w:sz w:val="21"/>
              </w:rPr>
              <w:t>1012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刘嘉航</w:t>
            </w:r>
          </w:p>
        </w:tc>
        <w:tc>
          <w:tcPr>
            <w:tcW w:type="dxa" w:w="1439"/>
          </w:tcPr>
          <w:p>
            <w:pPr>
              <w:spacing w:after="20" w:before="20"/>
            </w:pPr>
            <w:r/>
            <w:r>
              <w:rPr>
                <w:rFonts w:ascii="Times New Roman" w:hAnsi="Times New Roman" w:eastAsia="宋体"/>
                <w:b w:val="0"/>
                <w:sz w:val="21"/>
              </w:rPr>
              <w:t>1434</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刘洁</w:t>
            </w:r>
          </w:p>
        </w:tc>
        <w:tc>
          <w:tcPr>
            <w:tcW w:type="dxa" w:w="1439"/>
          </w:tcPr>
          <w:p>
            <w:pPr>
              <w:spacing w:after="20" w:before="20"/>
            </w:pPr>
            <w:r/>
            <w:r>
              <w:rPr>
                <w:rFonts w:ascii="Times New Roman" w:hAnsi="Times New Roman" w:eastAsia="宋体"/>
                <w:b w:val="0"/>
                <w:sz w:val="21"/>
              </w:rPr>
              <w:t>3129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刘婕</w:t>
            </w:r>
          </w:p>
        </w:tc>
        <w:tc>
          <w:tcPr>
            <w:tcW w:type="dxa" w:w="1439"/>
          </w:tcPr>
          <w:p>
            <w:pPr>
              <w:spacing w:after="20" w:before="20"/>
            </w:pPr>
            <w:r/>
            <w:r>
              <w:rPr>
                <w:rFonts w:ascii="Times New Roman" w:hAnsi="Times New Roman" w:eastAsia="宋体"/>
                <w:b w:val="0"/>
                <w:sz w:val="21"/>
              </w:rPr>
              <w:t>3861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刘浏</w:t>
            </w:r>
          </w:p>
        </w:tc>
        <w:tc>
          <w:tcPr>
            <w:tcW w:type="dxa" w:w="1439"/>
          </w:tcPr>
          <w:p>
            <w:pPr>
              <w:spacing w:after="20" w:before="20"/>
            </w:pPr>
            <w:r/>
            <w:r>
              <w:rPr>
                <w:rFonts w:ascii="Times New Roman" w:hAnsi="Times New Roman" w:eastAsia="宋体"/>
                <w:b w:val="0"/>
                <w:sz w:val="21"/>
              </w:rPr>
              <w:t>0018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刘美琦</w:t>
            </w:r>
          </w:p>
        </w:tc>
        <w:tc>
          <w:tcPr>
            <w:tcW w:type="dxa" w:w="1439"/>
          </w:tcPr>
          <w:p>
            <w:pPr>
              <w:spacing w:after="20" w:before="20"/>
            </w:pPr>
            <w:r/>
            <w:r>
              <w:rPr>
                <w:rFonts w:ascii="Times New Roman" w:hAnsi="Times New Roman" w:eastAsia="宋体"/>
                <w:b w:val="0"/>
                <w:sz w:val="21"/>
              </w:rPr>
              <w:t>3246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刘培富</w:t>
            </w:r>
          </w:p>
        </w:tc>
        <w:tc>
          <w:tcPr>
            <w:tcW w:type="dxa" w:w="1439"/>
          </w:tcPr>
          <w:p>
            <w:pPr>
              <w:spacing w:after="20" w:before="20"/>
            </w:pPr>
            <w:r/>
            <w:r>
              <w:rPr>
                <w:rFonts w:ascii="Times New Roman" w:hAnsi="Times New Roman" w:eastAsia="宋体"/>
                <w:b w:val="0"/>
                <w:sz w:val="21"/>
              </w:rPr>
              <w:t>4515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刘一锴</w:t>
            </w:r>
          </w:p>
        </w:tc>
        <w:tc>
          <w:tcPr>
            <w:tcW w:type="dxa" w:w="1439"/>
          </w:tcPr>
          <w:p>
            <w:pPr>
              <w:spacing w:after="20" w:before="20"/>
            </w:pPr>
            <w:r/>
            <w:r>
              <w:rPr>
                <w:rFonts w:ascii="Times New Roman" w:hAnsi="Times New Roman" w:eastAsia="宋体"/>
                <w:b w:val="0"/>
                <w:sz w:val="21"/>
              </w:rPr>
              <w:t>4817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刘兆骋</w:t>
            </w:r>
          </w:p>
        </w:tc>
        <w:tc>
          <w:tcPr>
            <w:tcW w:type="dxa" w:w="1439"/>
          </w:tcPr>
          <w:p>
            <w:pPr>
              <w:spacing w:after="20" w:before="20"/>
            </w:pPr>
            <w:r/>
            <w:r>
              <w:rPr>
                <w:rFonts w:ascii="Times New Roman" w:hAnsi="Times New Roman" w:eastAsia="宋体"/>
                <w:b w:val="0"/>
                <w:sz w:val="21"/>
              </w:rPr>
              <w:t>1515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刘芷妍</w:t>
            </w:r>
          </w:p>
        </w:tc>
        <w:tc>
          <w:tcPr>
            <w:tcW w:type="dxa" w:w="1439"/>
          </w:tcPr>
          <w:p>
            <w:pPr>
              <w:spacing w:after="20" w:before="20"/>
            </w:pPr>
            <w:r/>
            <w:r>
              <w:rPr>
                <w:rFonts w:ascii="Times New Roman" w:hAnsi="Times New Roman" w:eastAsia="宋体"/>
                <w:b w:val="0"/>
                <w:sz w:val="21"/>
              </w:rPr>
              <w:t>0020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刘智瑞</w:t>
            </w:r>
          </w:p>
        </w:tc>
        <w:tc>
          <w:tcPr>
            <w:tcW w:type="dxa" w:w="1439"/>
          </w:tcPr>
          <w:p>
            <w:pPr>
              <w:spacing w:after="20" w:before="20"/>
            </w:pPr>
            <w:r/>
            <w:r>
              <w:rPr>
                <w:rFonts w:ascii="Times New Roman" w:hAnsi="Times New Roman" w:eastAsia="宋体"/>
                <w:b w:val="0"/>
                <w:sz w:val="21"/>
              </w:rPr>
              <w:t>1211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柳亦然</w:t>
            </w:r>
          </w:p>
        </w:tc>
        <w:tc>
          <w:tcPr>
            <w:tcW w:type="dxa" w:w="1439"/>
          </w:tcPr>
          <w:p>
            <w:pPr>
              <w:spacing w:after="20" w:before="20"/>
            </w:pPr>
            <w:r/>
            <w:r>
              <w:rPr>
                <w:rFonts w:ascii="Times New Roman" w:hAnsi="Times New Roman" w:eastAsia="宋体"/>
                <w:b w:val="0"/>
                <w:sz w:val="21"/>
              </w:rPr>
              <w:t>3019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龙鹏宇</w:t>
            </w:r>
          </w:p>
        </w:tc>
        <w:tc>
          <w:tcPr>
            <w:tcW w:type="dxa" w:w="1439"/>
          </w:tcPr>
          <w:p>
            <w:pPr>
              <w:spacing w:after="20" w:before="20"/>
            </w:pPr>
            <w:r/>
            <w:r>
              <w:rPr>
                <w:rFonts w:ascii="Times New Roman" w:hAnsi="Times New Roman" w:eastAsia="宋体"/>
                <w:b w:val="0"/>
                <w:sz w:val="21"/>
              </w:rPr>
              <w:t>0814</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卢骜</w:t>
            </w:r>
          </w:p>
        </w:tc>
        <w:tc>
          <w:tcPr>
            <w:tcW w:type="dxa" w:w="1439"/>
          </w:tcPr>
          <w:p>
            <w:pPr>
              <w:spacing w:after="20" w:before="20"/>
            </w:pPr>
            <w:r/>
            <w:r>
              <w:rPr>
                <w:rFonts w:ascii="Times New Roman" w:hAnsi="Times New Roman" w:eastAsia="宋体"/>
                <w:b w:val="0"/>
                <w:sz w:val="21"/>
              </w:rPr>
              <w:t>0950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卢雪洁</w:t>
            </w:r>
          </w:p>
        </w:tc>
        <w:tc>
          <w:tcPr>
            <w:tcW w:type="dxa" w:w="1439"/>
          </w:tcPr>
          <w:p>
            <w:pPr>
              <w:spacing w:after="20" w:before="20"/>
            </w:pPr>
            <w:r/>
            <w:r>
              <w:rPr>
                <w:rFonts w:ascii="Times New Roman" w:hAnsi="Times New Roman" w:eastAsia="宋体"/>
                <w:b w:val="0"/>
                <w:sz w:val="21"/>
              </w:rPr>
              <w:t>0925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卢昱州</w:t>
            </w:r>
          </w:p>
        </w:tc>
        <w:tc>
          <w:tcPr>
            <w:tcW w:type="dxa" w:w="1439"/>
          </w:tcPr>
          <w:p>
            <w:pPr>
              <w:spacing w:after="20" w:before="20"/>
            </w:pPr>
            <w:r/>
            <w:r>
              <w:rPr>
                <w:rFonts w:ascii="Times New Roman" w:hAnsi="Times New Roman" w:eastAsia="宋体"/>
                <w:b w:val="0"/>
                <w:sz w:val="21"/>
              </w:rPr>
              <w:t>2110</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卢兆胤</w:t>
            </w:r>
          </w:p>
        </w:tc>
        <w:tc>
          <w:tcPr>
            <w:tcW w:type="dxa" w:w="1439"/>
          </w:tcPr>
          <w:p>
            <w:pPr>
              <w:spacing w:after="20" w:before="20"/>
            </w:pPr>
            <w:r/>
            <w:r>
              <w:rPr>
                <w:rFonts w:ascii="Times New Roman" w:hAnsi="Times New Roman" w:eastAsia="宋体"/>
                <w:b w:val="0"/>
                <w:sz w:val="21"/>
              </w:rPr>
              <w:t>0516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鲁佳兴</w:t>
            </w:r>
          </w:p>
        </w:tc>
        <w:tc>
          <w:tcPr>
            <w:tcW w:type="dxa" w:w="1439"/>
          </w:tcPr>
          <w:p>
            <w:pPr>
              <w:spacing w:after="20" w:before="20"/>
            </w:pPr>
            <w:r/>
            <w:r>
              <w:rPr>
                <w:rFonts w:ascii="Times New Roman" w:hAnsi="Times New Roman" w:eastAsia="宋体"/>
                <w:b w:val="0"/>
                <w:sz w:val="21"/>
              </w:rPr>
              <w:t>1213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陆昊韬</w:t>
            </w:r>
          </w:p>
        </w:tc>
        <w:tc>
          <w:tcPr>
            <w:tcW w:type="dxa" w:w="1439"/>
          </w:tcPr>
          <w:p>
            <w:pPr>
              <w:spacing w:after="20" w:before="20"/>
            </w:pPr>
            <w:r/>
            <w:r>
              <w:rPr>
                <w:rFonts w:ascii="Times New Roman" w:hAnsi="Times New Roman" w:eastAsia="宋体"/>
                <w:b w:val="0"/>
                <w:sz w:val="21"/>
              </w:rPr>
              <w:t>6818</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陆佳伟</w:t>
            </w:r>
          </w:p>
        </w:tc>
        <w:tc>
          <w:tcPr>
            <w:tcW w:type="dxa" w:w="1439"/>
          </w:tcPr>
          <w:p>
            <w:pPr>
              <w:spacing w:after="20" w:before="20"/>
            </w:pPr>
            <w:r/>
            <w:r>
              <w:rPr>
                <w:rFonts w:ascii="Times New Roman" w:hAnsi="Times New Roman" w:eastAsia="宋体"/>
                <w:b w:val="0"/>
                <w:sz w:val="21"/>
              </w:rPr>
              <w:t>0015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陆靖</w:t>
            </w:r>
          </w:p>
        </w:tc>
        <w:tc>
          <w:tcPr>
            <w:tcW w:type="dxa" w:w="1439"/>
          </w:tcPr>
          <w:p>
            <w:pPr>
              <w:spacing w:after="20" w:before="20"/>
            </w:pPr>
            <w:r/>
            <w:r>
              <w:rPr>
                <w:rFonts w:ascii="Times New Roman" w:hAnsi="Times New Roman" w:eastAsia="宋体"/>
                <w:b w:val="0"/>
                <w:sz w:val="21"/>
              </w:rPr>
              <w:t>0037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陆思涵</w:t>
            </w:r>
          </w:p>
        </w:tc>
        <w:tc>
          <w:tcPr>
            <w:tcW w:type="dxa" w:w="1439"/>
          </w:tcPr>
          <w:p>
            <w:pPr>
              <w:spacing w:after="20" w:before="20"/>
            </w:pPr>
            <w:r/>
            <w:r>
              <w:rPr>
                <w:rFonts w:ascii="Times New Roman" w:hAnsi="Times New Roman" w:eastAsia="宋体"/>
                <w:b w:val="0"/>
                <w:sz w:val="21"/>
              </w:rPr>
              <w:t>9029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陆天成</w:t>
            </w:r>
          </w:p>
        </w:tc>
        <w:tc>
          <w:tcPr>
            <w:tcW w:type="dxa" w:w="1439"/>
          </w:tcPr>
          <w:p>
            <w:pPr>
              <w:spacing w:after="20" w:before="20"/>
            </w:pPr>
            <w:r/>
            <w:r>
              <w:rPr>
                <w:rFonts w:ascii="Times New Roman" w:hAnsi="Times New Roman" w:eastAsia="宋体"/>
                <w:b w:val="0"/>
                <w:sz w:val="21"/>
              </w:rPr>
              <w:t>2854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陆天亮</w:t>
            </w:r>
          </w:p>
        </w:tc>
        <w:tc>
          <w:tcPr>
            <w:tcW w:type="dxa" w:w="1439"/>
          </w:tcPr>
          <w:p>
            <w:pPr>
              <w:spacing w:after="20" w:before="20"/>
            </w:pPr>
            <w:r/>
            <w:r>
              <w:rPr>
                <w:rFonts w:ascii="Times New Roman" w:hAnsi="Times New Roman" w:eastAsia="宋体"/>
                <w:b w:val="0"/>
                <w:sz w:val="21"/>
              </w:rPr>
              <w:t>4413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陆炜翌</w:t>
            </w:r>
          </w:p>
        </w:tc>
        <w:tc>
          <w:tcPr>
            <w:tcW w:type="dxa" w:w="1439"/>
          </w:tcPr>
          <w:p>
            <w:pPr>
              <w:spacing w:after="20" w:before="20"/>
            </w:pPr>
            <w:r/>
            <w:r>
              <w:rPr>
                <w:rFonts w:ascii="Times New Roman" w:hAnsi="Times New Roman" w:eastAsia="宋体"/>
                <w:b w:val="0"/>
                <w:sz w:val="21"/>
              </w:rPr>
              <w:t>0419</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陆心怡</w:t>
            </w:r>
          </w:p>
        </w:tc>
        <w:tc>
          <w:tcPr>
            <w:tcW w:type="dxa" w:w="1439"/>
          </w:tcPr>
          <w:p>
            <w:pPr>
              <w:spacing w:after="20" w:before="20"/>
            </w:pPr>
            <w:r/>
            <w:r>
              <w:rPr>
                <w:rFonts w:ascii="Times New Roman" w:hAnsi="Times New Roman" w:eastAsia="宋体"/>
                <w:b w:val="0"/>
                <w:sz w:val="21"/>
              </w:rPr>
              <w:t>6020</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086000</w:t>
            </w:r>
          </w:p>
        </w:tc>
        <w:tc>
          <w:tcPr>
            <w:tcW w:type="dxa" w:w="1439"/>
          </w:tcPr>
          <w:p>
            <w:pPr>
              <w:spacing w:after="20" w:before="20"/>
            </w:pPr>
            <w:r/>
            <w:r>
              <w:rPr>
                <w:rFonts w:ascii="Times New Roman" w:hAnsi="Times New Roman" w:eastAsia="宋体"/>
                <w:b w:val="0"/>
                <w:sz w:val="21"/>
              </w:rPr>
              <w:t>生物与医药</w:t>
            </w:r>
          </w:p>
        </w:tc>
      </w:tr>
      <w:tr>
        <w:tc>
          <w:tcPr>
            <w:tcW w:type="dxa" w:w="1439"/>
          </w:tcPr>
          <w:p>
            <w:pPr>
              <w:spacing w:after="20" w:before="20"/>
            </w:pPr>
            <w:r/>
            <w:r>
              <w:rPr>
                <w:rFonts w:ascii="Times New Roman" w:hAnsi="Times New Roman" w:eastAsia="宋体"/>
                <w:b w:val="0"/>
                <w:sz w:val="21"/>
              </w:rPr>
              <w:t>陆馨凝</w:t>
            </w:r>
          </w:p>
        </w:tc>
        <w:tc>
          <w:tcPr>
            <w:tcW w:type="dxa" w:w="1439"/>
          </w:tcPr>
          <w:p>
            <w:pPr>
              <w:spacing w:after="20" w:before="20"/>
            </w:pPr>
            <w:r/>
            <w:r>
              <w:rPr>
                <w:rFonts w:ascii="Times New Roman" w:hAnsi="Times New Roman" w:eastAsia="宋体"/>
                <w:b w:val="0"/>
                <w:sz w:val="21"/>
              </w:rPr>
              <w:t>1043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081000</w:t>
            </w:r>
          </w:p>
        </w:tc>
        <w:tc>
          <w:tcPr>
            <w:tcW w:type="dxa" w:w="1439"/>
          </w:tcPr>
          <w:p>
            <w:pPr>
              <w:spacing w:after="20" w:before="20"/>
            </w:pPr>
            <w:r/>
            <w:r>
              <w:rPr>
                <w:rFonts w:ascii="Times New Roman" w:hAnsi="Times New Roman" w:eastAsia="宋体"/>
                <w:b w:val="0"/>
                <w:sz w:val="21"/>
              </w:rPr>
              <w:t>信息与通信工程</w:t>
            </w:r>
          </w:p>
        </w:tc>
      </w:tr>
      <w:tr>
        <w:tc>
          <w:tcPr>
            <w:tcW w:type="dxa" w:w="1439"/>
          </w:tcPr>
          <w:p>
            <w:pPr>
              <w:spacing w:after="20" w:before="20"/>
            </w:pPr>
            <w:r/>
            <w:r>
              <w:rPr>
                <w:rFonts w:ascii="Times New Roman" w:hAnsi="Times New Roman" w:eastAsia="宋体"/>
                <w:b w:val="0"/>
                <w:sz w:val="21"/>
              </w:rPr>
              <w:t>陆洋</w:t>
            </w:r>
          </w:p>
        </w:tc>
        <w:tc>
          <w:tcPr>
            <w:tcW w:type="dxa" w:w="1439"/>
          </w:tcPr>
          <w:p>
            <w:pPr>
              <w:spacing w:after="20" w:before="20"/>
            </w:pPr>
            <w:r/>
            <w:r>
              <w:rPr>
                <w:rFonts w:ascii="Times New Roman" w:hAnsi="Times New Roman" w:eastAsia="宋体"/>
                <w:b w:val="0"/>
                <w:sz w:val="21"/>
              </w:rPr>
              <w:t>1013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陆云慧</w:t>
            </w:r>
          </w:p>
        </w:tc>
        <w:tc>
          <w:tcPr>
            <w:tcW w:type="dxa" w:w="1439"/>
          </w:tcPr>
          <w:p>
            <w:pPr>
              <w:spacing w:after="20" w:before="20"/>
            </w:pPr>
            <w:r/>
            <w:r>
              <w:rPr>
                <w:rFonts w:ascii="Times New Roman" w:hAnsi="Times New Roman" w:eastAsia="宋体"/>
                <w:b w:val="0"/>
                <w:sz w:val="21"/>
              </w:rPr>
              <w:t>8266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陆州</w:t>
            </w:r>
          </w:p>
        </w:tc>
        <w:tc>
          <w:tcPr>
            <w:tcW w:type="dxa" w:w="1439"/>
          </w:tcPr>
          <w:p>
            <w:pPr>
              <w:spacing w:after="20" w:before="20"/>
            </w:pPr>
            <w:r/>
            <w:r>
              <w:rPr>
                <w:rFonts w:ascii="Times New Roman" w:hAnsi="Times New Roman" w:eastAsia="宋体"/>
                <w:b w:val="0"/>
                <w:sz w:val="21"/>
              </w:rPr>
              <w:t>451X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鹿怀铮</w:t>
            </w:r>
          </w:p>
        </w:tc>
        <w:tc>
          <w:tcPr>
            <w:tcW w:type="dxa" w:w="1439"/>
          </w:tcPr>
          <w:p>
            <w:pPr>
              <w:spacing w:after="20" w:before="20"/>
            </w:pPr>
            <w:r/>
            <w:r>
              <w:rPr>
                <w:rFonts w:ascii="Times New Roman" w:hAnsi="Times New Roman" w:eastAsia="宋体"/>
                <w:b w:val="0"/>
                <w:sz w:val="21"/>
              </w:rPr>
              <w:t>2011</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罗乐琳</w:t>
            </w:r>
          </w:p>
        </w:tc>
        <w:tc>
          <w:tcPr>
            <w:tcW w:type="dxa" w:w="1439"/>
          </w:tcPr>
          <w:p>
            <w:pPr>
              <w:spacing w:after="20" w:before="20"/>
            </w:pPr>
            <w:r/>
            <w:r>
              <w:rPr>
                <w:rFonts w:ascii="Times New Roman" w:hAnsi="Times New Roman" w:eastAsia="宋体"/>
                <w:b w:val="0"/>
                <w:sz w:val="21"/>
              </w:rPr>
              <w:t>1522</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086000</w:t>
            </w:r>
          </w:p>
        </w:tc>
        <w:tc>
          <w:tcPr>
            <w:tcW w:type="dxa" w:w="1439"/>
          </w:tcPr>
          <w:p>
            <w:pPr>
              <w:spacing w:after="20" w:before="20"/>
            </w:pPr>
            <w:r/>
            <w:r>
              <w:rPr>
                <w:rFonts w:ascii="Times New Roman" w:hAnsi="Times New Roman" w:eastAsia="宋体"/>
                <w:b w:val="0"/>
                <w:sz w:val="21"/>
              </w:rPr>
              <w:t>生物与医药</w:t>
            </w:r>
          </w:p>
        </w:tc>
      </w:tr>
      <w:tr>
        <w:tc>
          <w:tcPr>
            <w:tcW w:type="dxa" w:w="1439"/>
          </w:tcPr>
          <w:p>
            <w:pPr>
              <w:spacing w:after="20" w:before="20"/>
            </w:pPr>
            <w:r/>
            <w:r>
              <w:rPr>
                <w:rFonts w:ascii="Times New Roman" w:hAnsi="Times New Roman" w:eastAsia="宋体"/>
                <w:b w:val="0"/>
                <w:sz w:val="21"/>
              </w:rPr>
              <w:t>罗瑞昌</w:t>
            </w:r>
          </w:p>
        </w:tc>
        <w:tc>
          <w:tcPr>
            <w:tcW w:type="dxa" w:w="1439"/>
          </w:tcPr>
          <w:p>
            <w:pPr>
              <w:spacing w:after="20" w:before="20"/>
            </w:pPr>
            <w:r/>
            <w:r>
              <w:rPr>
                <w:rFonts w:ascii="Times New Roman" w:hAnsi="Times New Roman" w:eastAsia="宋体"/>
                <w:b w:val="0"/>
                <w:sz w:val="21"/>
              </w:rPr>
              <w:t>3411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罗一夫</w:t>
            </w:r>
          </w:p>
        </w:tc>
        <w:tc>
          <w:tcPr>
            <w:tcW w:type="dxa" w:w="1439"/>
          </w:tcPr>
          <w:p>
            <w:pPr>
              <w:spacing w:after="20" w:before="20"/>
            </w:pPr>
            <w:r/>
            <w:r>
              <w:rPr>
                <w:rFonts w:ascii="Times New Roman" w:hAnsi="Times New Roman" w:eastAsia="宋体"/>
                <w:b w:val="0"/>
                <w:sz w:val="21"/>
              </w:rPr>
              <w:t>5018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吕沛泽</w:t>
            </w:r>
          </w:p>
        </w:tc>
        <w:tc>
          <w:tcPr>
            <w:tcW w:type="dxa" w:w="1439"/>
          </w:tcPr>
          <w:p>
            <w:pPr>
              <w:spacing w:after="20" w:before="20"/>
            </w:pPr>
            <w:r/>
            <w:r>
              <w:rPr>
                <w:rFonts w:ascii="Times New Roman" w:hAnsi="Times New Roman" w:eastAsia="宋体"/>
                <w:b w:val="0"/>
                <w:sz w:val="21"/>
              </w:rPr>
              <w:t>0015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吕荣杰</w:t>
            </w:r>
          </w:p>
        </w:tc>
        <w:tc>
          <w:tcPr>
            <w:tcW w:type="dxa" w:w="1439"/>
          </w:tcPr>
          <w:p>
            <w:pPr>
              <w:spacing w:after="20" w:before="20"/>
            </w:pPr>
            <w:r/>
            <w:r>
              <w:rPr>
                <w:rFonts w:ascii="Times New Roman" w:hAnsi="Times New Roman" w:eastAsia="宋体"/>
                <w:b w:val="0"/>
                <w:sz w:val="21"/>
              </w:rPr>
              <w:t>5417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吕少鹏</w:t>
            </w:r>
          </w:p>
        </w:tc>
        <w:tc>
          <w:tcPr>
            <w:tcW w:type="dxa" w:w="1439"/>
          </w:tcPr>
          <w:p>
            <w:pPr>
              <w:spacing w:after="20" w:before="20"/>
            </w:pPr>
            <w:r/>
            <w:r>
              <w:rPr>
                <w:rFonts w:ascii="Times New Roman" w:hAnsi="Times New Roman" w:eastAsia="宋体"/>
                <w:b w:val="0"/>
                <w:sz w:val="21"/>
              </w:rPr>
              <w:t>1611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吕梓文</w:t>
            </w:r>
          </w:p>
        </w:tc>
        <w:tc>
          <w:tcPr>
            <w:tcW w:type="dxa" w:w="1439"/>
          </w:tcPr>
          <w:p>
            <w:pPr>
              <w:spacing w:after="20" w:before="20"/>
            </w:pPr>
            <w:r/>
            <w:r>
              <w:rPr>
                <w:rFonts w:ascii="Times New Roman" w:hAnsi="Times New Roman" w:eastAsia="宋体"/>
                <w:b w:val="0"/>
                <w:sz w:val="21"/>
              </w:rPr>
              <w:t>3512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马安妮</w:t>
            </w:r>
          </w:p>
        </w:tc>
        <w:tc>
          <w:tcPr>
            <w:tcW w:type="dxa" w:w="1439"/>
          </w:tcPr>
          <w:p>
            <w:pPr>
              <w:spacing w:after="20" w:before="20"/>
            </w:pPr>
            <w:r/>
            <w:r>
              <w:rPr>
                <w:rFonts w:ascii="Times New Roman" w:hAnsi="Times New Roman" w:eastAsia="宋体"/>
                <w:b w:val="0"/>
                <w:sz w:val="21"/>
              </w:rPr>
              <w:t>1626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马琳智</w:t>
            </w:r>
          </w:p>
        </w:tc>
        <w:tc>
          <w:tcPr>
            <w:tcW w:type="dxa" w:w="1439"/>
          </w:tcPr>
          <w:p>
            <w:pPr>
              <w:spacing w:after="20" w:before="20"/>
            </w:pPr>
            <w:r/>
            <w:r>
              <w:rPr>
                <w:rFonts w:ascii="Times New Roman" w:hAnsi="Times New Roman" w:eastAsia="宋体"/>
                <w:b w:val="0"/>
                <w:sz w:val="21"/>
              </w:rPr>
              <w:t>6510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马馨田</w:t>
            </w:r>
          </w:p>
        </w:tc>
        <w:tc>
          <w:tcPr>
            <w:tcW w:type="dxa" w:w="1439"/>
          </w:tcPr>
          <w:p>
            <w:pPr>
              <w:spacing w:after="20" w:before="20"/>
            </w:pPr>
            <w:r/>
            <w:r>
              <w:rPr>
                <w:rFonts w:ascii="Times New Roman" w:hAnsi="Times New Roman" w:eastAsia="宋体"/>
                <w:b w:val="0"/>
                <w:sz w:val="21"/>
              </w:rPr>
              <w:t>1223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马允迪</w:t>
            </w:r>
          </w:p>
        </w:tc>
        <w:tc>
          <w:tcPr>
            <w:tcW w:type="dxa" w:w="1439"/>
          </w:tcPr>
          <w:p>
            <w:pPr>
              <w:spacing w:after="20" w:before="20"/>
            </w:pPr>
            <w:r/>
            <w:r>
              <w:rPr>
                <w:rFonts w:ascii="Times New Roman" w:hAnsi="Times New Roman" w:eastAsia="宋体"/>
                <w:b w:val="0"/>
                <w:sz w:val="21"/>
              </w:rPr>
              <w:t>1825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茅馨尹</w:t>
            </w:r>
          </w:p>
        </w:tc>
        <w:tc>
          <w:tcPr>
            <w:tcW w:type="dxa" w:w="1439"/>
          </w:tcPr>
          <w:p>
            <w:pPr>
              <w:spacing w:after="20" w:before="20"/>
            </w:pPr>
            <w:r/>
            <w:r>
              <w:rPr>
                <w:rFonts w:ascii="Times New Roman" w:hAnsi="Times New Roman" w:eastAsia="宋体"/>
                <w:b w:val="0"/>
                <w:sz w:val="21"/>
              </w:rPr>
              <w:t>6220</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孟德晴</w:t>
            </w:r>
          </w:p>
        </w:tc>
        <w:tc>
          <w:tcPr>
            <w:tcW w:type="dxa" w:w="1439"/>
          </w:tcPr>
          <w:p>
            <w:pPr>
              <w:spacing w:after="20" w:before="20"/>
            </w:pPr>
            <w:r/>
            <w:r>
              <w:rPr>
                <w:rFonts w:ascii="Times New Roman" w:hAnsi="Times New Roman" w:eastAsia="宋体"/>
                <w:b w:val="0"/>
                <w:sz w:val="21"/>
              </w:rPr>
              <w:t>9546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孟炜轩</w:t>
            </w:r>
          </w:p>
        </w:tc>
        <w:tc>
          <w:tcPr>
            <w:tcW w:type="dxa" w:w="1439"/>
          </w:tcPr>
          <w:p>
            <w:pPr>
              <w:spacing w:after="20" w:before="20"/>
            </w:pPr>
            <w:r/>
            <w:r>
              <w:rPr>
                <w:rFonts w:ascii="Times New Roman" w:hAnsi="Times New Roman" w:eastAsia="宋体"/>
                <w:b w:val="0"/>
                <w:sz w:val="21"/>
              </w:rPr>
              <w:t>1010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聂晓滨</w:t>
            </w:r>
          </w:p>
        </w:tc>
        <w:tc>
          <w:tcPr>
            <w:tcW w:type="dxa" w:w="1439"/>
          </w:tcPr>
          <w:p>
            <w:pPr>
              <w:spacing w:after="20" w:before="20"/>
            </w:pPr>
            <w:r/>
            <w:r>
              <w:rPr>
                <w:rFonts w:ascii="Times New Roman" w:hAnsi="Times New Roman" w:eastAsia="宋体"/>
                <w:b w:val="0"/>
                <w:sz w:val="21"/>
              </w:rPr>
              <w:t>0077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潘方媛</w:t>
            </w:r>
          </w:p>
        </w:tc>
        <w:tc>
          <w:tcPr>
            <w:tcW w:type="dxa" w:w="1439"/>
          </w:tcPr>
          <w:p>
            <w:pPr>
              <w:spacing w:after="20" w:before="20"/>
            </w:pPr>
            <w:r/>
            <w:r>
              <w:rPr>
                <w:rFonts w:ascii="Times New Roman" w:hAnsi="Times New Roman" w:eastAsia="宋体"/>
                <w:b w:val="0"/>
                <w:sz w:val="21"/>
              </w:rPr>
              <w:t>0024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潘佳乐</w:t>
            </w:r>
          </w:p>
        </w:tc>
        <w:tc>
          <w:tcPr>
            <w:tcW w:type="dxa" w:w="1439"/>
          </w:tcPr>
          <w:p>
            <w:pPr>
              <w:spacing w:after="20" w:before="20"/>
            </w:pPr>
            <w:r/>
            <w:r>
              <w:rPr>
                <w:rFonts w:ascii="Times New Roman" w:hAnsi="Times New Roman" w:eastAsia="宋体"/>
                <w:b w:val="0"/>
                <w:sz w:val="21"/>
              </w:rPr>
              <w:t>0025</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潘末锴</w:t>
            </w:r>
          </w:p>
        </w:tc>
        <w:tc>
          <w:tcPr>
            <w:tcW w:type="dxa" w:w="1439"/>
          </w:tcPr>
          <w:p>
            <w:pPr>
              <w:spacing w:after="20" w:before="20"/>
            </w:pPr>
            <w:r/>
            <w:r>
              <w:rPr>
                <w:rFonts w:ascii="Times New Roman" w:hAnsi="Times New Roman" w:eastAsia="宋体"/>
                <w:b w:val="0"/>
                <w:sz w:val="21"/>
              </w:rPr>
              <w:t>4939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潘桥</w:t>
            </w:r>
          </w:p>
        </w:tc>
        <w:tc>
          <w:tcPr>
            <w:tcW w:type="dxa" w:w="1439"/>
          </w:tcPr>
          <w:p>
            <w:pPr>
              <w:spacing w:after="20" w:before="20"/>
            </w:pPr>
            <w:r/>
            <w:r>
              <w:rPr>
                <w:rFonts w:ascii="Times New Roman" w:hAnsi="Times New Roman" w:eastAsia="宋体"/>
                <w:b w:val="0"/>
                <w:sz w:val="21"/>
              </w:rPr>
              <w:t>4018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潘宇琪</w:t>
            </w:r>
          </w:p>
        </w:tc>
        <w:tc>
          <w:tcPr>
            <w:tcW w:type="dxa" w:w="1439"/>
          </w:tcPr>
          <w:p>
            <w:pPr>
              <w:spacing w:after="20" w:before="20"/>
            </w:pPr>
            <w:r/>
            <w:r>
              <w:rPr>
                <w:rFonts w:ascii="Times New Roman" w:hAnsi="Times New Roman" w:eastAsia="宋体"/>
                <w:b w:val="0"/>
                <w:sz w:val="21"/>
              </w:rPr>
              <w:t>3368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庞苏纹</w:t>
            </w:r>
          </w:p>
        </w:tc>
        <w:tc>
          <w:tcPr>
            <w:tcW w:type="dxa" w:w="1439"/>
          </w:tcPr>
          <w:p>
            <w:pPr>
              <w:spacing w:after="20" w:before="20"/>
            </w:pPr>
            <w:r/>
            <w:r>
              <w:rPr>
                <w:rFonts w:ascii="Times New Roman" w:hAnsi="Times New Roman" w:eastAsia="宋体"/>
                <w:b w:val="0"/>
                <w:sz w:val="21"/>
              </w:rPr>
              <w:t>2223</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086000</w:t>
            </w:r>
          </w:p>
        </w:tc>
        <w:tc>
          <w:tcPr>
            <w:tcW w:type="dxa" w:w="1439"/>
          </w:tcPr>
          <w:p>
            <w:pPr>
              <w:spacing w:after="20" w:before="20"/>
            </w:pPr>
            <w:r/>
            <w:r>
              <w:rPr>
                <w:rFonts w:ascii="Times New Roman" w:hAnsi="Times New Roman" w:eastAsia="宋体"/>
                <w:b w:val="0"/>
                <w:sz w:val="21"/>
              </w:rPr>
              <w:t>生物与医药</w:t>
            </w:r>
          </w:p>
        </w:tc>
      </w:tr>
      <w:tr>
        <w:tc>
          <w:tcPr>
            <w:tcW w:type="dxa" w:w="1439"/>
          </w:tcPr>
          <w:p>
            <w:pPr>
              <w:spacing w:after="20" w:before="20"/>
            </w:pPr>
            <w:r/>
            <w:r>
              <w:rPr>
                <w:rFonts w:ascii="Times New Roman" w:hAnsi="Times New Roman" w:eastAsia="宋体"/>
                <w:b w:val="0"/>
                <w:sz w:val="21"/>
              </w:rPr>
              <w:t>庞业铭</w:t>
            </w:r>
          </w:p>
        </w:tc>
        <w:tc>
          <w:tcPr>
            <w:tcW w:type="dxa" w:w="1439"/>
          </w:tcPr>
          <w:p>
            <w:pPr>
              <w:spacing w:after="20" w:before="20"/>
            </w:pPr>
            <w:r/>
            <w:r>
              <w:rPr>
                <w:rFonts w:ascii="Times New Roman" w:hAnsi="Times New Roman" w:eastAsia="宋体"/>
                <w:b w:val="0"/>
                <w:sz w:val="21"/>
              </w:rPr>
              <w:t>7010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裴晟宏</w:t>
            </w:r>
          </w:p>
        </w:tc>
        <w:tc>
          <w:tcPr>
            <w:tcW w:type="dxa" w:w="1439"/>
          </w:tcPr>
          <w:p>
            <w:pPr>
              <w:spacing w:after="20" w:before="20"/>
            </w:pPr>
            <w:r/>
            <w:r>
              <w:rPr>
                <w:rFonts w:ascii="Times New Roman" w:hAnsi="Times New Roman" w:eastAsia="宋体"/>
                <w:b w:val="0"/>
                <w:sz w:val="21"/>
              </w:rPr>
              <w:t>0037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彭格菲</w:t>
            </w:r>
          </w:p>
        </w:tc>
        <w:tc>
          <w:tcPr>
            <w:tcW w:type="dxa" w:w="1439"/>
          </w:tcPr>
          <w:p>
            <w:pPr>
              <w:spacing w:after="20" w:before="20"/>
            </w:pPr>
            <w:r/>
            <w:r>
              <w:rPr>
                <w:rFonts w:ascii="Times New Roman" w:hAnsi="Times New Roman" w:eastAsia="宋体"/>
                <w:b w:val="0"/>
                <w:sz w:val="21"/>
              </w:rPr>
              <w:t>0548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081000</w:t>
            </w:r>
          </w:p>
        </w:tc>
        <w:tc>
          <w:tcPr>
            <w:tcW w:type="dxa" w:w="1439"/>
          </w:tcPr>
          <w:p>
            <w:pPr>
              <w:spacing w:after="20" w:before="20"/>
            </w:pPr>
            <w:r/>
            <w:r>
              <w:rPr>
                <w:rFonts w:ascii="Times New Roman" w:hAnsi="Times New Roman" w:eastAsia="宋体"/>
                <w:b w:val="0"/>
                <w:sz w:val="21"/>
              </w:rPr>
              <w:t>信息与通信工程</w:t>
            </w:r>
          </w:p>
        </w:tc>
      </w:tr>
      <w:tr>
        <w:tc>
          <w:tcPr>
            <w:tcW w:type="dxa" w:w="1439"/>
          </w:tcPr>
          <w:p>
            <w:pPr>
              <w:spacing w:after="20" w:before="20"/>
            </w:pPr>
            <w:r/>
            <w:r>
              <w:rPr>
                <w:rFonts w:ascii="Times New Roman" w:hAnsi="Times New Roman" w:eastAsia="宋体"/>
                <w:b w:val="0"/>
                <w:sz w:val="21"/>
              </w:rPr>
              <w:t>彭琳</w:t>
            </w:r>
          </w:p>
        </w:tc>
        <w:tc>
          <w:tcPr>
            <w:tcW w:type="dxa" w:w="1439"/>
          </w:tcPr>
          <w:p>
            <w:pPr>
              <w:spacing w:after="20" w:before="20"/>
            </w:pPr>
            <w:r/>
            <w:r>
              <w:rPr>
                <w:rFonts w:ascii="Times New Roman" w:hAnsi="Times New Roman" w:eastAsia="宋体"/>
                <w:b w:val="0"/>
                <w:sz w:val="21"/>
              </w:rPr>
              <w:t>1628</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朴英丹</w:t>
            </w:r>
          </w:p>
        </w:tc>
        <w:tc>
          <w:tcPr>
            <w:tcW w:type="dxa" w:w="1439"/>
          </w:tcPr>
          <w:p>
            <w:pPr>
              <w:spacing w:after="20" w:before="20"/>
            </w:pPr>
            <w:r/>
            <w:r>
              <w:rPr>
                <w:rFonts w:ascii="Times New Roman" w:hAnsi="Times New Roman" w:eastAsia="宋体"/>
                <w:b w:val="0"/>
                <w:sz w:val="21"/>
              </w:rPr>
              <w:t>1027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戚婧妍</w:t>
            </w:r>
          </w:p>
        </w:tc>
        <w:tc>
          <w:tcPr>
            <w:tcW w:type="dxa" w:w="1439"/>
          </w:tcPr>
          <w:p>
            <w:pPr>
              <w:spacing w:after="20" w:before="20"/>
            </w:pPr>
            <w:r/>
            <w:r>
              <w:rPr>
                <w:rFonts w:ascii="Times New Roman" w:hAnsi="Times New Roman" w:eastAsia="宋体"/>
                <w:b w:val="0"/>
                <w:sz w:val="21"/>
              </w:rPr>
              <w:t>0023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齐修远</w:t>
            </w:r>
          </w:p>
        </w:tc>
        <w:tc>
          <w:tcPr>
            <w:tcW w:type="dxa" w:w="1439"/>
          </w:tcPr>
          <w:p>
            <w:pPr>
              <w:spacing w:after="20" w:before="20"/>
            </w:pPr>
            <w:r/>
            <w:r>
              <w:rPr>
                <w:rFonts w:ascii="Times New Roman" w:hAnsi="Times New Roman" w:eastAsia="宋体"/>
                <w:b w:val="0"/>
                <w:sz w:val="21"/>
              </w:rPr>
              <w:t>0979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钱驾林</w:t>
            </w:r>
          </w:p>
        </w:tc>
        <w:tc>
          <w:tcPr>
            <w:tcW w:type="dxa" w:w="1439"/>
          </w:tcPr>
          <w:p>
            <w:pPr>
              <w:spacing w:after="20" w:before="20"/>
            </w:pPr>
            <w:r/>
            <w:r>
              <w:rPr>
                <w:rFonts w:ascii="Times New Roman" w:hAnsi="Times New Roman" w:eastAsia="宋体"/>
                <w:b w:val="0"/>
                <w:sz w:val="21"/>
              </w:rPr>
              <w:t>529X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瞿子钦</w:t>
            </w:r>
          </w:p>
        </w:tc>
        <w:tc>
          <w:tcPr>
            <w:tcW w:type="dxa" w:w="1439"/>
          </w:tcPr>
          <w:p>
            <w:pPr>
              <w:spacing w:after="20" w:before="20"/>
            </w:pPr>
            <w:r/>
            <w:r>
              <w:rPr>
                <w:rFonts w:ascii="Times New Roman" w:hAnsi="Times New Roman" w:eastAsia="宋体"/>
                <w:b w:val="0"/>
                <w:sz w:val="21"/>
              </w:rPr>
              <w:t>0010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冉洪瑞</w:t>
            </w:r>
          </w:p>
        </w:tc>
        <w:tc>
          <w:tcPr>
            <w:tcW w:type="dxa" w:w="1439"/>
          </w:tcPr>
          <w:p>
            <w:pPr>
              <w:spacing w:after="20" w:before="20"/>
            </w:pPr>
            <w:r/>
            <w:r>
              <w:rPr>
                <w:rFonts w:ascii="Times New Roman" w:hAnsi="Times New Roman" w:eastAsia="宋体"/>
                <w:b w:val="0"/>
                <w:sz w:val="21"/>
              </w:rPr>
              <w:t>4111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饶驿婷</w:t>
            </w:r>
          </w:p>
        </w:tc>
        <w:tc>
          <w:tcPr>
            <w:tcW w:type="dxa" w:w="1439"/>
          </w:tcPr>
          <w:p>
            <w:pPr>
              <w:spacing w:after="20" w:before="20"/>
            </w:pPr>
            <w:r/>
            <w:r>
              <w:rPr>
                <w:rFonts w:ascii="Times New Roman" w:hAnsi="Times New Roman" w:eastAsia="宋体"/>
                <w:b w:val="0"/>
                <w:sz w:val="21"/>
              </w:rPr>
              <w:t>5869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任音奇</w:t>
            </w:r>
          </w:p>
        </w:tc>
        <w:tc>
          <w:tcPr>
            <w:tcW w:type="dxa" w:w="1439"/>
          </w:tcPr>
          <w:p>
            <w:pPr>
              <w:spacing w:after="20" w:before="20"/>
            </w:pPr>
            <w:r/>
            <w:r>
              <w:rPr>
                <w:rFonts w:ascii="Times New Roman" w:hAnsi="Times New Roman" w:eastAsia="宋体"/>
                <w:b w:val="0"/>
                <w:sz w:val="21"/>
              </w:rPr>
              <w:t>2518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荣蓉</w:t>
            </w:r>
          </w:p>
        </w:tc>
        <w:tc>
          <w:tcPr>
            <w:tcW w:type="dxa" w:w="1439"/>
          </w:tcPr>
          <w:p>
            <w:pPr>
              <w:spacing w:after="20" w:before="20"/>
            </w:pPr>
            <w:r/>
            <w:r>
              <w:rPr>
                <w:rFonts w:ascii="Times New Roman" w:hAnsi="Times New Roman" w:eastAsia="宋体"/>
                <w:b w:val="0"/>
                <w:sz w:val="21"/>
              </w:rPr>
              <w:t>2022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阮馨怡</w:t>
            </w:r>
          </w:p>
        </w:tc>
        <w:tc>
          <w:tcPr>
            <w:tcW w:type="dxa" w:w="1439"/>
          </w:tcPr>
          <w:p>
            <w:pPr>
              <w:spacing w:after="20" w:before="20"/>
            </w:pPr>
            <w:r/>
            <w:r>
              <w:rPr>
                <w:rFonts w:ascii="Times New Roman" w:hAnsi="Times New Roman" w:eastAsia="宋体"/>
                <w:b w:val="0"/>
                <w:sz w:val="21"/>
              </w:rPr>
              <w:t>2045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上官楚岳</w:t>
            </w:r>
          </w:p>
        </w:tc>
        <w:tc>
          <w:tcPr>
            <w:tcW w:type="dxa" w:w="1439"/>
          </w:tcPr>
          <w:p>
            <w:pPr>
              <w:spacing w:after="20" w:before="20"/>
            </w:pPr>
            <w:r/>
            <w:r>
              <w:rPr>
                <w:rFonts w:ascii="Times New Roman" w:hAnsi="Times New Roman" w:eastAsia="宋体"/>
                <w:b w:val="0"/>
                <w:sz w:val="21"/>
              </w:rPr>
              <w:t>9034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邵珏</w:t>
            </w:r>
          </w:p>
        </w:tc>
        <w:tc>
          <w:tcPr>
            <w:tcW w:type="dxa" w:w="1439"/>
          </w:tcPr>
          <w:p>
            <w:pPr>
              <w:spacing w:after="20" w:before="20"/>
            </w:pPr>
            <w:r/>
            <w:r>
              <w:rPr>
                <w:rFonts w:ascii="Times New Roman" w:hAnsi="Times New Roman" w:eastAsia="宋体"/>
                <w:b w:val="0"/>
                <w:sz w:val="21"/>
              </w:rPr>
              <w:t>6724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邵奎翔</w:t>
            </w:r>
          </w:p>
        </w:tc>
        <w:tc>
          <w:tcPr>
            <w:tcW w:type="dxa" w:w="1439"/>
          </w:tcPr>
          <w:p>
            <w:pPr>
              <w:spacing w:after="20" w:before="20"/>
            </w:pPr>
            <w:r/>
            <w:r>
              <w:rPr>
                <w:rFonts w:ascii="Times New Roman" w:hAnsi="Times New Roman" w:eastAsia="宋体"/>
                <w:b w:val="0"/>
                <w:sz w:val="21"/>
              </w:rPr>
              <w:t>0013</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邵刘念</w:t>
            </w:r>
          </w:p>
        </w:tc>
        <w:tc>
          <w:tcPr>
            <w:tcW w:type="dxa" w:w="1439"/>
          </w:tcPr>
          <w:p>
            <w:pPr>
              <w:spacing w:after="20" w:before="20"/>
            </w:pPr>
            <w:r/>
            <w:r>
              <w:rPr>
                <w:rFonts w:ascii="Times New Roman" w:hAnsi="Times New Roman" w:eastAsia="宋体"/>
                <w:b w:val="0"/>
                <w:sz w:val="21"/>
              </w:rPr>
              <w:t>222X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邵天成</w:t>
            </w:r>
          </w:p>
        </w:tc>
        <w:tc>
          <w:tcPr>
            <w:tcW w:type="dxa" w:w="1439"/>
          </w:tcPr>
          <w:p>
            <w:pPr>
              <w:spacing w:after="20" w:before="20"/>
            </w:pPr>
            <w:r/>
            <w:r>
              <w:rPr>
                <w:rFonts w:ascii="Times New Roman" w:hAnsi="Times New Roman" w:eastAsia="宋体"/>
                <w:b w:val="0"/>
                <w:sz w:val="21"/>
              </w:rPr>
              <w:t>6214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邵毅如</w:t>
            </w:r>
          </w:p>
        </w:tc>
        <w:tc>
          <w:tcPr>
            <w:tcW w:type="dxa" w:w="1439"/>
          </w:tcPr>
          <w:p>
            <w:pPr>
              <w:spacing w:after="20" w:before="20"/>
            </w:pPr>
            <w:r/>
            <w:r>
              <w:rPr>
                <w:rFonts w:ascii="Times New Roman" w:hAnsi="Times New Roman" w:eastAsia="宋体"/>
                <w:b w:val="0"/>
                <w:sz w:val="21"/>
              </w:rPr>
              <w:t>6821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邵振晗</w:t>
            </w:r>
          </w:p>
        </w:tc>
        <w:tc>
          <w:tcPr>
            <w:tcW w:type="dxa" w:w="1439"/>
          </w:tcPr>
          <w:p>
            <w:pPr>
              <w:spacing w:after="20" w:before="20"/>
            </w:pPr>
            <w:r/>
            <w:r>
              <w:rPr>
                <w:rFonts w:ascii="Times New Roman" w:hAnsi="Times New Roman" w:eastAsia="宋体"/>
                <w:b w:val="0"/>
                <w:sz w:val="21"/>
              </w:rPr>
              <w:t>0010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邵梓涵</w:t>
            </w:r>
          </w:p>
        </w:tc>
        <w:tc>
          <w:tcPr>
            <w:tcW w:type="dxa" w:w="1439"/>
          </w:tcPr>
          <w:p>
            <w:pPr>
              <w:spacing w:after="20" w:before="20"/>
            </w:pPr>
            <w:r/>
            <w:r>
              <w:rPr>
                <w:rFonts w:ascii="Times New Roman" w:hAnsi="Times New Roman" w:eastAsia="宋体"/>
                <w:b w:val="0"/>
                <w:sz w:val="21"/>
              </w:rPr>
              <w:t>5913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申翊洁</w:t>
            </w:r>
          </w:p>
        </w:tc>
        <w:tc>
          <w:tcPr>
            <w:tcW w:type="dxa" w:w="1439"/>
          </w:tcPr>
          <w:p>
            <w:pPr>
              <w:spacing w:after="20" w:before="20"/>
            </w:pPr>
            <w:r/>
            <w:r>
              <w:rPr>
                <w:rFonts w:ascii="Times New Roman" w:hAnsi="Times New Roman" w:eastAsia="宋体"/>
                <w:b w:val="0"/>
                <w:sz w:val="21"/>
              </w:rPr>
              <w:t>0723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沈剑慧</w:t>
            </w:r>
          </w:p>
        </w:tc>
        <w:tc>
          <w:tcPr>
            <w:tcW w:type="dxa" w:w="1439"/>
          </w:tcPr>
          <w:p>
            <w:pPr>
              <w:spacing w:after="20" w:before="20"/>
            </w:pPr>
            <w:r/>
            <w:r>
              <w:rPr>
                <w:rFonts w:ascii="Times New Roman" w:hAnsi="Times New Roman" w:eastAsia="宋体"/>
                <w:b w:val="0"/>
                <w:sz w:val="21"/>
              </w:rPr>
              <w:t>4029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沈哲灏</w:t>
            </w:r>
          </w:p>
        </w:tc>
        <w:tc>
          <w:tcPr>
            <w:tcW w:type="dxa" w:w="1439"/>
          </w:tcPr>
          <w:p>
            <w:pPr>
              <w:spacing w:after="20" w:before="20"/>
            </w:pPr>
            <w:r/>
            <w:r>
              <w:rPr>
                <w:rFonts w:ascii="Times New Roman" w:hAnsi="Times New Roman" w:eastAsia="宋体"/>
                <w:b w:val="0"/>
                <w:sz w:val="21"/>
              </w:rPr>
              <w:t>0017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盛宽</w:t>
            </w:r>
          </w:p>
        </w:tc>
        <w:tc>
          <w:tcPr>
            <w:tcW w:type="dxa" w:w="1439"/>
          </w:tcPr>
          <w:p>
            <w:pPr>
              <w:spacing w:after="20" w:before="20"/>
            </w:pPr>
            <w:r/>
            <w:r>
              <w:rPr>
                <w:rFonts w:ascii="Times New Roman" w:hAnsi="Times New Roman" w:eastAsia="宋体"/>
                <w:b w:val="0"/>
                <w:sz w:val="21"/>
              </w:rPr>
              <w:t>4972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施松语</w:t>
            </w:r>
          </w:p>
        </w:tc>
        <w:tc>
          <w:tcPr>
            <w:tcW w:type="dxa" w:w="1439"/>
          </w:tcPr>
          <w:p>
            <w:pPr>
              <w:spacing w:after="20" w:before="20"/>
            </w:pPr>
            <w:r/>
            <w:r>
              <w:rPr>
                <w:rFonts w:ascii="Times New Roman" w:hAnsi="Times New Roman" w:eastAsia="宋体"/>
                <w:b w:val="0"/>
                <w:sz w:val="21"/>
              </w:rPr>
              <w:t>282X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施婷</w:t>
            </w:r>
          </w:p>
        </w:tc>
        <w:tc>
          <w:tcPr>
            <w:tcW w:type="dxa" w:w="1439"/>
          </w:tcPr>
          <w:p>
            <w:pPr>
              <w:spacing w:after="20" w:before="20"/>
            </w:pPr>
            <w:r/>
            <w:r>
              <w:rPr>
                <w:rFonts w:ascii="Times New Roman" w:hAnsi="Times New Roman" w:eastAsia="宋体"/>
                <w:b w:val="0"/>
                <w:sz w:val="21"/>
              </w:rPr>
              <w:t>1062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石观巧</w:t>
            </w:r>
          </w:p>
        </w:tc>
        <w:tc>
          <w:tcPr>
            <w:tcW w:type="dxa" w:w="1439"/>
          </w:tcPr>
          <w:p>
            <w:pPr>
              <w:spacing w:after="20" w:before="20"/>
            </w:pPr>
            <w:r/>
            <w:r>
              <w:rPr>
                <w:rFonts w:ascii="Times New Roman" w:hAnsi="Times New Roman" w:eastAsia="宋体"/>
                <w:b w:val="0"/>
                <w:sz w:val="21"/>
              </w:rPr>
              <w:t>2522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史睿天</w:t>
            </w:r>
          </w:p>
        </w:tc>
        <w:tc>
          <w:tcPr>
            <w:tcW w:type="dxa" w:w="1439"/>
          </w:tcPr>
          <w:p>
            <w:pPr>
              <w:spacing w:after="20" w:before="20"/>
            </w:pPr>
            <w:r/>
            <w:r>
              <w:rPr>
                <w:rFonts w:ascii="Times New Roman" w:hAnsi="Times New Roman" w:eastAsia="宋体"/>
                <w:b w:val="0"/>
                <w:sz w:val="21"/>
              </w:rPr>
              <w:t>051X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史一媛</w:t>
            </w:r>
          </w:p>
        </w:tc>
        <w:tc>
          <w:tcPr>
            <w:tcW w:type="dxa" w:w="1439"/>
          </w:tcPr>
          <w:p>
            <w:pPr>
              <w:spacing w:after="20" w:before="20"/>
            </w:pPr>
            <w:r/>
            <w:r>
              <w:rPr>
                <w:rFonts w:ascii="Times New Roman" w:hAnsi="Times New Roman" w:eastAsia="宋体"/>
                <w:b w:val="0"/>
                <w:sz w:val="21"/>
              </w:rPr>
              <w:t>2803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舒浩</w:t>
            </w:r>
          </w:p>
        </w:tc>
        <w:tc>
          <w:tcPr>
            <w:tcW w:type="dxa" w:w="1439"/>
          </w:tcPr>
          <w:p>
            <w:pPr>
              <w:spacing w:after="20" w:before="20"/>
            </w:pPr>
            <w:r/>
            <w:r>
              <w:rPr>
                <w:rFonts w:ascii="Times New Roman" w:hAnsi="Times New Roman" w:eastAsia="宋体"/>
                <w:b w:val="0"/>
                <w:sz w:val="21"/>
              </w:rPr>
              <w:t>359X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宋婷</w:t>
            </w:r>
          </w:p>
        </w:tc>
        <w:tc>
          <w:tcPr>
            <w:tcW w:type="dxa" w:w="1439"/>
          </w:tcPr>
          <w:p>
            <w:pPr>
              <w:spacing w:after="20" w:before="20"/>
            </w:pPr>
            <w:r/>
            <w:r>
              <w:rPr>
                <w:rFonts w:ascii="Times New Roman" w:hAnsi="Times New Roman" w:eastAsia="宋体"/>
                <w:b w:val="0"/>
                <w:sz w:val="21"/>
              </w:rPr>
              <w:t>7068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苏嘉宁</w:t>
            </w:r>
          </w:p>
        </w:tc>
        <w:tc>
          <w:tcPr>
            <w:tcW w:type="dxa" w:w="1439"/>
          </w:tcPr>
          <w:p>
            <w:pPr>
              <w:spacing w:after="20" w:before="20"/>
            </w:pPr>
            <w:r/>
            <w:r>
              <w:rPr>
                <w:rFonts w:ascii="Times New Roman" w:hAnsi="Times New Roman" w:eastAsia="宋体"/>
                <w:b w:val="0"/>
                <w:sz w:val="21"/>
              </w:rPr>
              <w:t>0613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苏宛晨</w:t>
            </w:r>
          </w:p>
        </w:tc>
        <w:tc>
          <w:tcPr>
            <w:tcW w:type="dxa" w:w="1439"/>
          </w:tcPr>
          <w:p>
            <w:pPr>
              <w:spacing w:after="20" w:before="20"/>
            </w:pPr>
            <w:r/>
            <w:r>
              <w:rPr>
                <w:rFonts w:ascii="Times New Roman" w:hAnsi="Times New Roman" w:eastAsia="宋体"/>
                <w:b w:val="0"/>
                <w:sz w:val="21"/>
              </w:rPr>
              <w:t>9329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孙大中</w:t>
            </w:r>
          </w:p>
        </w:tc>
        <w:tc>
          <w:tcPr>
            <w:tcW w:type="dxa" w:w="1439"/>
          </w:tcPr>
          <w:p>
            <w:pPr>
              <w:spacing w:after="20" w:before="20"/>
            </w:pPr>
            <w:r/>
            <w:r>
              <w:rPr>
                <w:rFonts w:ascii="Times New Roman" w:hAnsi="Times New Roman" w:eastAsia="宋体"/>
                <w:b w:val="0"/>
                <w:sz w:val="21"/>
              </w:rPr>
              <w:t>4010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孙浩然</w:t>
            </w:r>
          </w:p>
        </w:tc>
        <w:tc>
          <w:tcPr>
            <w:tcW w:type="dxa" w:w="1439"/>
          </w:tcPr>
          <w:p>
            <w:pPr>
              <w:spacing w:after="20" w:before="20"/>
            </w:pPr>
            <w:r/>
            <w:r>
              <w:rPr>
                <w:rFonts w:ascii="Times New Roman" w:hAnsi="Times New Roman" w:eastAsia="宋体"/>
                <w:b w:val="0"/>
                <w:sz w:val="21"/>
              </w:rPr>
              <w:t>7913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孙乐康</w:t>
            </w:r>
          </w:p>
        </w:tc>
        <w:tc>
          <w:tcPr>
            <w:tcW w:type="dxa" w:w="1439"/>
          </w:tcPr>
          <w:p>
            <w:pPr>
              <w:spacing w:after="20" w:before="20"/>
            </w:pPr>
            <w:r/>
            <w:r>
              <w:rPr>
                <w:rFonts w:ascii="Times New Roman" w:hAnsi="Times New Roman" w:eastAsia="宋体"/>
                <w:b w:val="0"/>
                <w:sz w:val="21"/>
              </w:rPr>
              <w:t>7315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孙天翔</w:t>
            </w:r>
          </w:p>
        </w:tc>
        <w:tc>
          <w:tcPr>
            <w:tcW w:type="dxa" w:w="1439"/>
          </w:tcPr>
          <w:p>
            <w:pPr>
              <w:spacing w:after="20" w:before="20"/>
            </w:pPr>
            <w:r/>
            <w:r>
              <w:rPr>
                <w:rFonts w:ascii="Times New Roman" w:hAnsi="Times New Roman" w:eastAsia="宋体"/>
                <w:b w:val="0"/>
                <w:sz w:val="21"/>
              </w:rPr>
              <w:t>2239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孙奕菲</w:t>
            </w:r>
          </w:p>
        </w:tc>
        <w:tc>
          <w:tcPr>
            <w:tcW w:type="dxa" w:w="1439"/>
          </w:tcPr>
          <w:p>
            <w:pPr>
              <w:spacing w:after="20" w:before="20"/>
            </w:pPr>
            <w:r/>
            <w:r>
              <w:rPr>
                <w:rFonts w:ascii="Times New Roman" w:hAnsi="Times New Roman" w:eastAsia="宋体"/>
                <w:b w:val="0"/>
                <w:sz w:val="21"/>
              </w:rPr>
              <w:t>3184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唐仟</w:t>
            </w:r>
          </w:p>
        </w:tc>
        <w:tc>
          <w:tcPr>
            <w:tcW w:type="dxa" w:w="1439"/>
          </w:tcPr>
          <w:p>
            <w:pPr>
              <w:spacing w:after="20" w:before="20"/>
            </w:pPr>
            <w:r/>
            <w:r>
              <w:rPr>
                <w:rFonts w:ascii="Times New Roman" w:hAnsi="Times New Roman" w:eastAsia="宋体"/>
                <w:b w:val="0"/>
                <w:sz w:val="21"/>
              </w:rPr>
              <w:t>1964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唐裕霞</w:t>
            </w:r>
          </w:p>
        </w:tc>
        <w:tc>
          <w:tcPr>
            <w:tcW w:type="dxa" w:w="1439"/>
          </w:tcPr>
          <w:p>
            <w:pPr>
              <w:spacing w:after="20" w:before="20"/>
            </w:pPr>
            <w:r/>
            <w:r>
              <w:rPr>
                <w:rFonts w:ascii="Times New Roman" w:hAnsi="Times New Roman" w:eastAsia="宋体"/>
                <w:b w:val="0"/>
                <w:sz w:val="21"/>
              </w:rPr>
              <w:t>4362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陶贻宝</w:t>
            </w:r>
          </w:p>
        </w:tc>
        <w:tc>
          <w:tcPr>
            <w:tcW w:type="dxa" w:w="1439"/>
          </w:tcPr>
          <w:p>
            <w:pPr>
              <w:spacing w:after="20" w:before="20"/>
            </w:pPr>
            <w:r/>
            <w:r>
              <w:rPr>
                <w:rFonts w:ascii="Times New Roman" w:hAnsi="Times New Roman" w:eastAsia="宋体"/>
                <w:b w:val="0"/>
                <w:sz w:val="21"/>
              </w:rPr>
              <w:t>6631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陶逸飞</w:t>
            </w:r>
          </w:p>
        </w:tc>
        <w:tc>
          <w:tcPr>
            <w:tcW w:type="dxa" w:w="1439"/>
          </w:tcPr>
          <w:p>
            <w:pPr>
              <w:spacing w:after="20" w:before="20"/>
            </w:pPr>
            <w:r/>
            <w:r>
              <w:rPr>
                <w:rFonts w:ascii="Times New Roman" w:hAnsi="Times New Roman" w:eastAsia="宋体"/>
                <w:b w:val="0"/>
                <w:sz w:val="21"/>
              </w:rPr>
              <w:t>0253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滕悦心</w:t>
            </w:r>
          </w:p>
        </w:tc>
        <w:tc>
          <w:tcPr>
            <w:tcW w:type="dxa" w:w="1439"/>
          </w:tcPr>
          <w:p>
            <w:pPr>
              <w:spacing w:after="20" w:before="20"/>
            </w:pPr>
            <w:r/>
            <w:r>
              <w:rPr>
                <w:rFonts w:ascii="Times New Roman" w:hAnsi="Times New Roman" w:eastAsia="宋体"/>
                <w:b w:val="0"/>
                <w:sz w:val="21"/>
              </w:rPr>
              <w:t>4126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滕孜信</w:t>
            </w:r>
          </w:p>
        </w:tc>
        <w:tc>
          <w:tcPr>
            <w:tcW w:type="dxa" w:w="1439"/>
          </w:tcPr>
          <w:p>
            <w:pPr>
              <w:spacing w:after="20" w:before="20"/>
            </w:pPr>
            <w:r/>
            <w:r>
              <w:rPr>
                <w:rFonts w:ascii="Times New Roman" w:hAnsi="Times New Roman" w:eastAsia="宋体"/>
                <w:b w:val="0"/>
                <w:sz w:val="21"/>
              </w:rPr>
              <w:t>1118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田旻翱</w:t>
            </w:r>
          </w:p>
        </w:tc>
        <w:tc>
          <w:tcPr>
            <w:tcW w:type="dxa" w:w="1439"/>
          </w:tcPr>
          <w:p>
            <w:pPr>
              <w:spacing w:after="20" w:before="20"/>
            </w:pPr>
            <w:r/>
            <w:r>
              <w:rPr>
                <w:rFonts w:ascii="Times New Roman" w:hAnsi="Times New Roman" w:eastAsia="宋体"/>
                <w:b w:val="0"/>
                <w:sz w:val="21"/>
              </w:rPr>
              <w:t>2118</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086000</w:t>
            </w:r>
          </w:p>
        </w:tc>
        <w:tc>
          <w:tcPr>
            <w:tcW w:type="dxa" w:w="1439"/>
          </w:tcPr>
          <w:p>
            <w:pPr>
              <w:spacing w:after="20" w:before="20"/>
            </w:pPr>
            <w:r/>
            <w:r>
              <w:rPr>
                <w:rFonts w:ascii="Times New Roman" w:hAnsi="Times New Roman" w:eastAsia="宋体"/>
                <w:b w:val="0"/>
                <w:sz w:val="21"/>
              </w:rPr>
              <w:t>生物与医药</w:t>
            </w:r>
          </w:p>
        </w:tc>
      </w:tr>
      <w:tr>
        <w:tc>
          <w:tcPr>
            <w:tcW w:type="dxa" w:w="1439"/>
          </w:tcPr>
          <w:p>
            <w:pPr>
              <w:spacing w:after="20" w:before="20"/>
            </w:pPr>
            <w:r/>
            <w:r>
              <w:rPr>
                <w:rFonts w:ascii="Times New Roman" w:hAnsi="Times New Roman" w:eastAsia="宋体"/>
                <w:b w:val="0"/>
                <w:sz w:val="21"/>
              </w:rPr>
              <w:t>童楚伦</w:t>
            </w:r>
          </w:p>
        </w:tc>
        <w:tc>
          <w:tcPr>
            <w:tcW w:type="dxa" w:w="1439"/>
          </w:tcPr>
          <w:p>
            <w:pPr>
              <w:spacing w:after="20" w:before="20"/>
            </w:pPr>
            <w:r/>
            <w:r>
              <w:rPr>
                <w:rFonts w:ascii="Times New Roman" w:hAnsi="Times New Roman" w:eastAsia="宋体"/>
                <w:b w:val="0"/>
                <w:sz w:val="21"/>
              </w:rPr>
              <w:t>9410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童靖圆</w:t>
            </w:r>
          </w:p>
        </w:tc>
        <w:tc>
          <w:tcPr>
            <w:tcW w:type="dxa" w:w="1439"/>
          </w:tcPr>
          <w:p>
            <w:pPr>
              <w:spacing w:after="20" w:before="20"/>
            </w:pPr>
            <w:r/>
            <w:r>
              <w:rPr>
                <w:rFonts w:ascii="Times New Roman" w:hAnsi="Times New Roman" w:eastAsia="宋体"/>
                <w:b w:val="0"/>
                <w:sz w:val="21"/>
              </w:rPr>
              <w:t>3021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庹忠曜</w:t>
            </w:r>
          </w:p>
        </w:tc>
        <w:tc>
          <w:tcPr>
            <w:tcW w:type="dxa" w:w="1439"/>
          </w:tcPr>
          <w:p>
            <w:pPr>
              <w:spacing w:after="20" w:before="20"/>
            </w:pPr>
            <w:r/>
            <w:r>
              <w:rPr>
                <w:rFonts w:ascii="Times New Roman" w:hAnsi="Times New Roman" w:eastAsia="宋体"/>
                <w:b w:val="0"/>
                <w:sz w:val="21"/>
              </w:rPr>
              <w:t>123X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081000</w:t>
            </w:r>
          </w:p>
        </w:tc>
        <w:tc>
          <w:tcPr>
            <w:tcW w:type="dxa" w:w="1439"/>
          </w:tcPr>
          <w:p>
            <w:pPr>
              <w:spacing w:after="20" w:before="20"/>
            </w:pPr>
            <w:r/>
            <w:r>
              <w:rPr>
                <w:rFonts w:ascii="Times New Roman" w:hAnsi="Times New Roman" w:eastAsia="宋体"/>
                <w:b w:val="0"/>
                <w:sz w:val="21"/>
              </w:rPr>
              <w:t>信息与通信工程</w:t>
            </w:r>
          </w:p>
        </w:tc>
      </w:tr>
      <w:tr>
        <w:tc>
          <w:tcPr>
            <w:tcW w:type="dxa" w:w="1439"/>
          </w:tcPr>
          <w:p>
            <w:pPr>
              <w:spacing w:after="20" w:before="20"/>
            </w:pPr>
            <w:r/>
            <w:r>
              <w:rPr>
                <w:rFonts w:ascii="Times New Roman" w:hAnsi="Times New Roman" w:eastAsia="宋体"/>
                <w:b w:val="0"/>
                <w:sz w:val="21"/>
              </w:rPr>
              <w:t>万其霖</w:t>
            </w:r>
          </w:p>
        </w:tc>
        <w:tc>
          <w:tcPr>
            <w:tcW w:type="dxa" w:w="1439"/>
          </w:tcPr>
          <w:p>
            <w:pPr>
              <w:spacing w:after="20" w:before="20"/>
            </w:pPr>
            <w:r/>
            <w:r>
              <w:rPr>
                <w:rFonts w:ascii="Times New Roman" w:hAnsi="Times New Roman" w:eastAsia="宋体"/>
                <w:b w:val="0"/>
                <w:sz w:val="21"/>
              </w:rPr>
              <w:t>8119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汪洛</w:t>
            </w:r>
          </w:p>
        </w:tc>
        <w:tc>
          <w:tcPr>
            <w:tcW w:type="dxa" w:w="1439"/>
          </w:tcPr>
          <w:p>
            <w:pPr>
              <w:spacing w:after="20" w:before="20"/>
            </w:pPr>
            <w:r/>
            <w:r>
              <w:rPr>
                <w:rFonts w:ascii="Times New Roman" w:hAnsi="Times New Roman" w:eastAsia="宋体"/>
                <w:b w:val="0"/>
                <w:sz w:val="21"/>
              </w:rPr>
              <w:t>0018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王浩鉴</w:t>
            </w:r>
          </w:p>
        </w:tc>
        <w:tc>
          <w:tcPr>
            <w:tcW w:type="dxa" w:w="1439"/>
          </w:tcPr>
          <w:p>
            <w:pPr>
              <w:spacing w:after="20" w:before="20"/>
            </w:pPr>
            <w:r/>
            <w:r>
              <w:rPr>
                <w:rFonts w:ascii="Times New Roman" w:hAnsi="Times New Roman" w:eastAsia="宋体"/>
                <w:b w:val="0"/>
                <w:sz w:val="21"/>
              </w:rPr>
              <w:t>7835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王颢楷</w:t>
            </w:r>
          </w:p>
        </w:tc>
        <w:tc>
          <w:tcPr>
            <w:tcW w:type="dxa" w:w="1439"/>
          </w:tcPr>
          <w:p>
            <w:pPr>
              <w:spacing w:after="20" w:before="20"/>
            </w:pPr>
            <w:r/>
            <w:r>
              <w:rPr>
                <w:rFonts w:ascii="Times New Roman" w:hAnsi="Times New Roman" w:eastAsia="宋体"/>
                <w:b w:val="0"/>
                <w:sz w:val="21"/>
              </w:rPr>
              <w:t>0018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王宏</w:t>
            </w:r>
          </w:p>
        </w:tc>
        <w:tc>
          <w:tcPr>
            <w:tcW w:type="dxa" w:w="1439"/>
          </w:tcPr>
          <w:p>
            <w:pPr>
              <w:spacing w:after="20" w:before="20"/>
            </w:pPr>
            <w:r/>
            <w:r>
              <w:rPr>
                <w:rFonts w:ascii="Times New Roman" w:hAnsi="Times New Roman" w:eastAsia="宋体"/>
                <w:b w:val="0"/>
                <w:sz w:val="21"/>
              </w:rPr>
              <w:t>3314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王键钊</w:t>
            </w:r>
          </w:p>
        </w:tc>
        <w:tc>
          <w:tcPr>
            <w:tcW w:type="dxa" w:w="1439"/>
          </w:tcPr>
          <w:p>
            <w:pPr>
              <w:spacing w:after="20" w:before="20"/>
            </w:pPr>
            <w:r/>
            <w:r>
              <w:rPr>
                <w:rFonts w:ascii="Times New Roman" w:hAnsi="Times New Roman" w:eastAsia="宋体"/>
                <w:b w:val="0"/>
                <w:sz w:val="21"/>
              </w:rPr>
              <w:t>0453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王明涛</w:t>
            </w:r>
          </w:p>
        </w:tc>
        <w:tc>
          <w:tcPr>
            <w:tcW w:type="dxa" w:w="1439"/>
          </w:tcPr>
          <w:p>
            <w:pPr>
              <w:spacing w:after="20" w:before="20"/>
            </w:pPr>
            <w:r/>
            <w:r>
              <w:rPr>
                <w:rFonts w:ascii="Times New Roman" w:hAnsi="Times New Roman" w:eastAsia="宋体"/>
                <w:b w:val="0"/>
                <w:sz w:val="21"/>
              </w:rPr>
              <w:t>2715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王鹏豪</w:t>
            </w:r>
          </w:p>
        </w:tc>
        <w:tc>
          <w:tcPr>
            <w:tcW w:type="dxa" w:w="1439"/>
          </w:tcPr>
          <w:p>
            <w:pPr>
              <w:spacing w:after="20" w:before="20"/>
            </w:pPr>
            <w:r/>
            <w:r>
              <w:rPr>
                <w:rFonts w:ascii="Times New Roman" w:hAnsi="Times New Roman" w:eastAsia="宋体"/>
                <w:b w:val="0"/>
                <w:sz w:val="21"/>
              </w:rPr>
              <w:t>001X</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王璞熙</w:t>
            </w:r>
          </w:p>
        </w:tc>
        <w:tc>
          <w:tcPr>
            <w:tcW w:type="dxa" w:w="1439"/>
          </w:tcPr>
          <w:p>
            <w:pPr>
              <w:spacing w:after="20" w:before="20"/>
            </w:pPr>
            <w:r/>
            <w:r>
              <w:rPr>
                <w:rFonts w:ascii="Times New Roman" w:hAnsi="Times New Roman" w:eastAsia="宋体"/>
                <w:b w:val="0"/>
                <w:sz w:val="21"/>
              </w:rPr>
              <w:t>1236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王琦茗</w:t>
            </w:r>
          </w:p>
        </w:tc>
        <w:tc>
          <w:tcPr>
            <w:tcW w:type="dxa" w:w="1439"/>
          </w:tcPr>
          <w:p>
            <w:pPr>
              <w:spacing w:after="20" w:before="20"/>
            </w:pPr>
            <w:r/>
            <w:r>
              <w:rPr>
                <w:rFonts w:ascii="Times New Roman" w:hAnsi="Times New Roman" w:eastAsia="宋体"/>
                <w:b w:val="0"/>
                <w:sz w:val="21"/>
              </w:rPr>
              <w:t>3912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王</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本段为推免生拟录取名单（按姓名排序的连续名单），共涉及 152 人。名单字段依次为：姓名、报名号后四位（含字母校验位）、录取类别（硕士/直博生）、录取学院、专业代码、专业名称。</w:t>
      </w:r>
    </w:p>
    <w:p>
      <w:pPr>
        <w:spacing w:before="160" w:after="80" w:lineRule="auto" w:line="360"/>
        <w:jc w:val="left"/>
      </w:pPr>
      <w:r>
        <w:rPr>
          <w:rFonts w:ascii="Times New Roman" w:hAnsi="Times New Roman" w:eastAsia="宋体"/>
          <w:b/>
          <w:sz w:val="28"/>
        </w:rPr>
        <w:t>九、录取类别与人数</w:t>
      </w:r>
    </w:p>
    <w:p>
      <w:pPr>
        <w:spacing w:after="80" w:lineRule="auto" w:line="360"/>
        <w:ind w:firstLine="482"/>
        <w:jc w:val="both"/>
      </w:pPr>
      <w:r>
        <w:rPr>
          <w:rFonts w:ascii="Times New Roman" w:hAnsi="Times New Roman" w:eastAsia="宋体"/>
          <w:b w:val="0"/>
          <w:sz w:val="24"/>
        </w:rPr>
        <w:t>1. 硕士：141 人。</w:t>
      </w:r>
    </w:p>
    <w:p>
      <w:pPr>
        <w:spacing w:after="80" w:lineRule="auto" w:line="360"/>
        <w:ind w:firstLine="482"/>
        <w:jc w:val="both"/>
      </w:pPr>
      <w:r>
        <w:rPr>
          <w:rFonts w:ascii="Times New Roman" w:hAnsi="Times New Roman" w:eastAsia="宋体"/>
          <w:b w:val="0"/>
          <w:sz w:val="24"/>
        </w:rPr>
        <w:t>2. 直博生：11 人。</w:t>
      </w:r>
    </w:p>
    <w:p>
      <w:pPr>
        <w:spacing w:before="160" w:after="80" w:lineRule="auto" w:line="360"/>
        <w:jc w:val="left"/>
      </w:pPr>
      <w:r>
        <w:rPr>
          <w:rFonts w:ascii="Times New Roman" w:hAnsi="Times New Roman" w:eastAsia="宋体"/>
          <w:b/>
          <w:sz w:val="28"/>
        </w:rPr>
        <w:t>十、学院与专业分布明细</w:t>
      </w:r>
    </w:p>
    <w:p>
      <w:pPr>
        <w:spacing w:after="80" w:lineRule="auto" w:line="360"/>
        <w:ind w:firstLine="482"/>
        <w:jc w:val="both"/>
      </w:pPr>
      <w:r>
        <w:rPr>
          <w:rFonts w:ascii="Times New Roman" w:hAnsi="Times New Roman" w:eastAsia="宋体"/>
          <w:b w:val="0"/>
          <w:sz w:val="24"/>
        </w:rPr>
        <w:t>1. 信息科学与技术学院：计算机科学与技术（081200）43 人，电子信息（085400）16 人，电子科学与技术（080900）7 人。</w:t>
      </w:r>
    </w:p>
    <w:p>
      <w:pPr>
        <w:spacing w:after="80" w:lineRule="auto" w:line="360"/>
        <w:ind w:firstLine="482"/>
        <w:jc w:val="both"/>
      </w:pPr>
      <w:r>
        <w:rPr>
          <w:rFonts w:ascii="Times New Roman" w:hAnsi="Times New Roman" w:eastAsia="宋体"/>
          <w:b w:val="0"/>
          <w:sz w:val="24"/>
        </w:rPr>
        <w:t>2. 生命科学与技术学院：生物学（071000）43 人，生物与医药（086000）1 人。</w:t>
      </w:r>
    </w:p>
    <w:p>
      <w:pPr>
        <w:spacing w:after="80" w:lineRule="auto" w:line="360"/>
        <w:ind w:firstLine="482"/>
        <w:jc w:val="both"/>
      </w:pPr>
      <w:r>
        <w:rPr>
          <w:rFonts w:ascii="Times New Roman" w:hAnsi="Times New Roman" w:eastAsia="宋体"/>
          <w:b w:val="0"/>
          <w:sz w:val="24"/>
        </w:rPr>
        <w:t>3. 生物医学工程学院：生物医学工程（083100）17 人，电子信息（085400）3 人。</w:t>
      </w:r>
    </w:p>
    <w:p>
      <w:pPr>
        <w:spacing w:after="80" w:lineRule="auto" w:line="360"/>
        <w:ind w:firstLine="482"/>
        <w:jc w:val="both"/>
      </w:pPr>
      <w:r>
        <w:rPr>
          <w:rFonts w:ascii="Times New Roman" w:hAnsi="Times New Roman" w:eastAsia="宋体"/>
          <w:b w:val="0"/>
          <w:sz w:val="24"/>
        </w:rPr>
        <w:t>4. 物质科学与技术学院：物理学（070200）9 人，化学（070300）7 人，材料科学与工程（080500）5 人。</w:t>
      </w:r>
    </w:p>
    <w:p>
      <w:pPr>
        <w:spacing w:before="160" w:after="80" w:lineRule="auto" w:line="360"/>
        <w:jc w:val="left"/>
      </w:pPr>
      <w:r>
        <w:rPr>
          <w:rFonts w:ascii="Times New Roman" w:hAnsi="Times New Roman" w:eastAsia="宋体"/>
          <w:b/>
          <w:sz w:val="28"/>
        </w:rPr>
        <w:t>六、名单明细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报名号后四位</w:t>
            </w:r>
          </w:p>
        </w:tc>
        <w:tc>
          <w:tcPr>
            <w:tcW w:type="dxa" w:w="1439"/>
          </w:tcPr>
          <w:p>
            <w:pPr>
              <w:spacing w:after="20" w:before="20"/>
            </w:pPr>
            <w:r/>
            <w:r>
              <w:rPr>
                <w:rFonts w:ascii="Times New Roman" w:hAnsi="Times New Roman" w:eastAsia="宋体"/>
                <w:b/>
                <w:sz w:val="21"/>
              </w:rPr>
              <w:t>录取类别</w:t>
            </w:r>
          </w:p>
        </w:tc>
        <w:tc>
          <w:tcPr>
            <w:tcW w:type="dxa" w:w="1439"/>
          </w:tcPr>
          <w:p>
            <w:pPr>
              <w:spacing w:after="20" w:before="20"/>
            </w:pPr>
            <w:r/>
            <w:r>
              <w:rPr>
                <w:rFonts w:ascii="Times New Roman" w:hAnsi="Times New Roman" w:eastAsia="宋体"/>
                <w:b/>
                <w:sz w:val="21"/>
              </w:rPr>
              <w:t>录取学院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r>
      <w:tr>
        <w:tc>
          <w:tcPr>
            <w:tcW w:type="dxa" w:w="1439"/>
          </w:tcPr>
          <w:p>
            <w:pPr>
              <w:spacing w:after="20" w:before="20"/>
            </w:pPr>
            <w:r/>
            <w:r>
              <w:rPr>
                <w:rFonts w:ascii="Times New Roman" w:hAnsi="Times New Roman" w:eastAsia="宋体"/>
                <w:b w:val="0"/>
                <w:sz w:val="21"/>
              </w:rPr>
              <w:t>王鹏豪</w:t>
            </w:r>
          </w:p>
        </w:tc>
        <w:tc>
          <w:tcPr>
            <w:tcW w:type="dxa" w:w="1439"/>
          </w:tcPr>
          <w:p>
            <w:pPr>
              <w:spacing w:after="20" w:before="20"/>
            </w:pPr>
            <w:r/>
            <w:r>
              <w:rPr>
                <w:rFonts w:ascii="Times New Roman" w:hAnsi="Times New Roman" w:eastAsia="宋体"/>
                <w:b w:val="0"/>
                <w:sz w:val="21"/>
              </w:rPr>
              <w:t>001X</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王璞熙</w:t>
            </w:r>
          </w:p>
        </w:tc>
        <w:tc>
          <w:tcPr>
            <w:tcW w:type="dxa" w:w="1439"/>
          </w:tcPr>
          <w:p>
            <w:pPr>
              <w:spacing w:after="20" w:before="20"/>
            </w:pPr>
            <w:r/>
            <w:r>
              <w:rPr>
                <w:rFonts w:ascii="Times New Roman" w:hAnsi="Times New Roman" w:eastAsia="宋体"/>
                <w:b w:val="0"/>
                <w:sz w:val="21"/>
              </w:rPr>
              <w:t>1236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王琦茗</w:t>
            </w:r>
          </w:p>
        </w:tc>
        <w:tc>
          <w:tcPr>
            <w:tcW w:type="dxa" w:w="1439"/>
          </w:tcPr>
          <w:p>
            <w:pPr>
              <w:spacing w:after="20" w:before="20"/>
            </w:pPr>
            <w:r/>
            <w:r>
              <w:rPr>
                <w:rFonts w:ascii="Times New Roman" w:hAnsi="Times New Roman" w:eastAsia="宋体"/>
                <w:b w:val="0"/>
                <w:sz w:val="21"/>
              </w:rPr>
              <w:t>3912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王书怡</w:t>
            </w:r>
          </w:p>
        </w:tc>
        <w:tc>
          <w:tcPr>
            <w:tcW w:type="dxa" w:w="1439"/>
          </w:tcPr>
          <w:p>
            <w:pPr>
              <w:spacing w:after="20" w:before="20"/>
            </w:pPr>
            <w:r/>
            <w:r>
              <w:rPr>
                <w:rFonts w:ascii="Times New Roman" w:hAnsi="Times New Roman" w:eastAsia="宋体"/>
                <w:b w:val="0"/>
                <w:sz w:val="21"/>
              </w:rPr>
              <w:t>7226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王述白</w:t>
            </w:r>
          </w:p>
        </w:tc>
        <w:tc>
          <w:tcPr>
            <w:tcW w:type="dxa" w:w="1439"/>
          </w:tcPr>
          <w:p>
            <w:pPr>
              <w:spacing w:after="20" w:before="20"/>
            </w:pPr>
            <w:r/>
            <w:r>
              <w:rPr>
                <w:rFonts w:ascii="Times New Roman" w:hAnsi="Times New Roman" w:eastAsia="宋体"/>
                <w:b w:val="0"/>
                <w:sz w:val="21"/>
              </w:rPr>
              <w:t>8310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王思雅</w:t>
            </w:r>
          </w:p>
        </w:tc>
        <w:tc>
          <w:tcPr>
            <w:tcW w:type="dxa" w:w="1439"/>
          </w:tcPr>
          <w:p>
            <w:pPr>
              <w:spacing w:after="20" w:before="20"/>
            </w:pPr>
            <w:r/>
            <w:r>
              <w:rPr>
                <w:rFonts w:ascii="Times New Roman" w:hAnsi="Times New Roman" w:eastAsia="宋体"/>
                <w:b w:val="0"/>
                <w:sz w:val="21"/>
              </w:rPr>
              <w:t>1540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王维箴</w:t>
            </w:r>
          </w:p>
        </w:tc>
        <w:tc>
          <w:tcPr>
            <w:tcW w:type="dxa" w:w="1439"/>
          </w:tcPr>
          <w:p>
            <w:pPr>
              <w:spacing w:after="20" w:before="20"/>
            </w:pPr>
            <w:r/>
            <w:r>
              <w:rPr>
                <w:rFonts w:ascii="Times New Roman" w:hAnsi="Times New Roman" w:eastAsia="宋体"/>
                <w:b w:val="0"/>
                <w:sz w:val="21"/>
              </w:rPr>
              <w:t>2414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王伟丰</w:t>
            </w:r>
          </w:p>
        </w:tc>
        <w:tc>
          <w:tcPr>
            <w:tcW w:type="dxa" w:w="1439"/>
          </w:tcPr>
          <w:p>
            <w:pPr>
              <w:spacing w:after="20" w:before="20"/>
            </w:pPr>
            <w:r/>
            <w:r>
              <w:rPr>
                <w:rFonts w:ascii="Times New Roman" w:hAnsi="Times New Roman" w:eastAsia="宋体"/>
                <w:b w:val="0"/>
                <w:sz w:val="21"/>
              </w:rPr>
              <w:t>0095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王鑫</w:t>
            </w:r>
          </w:p>
        </w:tc>
        <w:tc>
          <w:tcPr>
            <w:tcW w:type="dxa" w:w="1439"/>
          </w:tcPr>
          <w:p>
            <w:pPr>
              <w:spacing w:after="20" w:before="20"/>
            </w:pPr>
            <w:r/>
            <w:r>
              <w:rPr>
                <w:rFonts w:ascii="Times New Roman" w:hAnsi="Times New Roman" w:eastAsia="宋体"/>
                <w:b w:val="0"/>
                <w:sz w:val="21"/>
              </w:rPr>
              <w:t>2815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王艺涵</w:t>
            </w:r>
          </w:p>
        </w:tc>
        <w:tc>
          <w:tcPr>
            <w:tcW w:type="dxa" w:w="1439"/>
          </w:tcPr>
          <w:p>
            <w:pPr>
              <w:spacing w:after="20" w:before="20"/>
            </w:pPr>
            <w:r/>
            <w:r>
              <w:rPr>
                <w:rFonts w:ascii="Times New Roman" w:hAnsi="Times New Roman" w:eastAsia="宋体"/>
                <w:b w:val="0"/>
                <w:sz w:val="21"/>
              </w:rPr>
              <w:t>0520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王有为</w:t>
            </w:r>
          </w:p>
        </w:tc>
        <w:tc>
          <w:tcPr>
            <w:tcW w:type="dxa" w:w="1439"/>
          </w:tcPr>
          <w:p>
            <w:pPr>
              <w:spacing w:after="20" w:before="20"/>
            </w:pPr>
            <w:r/>
            <w:r>
              <w:rPr>
                <w:rFonts w:ascii="Times New Roman" w:hAnsi="Times New Roman" w:eastAsia="宋体"/>
                <w:b w:val="0"/>
                <w:sz w:val="21"/>
              </w:rPr>
              <w:t>5919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王喆</w:t>
            </w:r>
          </w:p>
        </w:tc>
        <w:tc>
          <w:tcPr>
            <w:tcW w:type="dxa" w:w="1439"/>
          </w:tcPr>
          <w:p>
            <w:pPr>
              <w:spacing w:after="20" w:before="20"/>
            </w:pPr>
            <w:r/>
            <w:r>
              <w:rPr>
                <w:rFonts w:ascii="Times New Roman" w:hAnsi="Times New Roman" w:eastAsia="宋体"/>
                <w:b w:val="0"/>
                <w:sz w:val="21"/>
              </w:rPr>
              <w:t>0017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王志翀</w:t>
            </w:r>
          </w:p>
        </w:tc>
        <w:tc>
          <w:tcPr>
            <w:tcW w:type="dxa" w:w="1439"/>
          </w:tcPr>
          <w:p>
            <w:pPr>
              <w:spacing w:after="20" w:before="20"/>
            </w:pPr>
            <w:r/>
            <w:r>
              <w:rPr>
                <w:rFonts w:ascii="Times New Roman" w:hAnsi="Times New Roman" w:eastAsia="宋体"/>
                <w:b w:val="0"/>
                <w:sz w:val="21"/>
              </w:rPr>
              <w:t>0059</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王智豪</w:t>
            </w:r>
          </w:p>
        </w:tc>
        <w:tc>
          <w:tcPr>
            <w:tcW w:type="dxa" w:w="1439"/>
          </w:tcPr>
          <w:p>
            <w:pPr>
              <w:spacing w:after="20" w:before="20"/>
            </w:pPr>
            <w:r/>
            <w:r>
              <w:rPr>
                <w:rFonts w:ascii="Times New Roman" w:hAnsi="Times New Roman" w:eastAsia="宋体"/>
                <w:b w:val="0"/>
                <w:sz w:val="21"/>
              </w:rPr>
              <w:t>2411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王忠椅</w:t>
            </w:r>
          </w:p>
        </w:tc>
        <w:tc>
          <w:tcPr>
            <w:tcW w:type="dxa" w:w="1439"/>
          </w:tcPr>
          <w:p>
            <w:pPr>
              <w:spacing w:after="20" w:before="20"/>
            </w:pPr>
            <w:r/>
            <w:r>
              <w:rPr>
                <w:rFonts w:ascii="Times New Roman" w:hAnsi="Times New Roman" w:eastAsia="宋体"/>
                <w:b w:val="0"/>
                <w:sz w:val="21"/>
              </w:rPr>
              <w:t>0910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王子熙</w:t>
            </w:r>
          </w:p>
        </w:tc>
        <w:tc>
          <w:tcPr>
            <w:tcW w:type="dxa" w:w="1439"/>
          </w:tcPr>
          <w:p>
            <w:pPr>
              <w:spacing w:after="20" w:before="20"/>
            </w:pPr>
            <w:r/>
            <w:r>
              <w:rPr>
                <w:rFonts w:ascii="Times New Roman" w:hAnsi="Times New Roman" w:eastAsia="宋体"/>
                <w:b w:val="0"/>
                <w:sz w:val="21"/>
              </w:rPr>
              <w:t>0034</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王子轩</w:t>
            </w:r>
          </w:p>
        </w:tc>
        <w:tc>
          <w:tcPr>
            <w:tcW w:type="dxa" w:w="1439"/>
          </w:tcPr>
          <w:p>
            <w:pPr>
              <w:spacing w:after="20" w:before="20"/>
            </w:pPr>
            <w:r/>
            <w:r>
              <w:rPr>
                <w:rFonts w:ascii="Times New Roman" w:hAnsi="Times New Roman" w:eastAsia="宋体"/>
                <w:b w:val="0"/>
                <w:sz w:val="21"/>
              </w:rPr>
              <w:t>0010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王紫怡</w:t>
            </w:r>
          </w:p>
        </w:tc>
        <w:tc>
          <w:tcPr>
            <w:tcW w:type="dxa" w:w="1439"/>
          </w:tcPr>
          <w:p>
            <w:pPr>
              <w:spacing w:after="20" w:before="20"/>
            </w:pPr>
            <w:r/>
            <w:r>
              <w:rPr>
                <w:rFonts w:ascii="Times New Roman" w:hAnsi="Times New Roman" w:eastAsia="宋体"/>
                <w:b w:val="0"/>
                <w:sz w:val="21"/>
              </w:rPr>
              <w:t>4607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魏志硕</w:t>
            </w:r>
          </w:p>
        </w:tc>
        <w:tc>
          <w:tcPr>
            <w:tcW w:type="dxa" w:w="1439"/>
          </w:tcPr>
          <w:p>
            <w:pPr>
              <w:spacing w:after="20" w:before="20"/>
            </w:pPr>
            <w:r/>
            <w:r>
              <w:rPr>
                <w:rFonts w:ascii="Times New Roman" w:hAnsi="Times New Roman" w:eastAsia="宋体"/>
                <w:b w:val="0"/>
                <w:sz w:val="21"/>
              </w:rPr>
              <w:t>0391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温廷华</w:t>
            </w:r>
          </w:p>
        </w:tc>
        <w:tc>
          <w:tcPr>
            <w:tcW w:type="dxa" w:w="1439"/>
          </w:tcPr>
          <w:p>
            <w:pPr>
              <w:spacing w:after="20" w:before="20"/>
            </w:pPr>
            <w:r/>
            <w:r>
              <w:rPr>
                <w:rFonts w:ascii="Times New Roman" w:hAnsi="Times New Roman" w:eastAsia="宋体"/>
                <w:b w:val="0"/>
                <w:sz w:val="21"/>
              </w:rPr>
              <w:t>0032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吴澄</w:t>
            </w:r>
          </w:p>
        </w:tc>
        <w:tc>
          <w:tcPr>
            <w:tcW w:type="dxa" w:w="1439"/>
          </w:tcPr>
          <w:p>
            <w:pPr>
              <w:spacing w:after="20" w:before="20"/>
            </w:pPr>
            <w:r/>
            <w:r>
              <w:rPr>
                <w:rFonts w:ascii="Times New Roman" w:hAnsi="Times New Roman" w:eastAsia="宋体"/>
                <w:b w:val="0"/>
                <w:sz w:val="21"/>
              </w:rPr>
              <w:t>5628</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吴浩宇</w:t>
            </w:r>
          </w:p>
        </w:tc>
        <w:tc>
          <w:tcPr>
            <w:tcW w:type="dxa" w:w="1439"/>
          </w:tcPr>
          <w:p>
            <w:pPr>
              <w:spacing w:after="20" w:before="20"/>
            </w:pPr>
            <w:r/>
            <w:r>
              <w:rPr>
                <w:rFonts w:ascii="Times New Roman" w:hAnsi="Times New Roman" w:eastAsia="宋体"/>
                <w:b w:val="0"/>
                <w:sz w:val="21"/>
              </w:rPr>
              <w:t>6413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吴俊贤</w:t>
            </w:r>
          </w:p>
        </w:tc>
        <w:tc>
          <w:tcPr>
            <w:tcW w:type="dxa" w:w="1439"/>
          </w:tcPr>
          <w:p>
            <w:pPr>
              <w:spacing w:after="20" w:before="20"/>
            </w:pPr>
            <w:r/>
            <w:r>
              <w:rPr>
                <w:rFonts w:ascii="Times New Roman" w:hAnsi="Times New Roman" w:eastAsia="宋体"/>
                <w:b w:val="0"/>
                <w:sz w:val="21"/>
              </w:rPr>
              <w:t>1919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吴立雯</w:t>
            </w:r>
          </w:p>
        </w:tc>
        <w:tc>
          <w:tcPr>
            <w:tcW w:type="dxa" w:w="1439"/>
          </w:tcPr>
          <w:p>
            <w:pPr>
              <w:spacing w:after="20" w:before="20"/>
            </w:pPr>
            <w:r/>
            <w:r>
              <w:rPr>
                <w:rFonts w:ascii="Times New Roman" w:hAnsi="Times New Roman" w:eastAsia="宋体"/>
                <w:b w:val="0"/>
                <w:sz w:val="21"/>
              </w:rPr>
              <w:t>0024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吴明正</w:t>
            </w:r>
          </w:p>
        </w:tc>
        <w:tc>
          <w:tcPr>
            <w:tcW w:type="dxa" w:w="1439"/>
          </w:tcPr>
          <w:p>
            <w:pPr>
              <w:spacing w:after="20" w:before="20"/>
            </w:pPr>
            <w:r/>
            <w:r>
              <w:rPr>
                <w:rFonts w:ascii="Times New Roman" w:hAnsi="Times New Roman" w:eastAsia="宋体"/>
                <w:b w:val="0"/>
                <w:sz w:val="21"/>
              </w:rPr>
              <w:t>501X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吴祥仪</w:t>
            </w:r>
          </w:p>
        </w:tc>
        <w:tc>
          <w:tcPr>
            <w:tcW w:type="dxa" w:w="1439"/>
          </w:tcPr>
          <w:p>
            <w:pPr>
              <w:spacing w:after="20" w:before="20"/>
            </w:pPr>
            <w:r/>
            <w:r>
              <w:rPr>
                <w:rFonts w:ascii="Times New Roman" w:hAnsi="Times New Roman" w:eastAsia="宋体"/>
                <w:b w:val="0"/>
                <w:sz w:val="21"/>
              </w:rPr>
              <w:t>3718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吴逸风</w:t>
            </w:r>
          </w:p>
        </w:tc>
        <w:tc>
          <w:tcPr>
            <w:tcW w:type="dxa" w:w="1439"/>
          </w:tcPr>
          <w:p>
            <w:pPr>
              <w:spacing w:after="20" w:before="20"/>
            </w:pPr>
            <w:r/>
            <w:r>
              <w:rPr>
                <w:rFonts w:ascii="Times New Roman" w:hAnsi="Times New Roman" w:eastAsia="宋体"/>
                <w:b w:val="0"/>
                <w:sz w:val="21"/>
              </w:rPr>
              <w:t>3627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吴宇情</w:t>
            </w:r>
          </w:p>
        </w:tc>
        <w:tc>
          <w:tcPr>
            <w:tcW w:type="dxa" w:w="1439"/>
          </w:tcPr>
          <w:p>
            <w:pPr>
              <w:spacing w:after="20" w:before="20"/>
            </w:pPr>
            <w:r/>
            <w:r>
              <w:rPr>
                <w:rFonts w:ascii="Times New Roman" w:hAnsi="Times New Roman" w:eastAsia="宋体"/>
                <w:b w:val="0"/>
                <w:sz w:val="21"/>
              </w:rPr>
              <w:t>1967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吴志迪</w:t>
            </w:r>
          </w:p>
        </w:tc>
        <w:tc>
          <w:tcPr>
            <w:tcW w:type="dxa" w:w="1439"/>
          </w:tcPr>
          <w:p>
            <w:pPr>
              <w:spacing w:after="20" w:before="20"/>
            </w:pPr>
            <w:r/>
            <w:r>
              <w:rPr>
                <w:rFonts w:ascii="Times New Roman" w:hAnsi="Times New Roman" w:eastAsia="宋体"/>
                <w:b w:val="0"/>
                <w:sz w:val="21"/>
              </w:rPr>
              <w:t>4018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伍晨</w:t>
            </w:r>
          </w:p>
        </w:tc>
        <w:tc>
          <w:tcPr>
            <w:tcW w:type="dxa" w:w="1439"/>
          </w:tcPr>
          <w:p>
            <w:pPr>
              <w:spacing w:after="20" w:before="20"/>
            </w:pPr>
            <w:r/>
            <w:r>
              <w:rPr>
                <w:rFonts w:ascii="Times New Roman" w:hAnsi="Times New Roman" w:eastAsia="宋体"/>
                <w:b w:val="0"/>
                <w:sz w:val="21"/>
              </w:rPr>
              <w:t>3020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夏磊</w:t>
            </w:r>
          </w:p>
        </w:tc>
        <w:tc>
          <w:tcPr>
            <w:tcW w:type="dxa" w:w="1439"/>
          </w:tcPr>
          <w:p>
            <w:pPr>
              <w:spacing w:after="20" w:before="20"/>
            </w:pPr>
            <w:r/>
            <w:r>
              <w:rPr>
                <w:rFonts w:ascii="Times New Roman" w:hAnsi="Times New Roman" w:eastAsia="宋体"/>
                <w:b w:val="0"/>
                <w:sz w:val="21"/>
              </w:rPr>
              <w:t>2312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夏旗</w:t>
            </w:r>
          </w:p>
        </w:tc>
        <w:tc>
          <w:tcPr>
            <w:tcW w:type="dxa" w:w="1439"/>
          </w:tcPr>
          <w:p>
            <w:pPr>
              <w:spacing w:after="20" w:before="20"/>
            </w:pPr>
            <w:r/>
            <w:r>
              <w:rPr>
                <w:rFonts w:ascii="Times New Roman" w:hAnsi="Times New Roman" w:eastAsia="宋体"/>
                <w:b w:val="0"/>
                <w:sz w:val="21"/>
              </w:rPr>
              <w:t>8045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夏维阳</w:t>
            </w:r>
          </w:p>
        </w:tc>
        <w:tc>
          <w:tcPr>
            <w:tcW w:type="dxa" w:w="1439"/>
          </w:tcPr>
          <w:p>
            <w:pPr>
              <w:spacing w:after="20" w:before="20"/>
            </w:pPr>
            <w:r/>
            <w:r>
              <w:rPr>
                <w:rFonts w:ascii="Times New Roman" w:hAnsi="Times New Roman" w:eastAsia="宋体"/>
                <w:b w:val="0"/>
                <w:sz w:val="21"/>
              </w:rPr>
              <w:t>2011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项彦凯</w:t>
            </w:r>
          </w:p>
        </w:tc>
        <w:tc>
          <w:tcPr>
            <w:tcW w:type="dxa" w:w="1439"/>
          </w:tcPr>
          <w:p>
            <w:pPr>
              <w:spacing w:after="20" w:before="20"/>
            </w:pPr>
            <w:r/>
            <w:r>
              <w:rPr>
                <w:rFonts w:ascii="Times New Roman" w:hAnsi="Times New Roman" w:eastAsia="宋体"/>
                <w:b w:val="0"/>
                <w:sz w:val="21"/>
              </w:rPr>
              <w:t>0016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肖超</w:t>
            </w:r>
          </w:p>
        </w:tc>
        <w:tc>
          <w:tcPr>
            <w:tcW w:type="dxa" w:w="1439"/>
          </w:tcPr>
          <w:p>
            <w:pPr>
              <w:spacing w:after="20" w:before="20"/>
            </w:pPr>
            <w:r/>
            <w:r>
              <w:rPr>
                <w:rFonts w:ascii="Times New Roman" w:hAnsi="Times New Roman" w:eastAsia="宋体"/>
                <w:b w:val="0"/>
                <w:sz w:val="21"/>
              </w:rPr>
              <w:t>0101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肖佳伟</w:t>
            </w:r>
          </w:p>
        </w:tc>
        <w:tc>
          <w:tcPr>
            <w:tcW w:type="dxa" w:w="1439"/>
          </w:tcPr>
          <w:p>
            <w:pPr>
              <w:spacing w:after="20" w:before="20"/>
            </w:pPr>
            <w:r/>
            <w:r>
              <w:rPr>
                <w:rFonts w:ascii="Times New Roman" w:hAnsi="Times New Roman" w:eastAsia="宋体"/>
                <w:b w:val="0"/>
                <w:sz w:val="21"/>
              </w:rPr>
              <w:t>0317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肖锦熙</w:t>
            </w:r>
          </w:p>
        </w:tc>
        <w:tc>
          <w:tcPr>
            <w:tcW w:type="dxa" w:w="1439"/>
          </w:tcPr>
          <w:p>
            <w:pPr>
              <w:spacing w:after="20" w:before="20"/>
            </w:pPr>
            <w:r/>
            <w:r>
              <w:rPr>
                <w:rFonts w:ascii="Times New Roman" w:hAnsi="Times New Roman" w:eastAsia="宋体"/>
                <w:b w:val="0"/>
                <w:sz w:val="21"/>
              </w:rPr>
              <w:t>0074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肖相宜</w:t>
            </w:r>
          </w:p>
        </w:tc>
        <w:tc>
          <w:tcPr>
            <w:tcW w:type="dxa" w:w="1439"/>
          </w:tcPr>
          <w:p>
            <w:pPr>
              <w:spacing w:after="20" w:before="20"/>
            </w:pPr>
            <w:r/>
            <w:r>
              <w:rPr>
                <w:rFonts w:ascii="Times New Roman" w:hAnsi="Times New Roman" w:eastAsia="宋体"/>
                <w:b w:val="0"/>
                <w:sz w:val="21"/>
              </w:rPr>
              <w:t>0928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谢嘉楠</w:t>
            </w:r>
          </w:p>
        </w:tc>
        <w:tc>
          <w:tcPr>
            <w:tcW w:type="dxa" w:w="1439"/>
          </w:tcPr>
          <w:p>
            <w:pPr>
              <w:spacing w:after="20" w:before="20"/>
            </w:pPr>
            <w:r/>
            <w:r>
              <w:rPr>
                <w:rFonts w:ascii="Times New Roman" w:hAnsi="Times New Roman" w:eastAsia="宋体"/>
                <w:b w:val="0"/>
                <w:sz w:val="21"/>
              </w:rPr>
              <w:t>5337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谢林峰</w:t>
            </w:r>
          </w:p>
        </w:tc>
        <w:tc>
          <w:tcPr>
            <w:tcW w:type="dxa" w:w="1439"/>
          </w:tcPr>
          <w:p>
            <w:pPr>
              <w:spacing w:after="20" w:before="20"/>
            </w:pPr>
            <w:r/>
            <w:r>
              <w:rPr>
                <w:rFonts w:ascii="Times New Roman" w:hAnsi="Times New Roman" w:eastAsia="宋体"/>
                <w:b w:val="0"/>
                <w:sz w:val="21"/>
              </w:rPr>
              <w:t>3515</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谢焰</w:t>
            </w:r>
          </w:p>
        </w:tc>
        <w:tc>
          <w:tcPr>
            <w:tcW w:type="dxa" w:w="1439"/>
          </w:tcPr>
          <w:p>
            <w:pPr>
              <w:spacing w:after="20" w:before="20"/>
            </w:pPr>
            <w:r/>
            <w:r>
              <w:rPr>
                <w:rFonts w:ascii="Times New Roman" w:hAnsi="Times New Roman" w:eastAsia="宋体"/>
                <w:b w:val="0"/>
                <w:sz w:val="21"/>
              </w:rPr>
              <w:t>2540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熊俊杰</w:t>
            </w:r>
          </w:p>
        </w:tc>
        <w:tc>
          <w:tcPr>
            <w:tcW w:type="dxa" w:w="1439"/>
          </w:tcPr>
          <w:p>
            <w:pPr>
              <w:spacing w:after="20" w:before="20"/>
            </w:pPr>
            <w:r/>
            <w:r>
              <w:rPr>
                <w:rFonts w:ascii="Times New Roman" w:hAnsi="Times New Roman" w:eastAsia="宋体"/>
                <w:b w:val="0"/>
                <w:sz w:val="21"/>
              </w:rPr>
              <w:t>1632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熊雯鋆</w:t>
            </w:r>
          </w:p>
        </w:tc>
        <w:tc>
          <w:tcPr>
            <w:tcW w:type="dxa" w:w="1439"/>
          </w:tcPr>
          <w:p>
            <w:pPr>
              <w:spacing w:after="20" w:before="20"/>
            </w:pPr>
            <w:r/>
            <w:r>
              <w:rPr>
                <w:rFonts w:ascii="Times New Roman" w:hAnsi="Times New Roman" w:eastAsia="宋体"/>
                <w:b w:val="0"/>
                <w:sz w:val="21"/>
              </w:rPr>
              <w:t>0021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徐灏昀</w:t>
            </w:r>
          </w:p>
        </w:tc>
        <w:tc>
          <w:tcPr>
            <w:tcW w:type="dxa" w:w="1439"/>
          </w:tcPr>
          <w:p>
            <w:pPr>
              <w:spacing w:after="20" w:before="20"/>
            </w:pPr>
            <w:r/>
            <w:r>
              <w:rPr>
                <w:rFonts w:ascii="Times New Roman" w:hAnsi="Times New Roman" w:eastAsia="宋体"/>
                <w:b w:val="0"/>
                <w:sz w:val="21"/>
              </w:rPr>
              <w:t>3719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徐嘉曼</w:t>
            </w:r>
          </w:p>
        </w:tc>
        <w:tc>
          <w:tcPr>
            <w:tcW w:type="dxa" w:w="1439"/>
          </w:tcPr>
          <w:p>
            <w:pPr>
              <w:spacing w:after="20" w:before="20"/>
            </w:pPr>
            <w:r/>
            <w:r>
              <w:rPr>
                <w:rFonts w:ascii="Times New Roman" w:hAnsi="Times New Roman" w:eastAsia="宋体"/>
                <w:b w:val="0"/>
                <w:sz w:val="21"/>
              </w:rPr>
              <w:t>0160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徐剑锋</w:t>
            </w:r>
          </w:p>
        </w:tc>
        <w:tc>
          <w:tcPr>
            <w:tcW w:type="dxa" w:w="1439"/>
          </w:tcPr>
          <w:p>
            <w:pPr>
              <w:spacing w:after="20" w:before="20"/>
            </w:pPr>
            <w:r/>
            <w:r>
              <w:rPr>
                <w:rFonts w:ascii="Times New Roman" w:hAnsi="Times New Roman" w:eastAsia="宋体"/>
                <w:b w:val="0"/>
                <w:sz w:val="21"/>
              </w:rPr>
              <w:t>3212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徐培钧</w:t>
            </w:r>
          </w:p>
        </w:tc>
        <w:tc>
          <w:tcPr>
            <w:tcW w:type="dxa" w:w="1439"/>
          </w:tcPr>
          <w:p>
            <w:pPr>
              <w:spacing w:after="20" w:before="20"/>
            </w:pPr>
            <w:r/>
            <w:r>
              <w:rPr>
                <w:rFonts w:ascii="Times New Roman" w:hAnsi="Times New Roman" w:eastAsia="宋体"/>
                <w:b w:val="0"/>
                <w:sz w:val="21"/>
              </w:rPr>
              <w:t>0816</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徐启翰</w:t>
            </w:r>
          </w:p>
        </w:tc>
        <w:tc>
          <w:tcPr>
            <w:tcW w:type="dxa" w:w="1439"/>
          </w:tcPr>
          <w:p>
            <w:pPr>
              <w:spacing w:after="20" w:before="20"/>
            </w:pPr>
            <w:r/>
            <w:r>
              <w:rPr>
                <w:rFonts w:ascii="Times New Roman" w:hAnsi="Times New Roman" w:eastAsia="宋体"/>
                <w:b w:val="0"/>
                <w:sz w:val="21"/>
              </w:rPr>
              <w:t>7514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徐若川</w:t>
            </w:r>
          </w:p>
        </w:tc>
        <w:tc>
          <w:tcPr>
            <w:tcW w:type="dxa" w:w="1439"/>
          </w:tcPr>
          <w:p>
            <w:pPr>
              <w:spacing w:after="20" w:before="20"/>
            </w:pPr>
            <w:r/>
            <w:r>
              <w:rPr>
                <w:rFonts w:ascii="Times New Roman" w:hAnsi="Times New Roman" w:eastAsia="宋体"/>
                <w:b w:val="0"/>
                <w:sz w:val="21"/>
              </w:rPr>
              <w:t>8712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徐思捷</w:t>
            </w:r>
          </w:p>
        </w:tc>
        <w:tc>
          <w:tcPr>
            <w:tcW w:type="dxa" w:w="1439"/>
          </w:tcPr>
          <w:p>
            <w:pPr>
              <w:spacing w:after="20" w:before="20"/>
            </w:pPr>
            <w:r/>
            <w:r>
              <w:rPr>
                <w:rFonts w:ascii="Times New Roman" w:hAnsi="Times New Roman" w:eastAsia="宋体"/>
                <w:b w:val="0"/>
                <w:sz w:val="21"/>
              </w:rPr>
              <w:t>0415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徐肖毅</w:t>
            </w:r>
          </w:p>
        </w:tc>
        <w:tc>
          <w:tcPr>
            <w:tcW w:type="dxa" w:w="1439"/>
          </w:tcPr>
          <w:p>
            <w:pPr>
              <w:spacing w:after="20" w:before="20"/>
            </w:pPr>
            <w:r/>
            <w:r>
              <w:rPr>
                <w:rFonts w:ascii="Times New Roman" w:hAnsi="Times New Roman" w:eastAsia="宋体"/>
                <w:b w:val="0"/>
                <w:sz w:val="21"/>
              </w:rPr>
              <w:t>1012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徐媛</w:t>
            </w:r>
          </w:p>
        </w:tc>
        <w:tc>
          <w:tcPr>
            <w:tcW w:type="dxa" w:w="1439"/>
          </w:tcPr>
          <w:p>
            <w:pPr>
              <w:spacing w:after="20" w:before="20"/>
            </w:pPr>
            <w:r/>
            <w:r>
              <w:rPr>
                <w:rFonts w:ascii="Times New Roman" w:hAnsi="Times New Roman" w:eastAsia="宋体"/>
                <w:b w:val="0"/>
                <w:sz w:val="21"/>
              </w:rPr>
              <w:t>112X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徐云飞</w:t>
            </w:r>
          </w:p>
        </w:tc>
        <w:tc>
          <w:tcPr>
            <w:tcW w:type="dxa" w:w="1439"/>
          </w:tcPr>
          <w:p>
            <w:pPr>
              <w:spacing w:after="20" w:before="20"/>
            </w:pPr>
            <w:r/>
            <w:r>
              <w:rPr>
                <w:rFonts w:ascii="Times New Roman" w:hAnsi="Times New Roman" w:eastAsia="宋体"/>
                <w:b w:val="0"/>
                <w:sz w:val="21"/>
              </w:rPr>
              <w:t>3917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许多</w:t>
            </w:r>
          </w:p>
        </w:tc>
        <w:tc>
          <w:tcPr>
            <w:tcW w:type="dxa" w:w="1439"/>
          </w:tcPr>
          <w:p>
            <w:pPr>
              <w:spacing w:after="20" w:before="20"/>
            </w:pPr>
            <w:r/>
            <w:r>
              <w:rPr>
                <w:rFonts w:ascii="Times New Roman" w:hAnsi="Times New Roman" w:eastAsia="宋体"/>
                <w:b w:val="0"/>
                <w:sz w:val="21"/>
              </w:rPr>
              <w:t>0526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许高远</w:t>
            </w:r>
          </w:p>
        </w:tc>
        <w:tc>
          <w:tcPr>
            <w:tcW w:type="dxa" w:w="1439"/>
          </w:tcPr>
          <w:p>
            <w:pPr>
              <w:spacing w:after="20" w:before="20"/>
            </w:pPr>
            <w:r/>
            <w:r>
              <w:rPr>
                <w:rFonts w:ascii="Times New Roman" w:hAnsi="Times New Roman" w:eastAsia="宋体"/>
                <w:b w:val="0"/>
                <w:sz w:val="21"/>
              </w:rPr>
              <w:t>511X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许家睿</w:t>
            </w:r>
          </w:p>
        </w:tc>
        <w:tc>
          <w:tcPr>
            <w:tcW w:type="dxa" w:w="1439"/>
          </w:tcPr>
          <w:p>
            <w:pPr>
              <w:spacing w:after="20" w:before="20"/>
            </w:pPr>
            <w:r/>
            <w:r>
              <w:rPr>
                <w:rFonts w:ascii="Times New Roman" w:hAnsi="Times New Roman" w:eastAsia="宋体"/>
                <w:b w:val="0"/>
                <w:sz w:val="21"/>
              </w:rPr>
              <w:t>3512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许磊</w:t>
            </w:r>
          </w:p>
        </w:tc>
        <w:tc>
          <w:tcPr>
            <w:tcW w:type="dxa" w:w="1439"/>
          </w:tcPr>
          <w:p>
            <w:pPr>
              <w:spacing w:after="20" w:before="20"/>
            </w:pPr>
            <w:r/>
            <w:r>
              <w:rPr>
                <w:rFonts w:ascii="Times New Roman" w:hAnsi="Times New Roman" w:eastAsia="宋体"/>
                <w:b w:val="0"/>
                <w:sz w:val="21"/>
              </w:rPr>
              <w:t>0039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许艳铃</w:t>
            </w:r>
          </w:p>
        </w:tc>
        <w:tc>
          <w:tcPr>
            <w:tcW w:type="dxa" w:w="1439"/>
          </w:tcPr>
          <w:p>
            <w:pPr>
              <w:spacing w:after="20" w:before="20"/>
            </w:pPr>
            <w:r/>
            <w:r>
              <w:rPr>
                <w:rFonts w:ascii="Times New Roman" w:hAnsi="Times New Roman" w:eastAsia="宋体"/>
                <w:b w:val="0"/>
                <w:sz w:val="21"/>
              </w:rPr>
              <w:t>7544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许月桦</w:t>
            </w:r>
          </w:p>
        </w:tc>
        <w:tc>
          <w:tcPr>
            <w:tcW w:type="dxa" w:w="1439"/>
          </w:tcPr>
          <w:p>
            <w:pPr>
              <w:spacing w:after="20" w:before="20"/>
            </w:pPr>
            <w:r/>
            <w:r>
              <w:rPr>
                <w:rFonts w:ascii="Times New Roman" w:hAnsi="Times New Roman" w:eastAsia="宋体"/>
                <w:b w:val="0"/>
                <w:sz w:val="21"/>
              </w:rPr>
              <w:t>1023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许增玺</w:t>
            </w:r>
          </w:p>
        </w:tc>
        <w:tc>
          <w:tcPr>
            <w:tcW w:type="dxa" w:w="1439"/>
          </w:tcPr>
          <w:p>
            <w:pPr>
              <w:spacing w:after="20" w:before="20"/>
            </w:pPr>
            <w:r/>
            <w:r>
              <w:rPr>
                <w:rFonts w:ascii="Times New Roman" w:hAnsi="Times New Roman" w:eastAsia="宋体"/>
                <w:b w:val="0"/>
                <w:sz w:val="21"/>
              </w:rPr>
              <w:t>1018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薛镐</w:t>
            </w:r>
          </w:p>
        </w:tc>
        <w:tc>
          <w:tcPr>
            <w:tcW w:type="dxa" w:w="1439"/>
          </w:tcPr>
          <w:p>
            <w:pPr>
              <w:spacing w:after="20" w:before="20"/>
            </w:pPr>
            <w:r/>
            <w:r>
              <w:rPr>
                <w:rFonts w:ascii="Times New Roman" w:hAnsi="Times New Roman" w:eastAsia="宋体"/>
                <w:b w:val="0"/>
                <w:sz w:val="21"/>
              </w:rPr>
              <w:t>6155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薛尚非</w:t>
            </w:r>
          </w:p>
        </w:tc>
        <w:tc>
          <w:tcPr>
            <w:tcW w:type="dxa" w:w="1439"/>
          </w:tcPr>
          <w:p>
            <w:pPr>
              <w:spacing w:after="20" w:before="20"/>
            </w:pPr>
            <w:r/>
            <w:r>
              <w:rPr>
                <w:rFonts w:ascii="Times New Roman" w:hAnsi="Times New Roman" w:eastAsia="宋体"/>
                <w:b w:val="0"/>
                <w:sz w:val="21"/>
              </w:rPr>
              <w:t>0011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薛文昊</w:t>
            </w:r>
          </w:p>
        </w:tc>
        <w:tc>
          <w:tcPr>
            <w:tcW w:type="dxa" w:w="1439"/>
          </w:tcPr>
          <w:p>
            <w:pPr>
              <w:spacing w:after="20" w:before="20"/>
            </w:pPr>
            <w:r/>
            <w:r>
              <w:rPr>
                <w:rFonts w:ascii="Times New Roman" w:hAnsi="Times New Roman" w:eastAsia="宋体"/>
                <w:b w:val="0"/>
                <w:sz w:val="21"/>
              </w:rPr>
              <w:t>0317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薛艺琳</w:t>
            </w:r>
          </w:p>
        </w:tc>
        <w:tc>
          <w:tcPr>
            <w:tcW w:type="dxa" w:w="1439"/>
          </w:tcPr>
          <w:p>
            <w:pPr>
              <w:spacing w:after="20" w:before="20"/>
            </w:pPr>
            <w:r/>
            <w:r>
              <w:rPr>
                <w:rFonts w:ascii="Times New Roman" w:hAnsi="Times New Roman" w:eastAsia="宋体"/>
                <w:b w:val="0"/>
                <w:sz w:val="21"/>
              </w:rPr>
              <w:t>1024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闫天尧</w:t>
            </w:r>
          </w:p>
        </w:tc>
        <w:tc>
          <w:tcPr>
            <w:tcW w:type="dxa" w:w="1439"/>
          </w:tcPr>
          <w:p>
            <w:pPr>
              <w:spacing w:after="20" w:before="20"/>
            </w:pPr>
            <w:r/>
            <w:r>
              <w:rPr>
                <w:rFonts w:ascii="Times New Roman" w:hAnsi="Times New Roman" w:eastAsia="宋体"/>
                <w:b w:val="0"/>
                <w:sz w:val="21"/>
              </w:rPr>
              <w:t>165X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严伟</w:t>
            </w:r>
          </w:p>
        </w:tc>
        <w:tc>
          <w:tcPr>
            <w:tcW w:type="dxa" w:w="1439"/>
          </w:tcPr>
          <w:p>
            <w:pPr>
              <w:spacing w:after="20" w:before="20"/>
            </w:pPr>
            <w:r/>
            <w:r>
              <w:rPr>
                <w:rFonts w:ascii="Times New Roman" w:hAnsi="Times New Roman" w:eastAsia="宋体"/>
                <w:b w:val="0"/>
                <w:sz w:val="21"/>
              </w:rPr>
              <w:t>0036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颜晨旭</w:t>
            </w:r>
          </w:p>
        </w:tc>
        <w:tc>
          <w:tcPr>
            <w:tcW w:type="dxa" w:w="1439"/>
          </w:tcPr>
          <w:p>
            <w:pPr>
              <w:spacing w:after="20" w:before="20"/>
            </w:pPr>
            <w:r/>
            <w:r>
              <w:rPr>
                <w:rFonts w:ascii="Times New Roman" w:hAnsi="Times New Roman" w:eastAsia="宋体"/>
                <w:b w:val="0"/>
                <w:sz w:val="21"/>
              </w:rPr>
              <w:t>5427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杨典宏</w:t>
            </w:r>
          </w:p>
        </w:tc>
        <w:tc>
          <w:tcPr>
            <w:tcW w:type="dxa" w:w="1439"/>
          </w:tcPr>
          <w:p>
            <w:pPr>
              <w:spacing w:after="20" w:before="20"/>
            </w:pPr>
            <w:r/>
            <w:r>
              <w:rPr>
                <w:rFonts w:ascii="Times New Roman" w:hAnsi="Times New Roman" w:eastAsia="宋体"/>
                <w:b w:val="0"/>
                <w:sz w:val="21"/>
              </w:rPr>
              <w:t>2218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杨鸽</w:t>
            </w:r>
          </w:p>
        </w:tc>
        <w:tc>
          <w:tcPr>
            <w:tcW w:type="dxa" w:w="1439"/>
          </w:tcPr>
          <w:p>
            <w:pPr>
              <w:spacing w:after="20" w:before="20"/>
            </w:pPr>
            <w:r/>
            <w:r>
              <w:rPr>
                <w:rFonts w:ascii="Times New Roman" w:hAnsi="Times New Roman" w:eastAsia="宋体"/>
                <w:b w:val="0"/>
                <w:sz w:val="21"/>
              </w:rPr>
              <w:t>5621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杨浩琦</w:t>
            </w:r>
          </w:p>
        </w:tc>
        <w:tc>
          <w:tcPr>
            <w:tcW w:type="dxa" w:w="1439"/>
          </w:tcPr>
          <w:p>
            <w:pPr>
              <w:spacing w:after="20" w:before="20"/>
            </w:pPr>
            <w:r/>
            <w:r>
              <w:rPr>
                <w:rFonts w:ascii="Times New Roman" w:hAnsi="Times New Roman" w:eastAsia="宋体"/>
                <w:b w:val="0"/>
                <w:sz w:val="21"/>
              </w:rPr>
              <w:t>0023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杨骏</w:t>
            </w:r>
          </w:p>
        </w:tc>
        <w:tc>
          <w:tcPr>
            <w:tcW w:type="dxa" w:w="1439"/>
          </w:tcPr>
          <w:p>
            <w:pPr>
              <w:spacing w:after="20" w:before="20"/>
            </w:pPr>
            <w:r/>
            <w:r>
              <w:rPr>
                <w:rFonts w:ascii="Times New Roman" w:hAnsi="Times New Roman" w:eastAsia="宋体"/>
                <w:b w:val="0"/>
                <w:sz w:val="21"/>
              </w:rPr>
              <w:t>4315</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杨礼</w:t>
            </w:r>
          </w:p>
        </w:tc>
        <w:tc>
          <w:tcPr>
            <w:tcW w:type="dxa" w:w="1439"/>
          </w:tcPr>
          <w:p>
            <w:pPr>
              <w:spacing w:after="20" w:before="20"/>
            </w:pPr>
            <w:r/>
            <w:r>
              <w:rPr>
                <w:rFonts w:ascii="Times New Roman" w:hAnsi="Times New Roman" w:eastAsia="宋体"/>
                <w:b w:val="0"/>
                <w:sz w:val="21"/>
              </w:rPr>
              <w:t>0342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杨舒旖</w:t>
            </w:r>
          </w:p>
        </w:tc>
        <w:tc>
          <w:tcPr>
            <w:tcW w:type="dxa" w:w="1439"/>
          </w:tcPr>
          <w:p>
            <w:pPr>
              <w:spacing w:after="20" w:before="20"/>
            </w:pPr>
            <w:r/>
            <w:r>
              <w:rPr>
                <w:rFonts w:ascii="Times New Roman" w:hAnsi="Times New Roman" w:eastAsia="宋体"/>
                <w:b w:val="0"/>
                <w:sz w:val="21"/>
              </w:rPr>
              <w:t>0024</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杨婷舒</w:t>
            </w:r>
          </w:p>
        </w:tc>
        <w:tc>
          <w:tcPr>
            <w:tcW w:type="dxa" w:w="1439"/>
          </w:tcPr>
          <w:p>
            <w:pPr>
              <w:spacing w:after="20" w:before="20"/>
            </w:pPr>
            <w:r/>
            <w:r>
              <w:rPr>
                <w:rFonts w:ascii="Times New Roman" w:hAnsi="Times New Roman" w:eastAsia="宋体"/>
                <w:b w:val="0"/>
                <w:sz w:val="21"/>
              </w:rPr>
              <w:t>0043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杨雅琦</w:t>
            </w:r>
          </w:p>
        </w:tc>
        <w:tc>
          <w:tcPr>
            <w:tcW w:type="dxa" w:w="1439"/>
          </w:tcPr>
          <w:p>
            <w:pPr>
              <w:spacing w:after="20" w:before="20"/>
            </w:pPr>
            <w:r/>
            <w:r>
              <w:rPr>
                <w:rFonts w:ascii="Times New Roman" w:hAnsi="Times New Roman" w:eastAsia="宋体"/>
                <w:b w:val="0"/>
                <w:sz w:val="21"/>
              </w:rPr>
              <w:t>9823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杨在洲</w:t>
            </w:r>
          </w:p>
        </w:tc>
        <w:tc>
          <w:tcPr>
            <w:tcW w:type="dxa" w:w="1439"/>
          </w:tcPr>
          <w:p>
            <w:pPr>
              <w:spacing w:after="20" w:before="20"/>
            </w:pPr>
            <w:r/>
            <w:r>
              <w:rPr>
                <w:rFonts w:ascii="Times New Roman" w:hAnsi="Times New Roman" w:eastAsia="宋体"/>
                <w:b w:val="0"/>
                <w:sz w:val="21"/>
              </w:rPr>
              <w:t>0010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杨知昊</w:t>
            </w:r>
          </w:p>
        </w:tc>
        <w:tc>
          <w:tcPr>
            <w:tcW w:type="dxa" w:w="1439"/>
          </w:tcPr>
          <w:p>
            <w:pPr>
              <w:spacing w:after="20" w:before="20"/>
            </w:pPr>
            <w:r/>
            <w:r>
              <w:rPr>
                <w:rFonts w:ascii="Times New Roman" w:hAnsi="Times New Roman" w:eastAsia="宋体"/>
                <w:b w:val="0"/>
                <w:sz w:val="21"/>
              </w:rPr>
              <w:t>5911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姚娟灵</w:t>
            </w:r>
          </w:p>
        </w:tc>
        <w:tc>
          <w:tcPr>
            <w:tcW w:type="dxa" w:w="1439"/>
          </w:tcPr>
          <w:p>
            <w:pPr>
              <w:spacing w:after="20" w:before="20"/>
            </w:pPr>
            <w:r/>
            <w:r>
              <w:rPr>
                <w:rFonts w:ascii="Times New Roman" w:hAnsi="Times New Roman" w:eastAsia="宋体"/>
                <w:b w:val="0"/>
                <w:sz w:val="21"/>
              </w:rPr>
              <w:t>100X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姚沈烁</w:t>
            </w:r>
          </w:p>
        </w:tc>
        <w:tc>
          <w:tcPr>
            <w:tcW w:type="dxa" w:w="1439"/>
          </w:tcPr>
          <w:p>
            <w:pPr>
              <w:spacing w:after="20" w:before="20"/>
            </w:pPr>
            <w:r/>
            <w:r>
              <w:rPr>
                <w:rFonts w:ascii="Times New Roman" w:hAnsi="Times New Roman" w:eastAsia="宋体"/>
                <w:b w:val="0"/>
                <w:sz w:val="21"/>
              </w:rPr>
              <w:t>0014</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姚尧</w:t>
            </w:r>
          </w:p>
        </w:tc>
        <w:tc>
          <w:tcPr>
            <w:tcW w:type="dxa" w:w="1439"/>
          </w:tcPr>
          <w:p>
            <w:pPr>
              <w:spacing w:after="20" w:before="20"/>
            </w:pPr>
            <w:r/>
            <w:r>
              <w:rPr>
                <w:rFonts w:ascii="Times New Roman" w:hAnsi="Times New Roman" w:eastAsia="宋体"/>
                <w:b w:val="0"/>
                <w:sz w:val="21"/>
              </w:rPr>
              <w:t>1510</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叶恒宇</w:t>
            </w:r>
          </w:p>
        </w:tc>
        <w:tc>
          <w:tcPr>
            <w:tcW w:type="dxa" w:w="1439"/>
          </w:tcPr>
          <w:p>
            <w:pPr>
              <w:spacing w:after="20" w:before="20"/>
            </w:pPr>
            <w:r/>
            <w:r>
              <w:rPr>
                <w:rFonts w:ascii="Times New Roman" w:hAnsi="Times New Roman" w:eastAsia="宋体"/>
                <w:b w:val="0"/>
                <w:sz w:val="21"/>
              </w:rPr>
              <w:t>0052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叶晓慧</w:t>
            </w:r>
          </w:p>
        </w:tc>
        <w:tc>
          <w:tcPr>
            <w:tcW w:type="dxa" w:w="1439"/>
          </w:tcPr>
          <w:p>
            <w:pPr>
              <w:spacing w:after="20" w:before="20"/>
            </w:pPr>
            <w:r/>
            <w:r>
              <w:rPr>
                <w:rFonts w:ascii="Times New Roman" w:hAnsi="Times New Roman" w:eastAsia="宋体"/>
                <w:b w:val="0"/>
                <w:sz w:val="21"/>
              </w:rPr>
              <w:t>1722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叶瑶勤</w:t>
            </w:r>
          </w:p>
        </w:tc>
        <w:tc>
          <w:tcPr>
            <w:tcW w:type="dxa" w:w="1439"/>
          </w:tcPr>
          <w:p>
            <w:pPr>
              <w:spacing w:after="20" w:before="20"/>
            </w:pPr>
            <w:r/>
            <w:r>
              <w:rPr>
                <w:rFonts w:ascii="Times New Roman" w:hAnsi="Times New Roman" w:eastAsia="宋体"/>
                <w:b w:val="0"/>
                <w:sz w:val="21"/>
              </w:rPr>
              <w:t>1589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尹相磊</w:t>
            </w:r>
          </w:p>
        </w:tc>
        <w:tc>
          <w:tcPr>
            <w:tcW w:type="dxa" w:w="1439"/>
          </w:tcPr>
          <w:p>
            <w:pPr>
              <w:spacing w:after="20" w:before="20"/>
            </w:pPr>
            <w:r/>
            <w:r>
              <w:rPr>
                <w:rFonts w:ascii="Times New Roman" w:hAnsi="Times New Roman" w:eastAsia="宋体"/>
                <w:b w:val="0"/>
                <w:sz w:val="21"/>
              </w:rPr>
              <w:t>4016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应秉诺</w:t>
            </w:r>
          </w:p>
        </w:tc>
        <w:tc>
          <w:tcPr>
            <w:tcW w:type="dxa" w:w="1439"/>
          </w:tcPr>
          <w:p>
            <w:pPr>
              <w:spacing w:after="20" w:before="20"/>
            </w:pPr>
            <w:r/>
            <w:r>
              <w:rPr>
                <w:rFonts w:ascii="Times New Roman" w:hAnsi="Times New Roman" w:eastAsia="宋体"/>
                <w:b w:val="0"/>
                <w:sz w:val="21"/>
              </w:rPr>
              <w:t>0020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于皓宇</w:t>
            </w:r>
          </w:p>
        </w:tc>
        <w:tc>
          <w:tcPr>
            <w:tcW w:type="dxa" w:w="1439"/>
          </w:tcPr>
          <w:p>
            <w:pPr>
              <w:spacing w:after="20" w:before="20"/>
            </w:pPr>
            <w:r/>
            <w:r>
              <w:rPr>
                <w:rFonts w:ascii="Times New Roman" w:hAnsi="Times New Roman" w:eastAsia="宋体"/>
                <w:b w:val="0"/>
                <w:sz w:val="21"/>
              </w:rPr>
              <w:t>2018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于逸川</w:t>
            </w:r>
          </w:p>
        </w:tc>
        <w:tc>
          <w:tcPr>
            <w:tcW w:type="dxa" w:w="1439"/>
          </w:tcPr>
          <w:p>
            <w:pPr>
              <w:spacing w:after="20" w:before="20"/>
            </w:pPr>
            <w:r/>
            <w:r>
              <w:rPr>
                <w:rFonts w:ascii="Times New Roman" w:hAnsi="Times New Roman" w:eastAsia="宋体"/>
                <w:b w:val="0"/>
                <w:sz w:val="21"/>
              </w:rPr>
              <w:t>1258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俞黎晨</w:t>
            </w:r>
          </w:p>
        </w:tc>
        <w:tc>
          <w:tcPr>
            <w:tcW w:type="dxa" w:w="1439"/>
          </w:tcPr>
          <w:p>
            <w:pPr>
              <w:spacing w:after="20" w:before="20"/>
            </w:pPr>
            <w:r/>
            <w:r>
              <w:rPr>
                <w:rFonts w:ascii="Times New Roman" w:hAnsi="Times New Roman" w:eastAsia="宋体"/>
                <w:b w:val="0"/>
                <w:sz w:val="21"/>
              </w:rPr>
              <w:t>3514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虞乔惠</w:t>
            </w:r>
          </w:p>
        </w:tc>
        <w:tc>
          <w:tcPr>
            <w:tcW w:type="dxa" w:w="1439"/>
          </w:tcPr>
          <w:p>
            <w:pPr>
              <w:spacing w:after="20" w:before="20"/>
            </w:pPr>
            <w:r/>
            <w:r>
              <w:rPr>
                <w:rFonts w:ascii="Times New Roman" w:hAnsi="Times New Roman" w:eastAsia="宋体"/>
                <w:b w:val="0"/>
                <w:sz w:val="21"/>
              </w:rPr>
              <w:t>002X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郁文斐</w:t>
            </w:r>
          </w:p>
        </w:tc>
        <w:tc>
          <w:tcPr>
            <w:tcW w:type="dxa" w:w="1439"/>
          </w:tcPr>
          <w:p>
            <w:pPr>
              <w:spacing w:after="20" w:before="20"/>
            </w:pPr>
            <w:r/>
            <w:r>
              <w:rPr>
                <w:rFonts w:ascii="Times New Roman" w:hAnsi="Times New Roman" w:eastAsia="宋体"/>
                <w:b w:val="0"/>
                <w:sz w:val="21"/>
              </w:rPr>
              <w:t>4829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袁东昊</w:t>
            </w:r>
          </w:p>
        </w:tc>
        <w:tc>
          <w:tcPr>
            <w:tcW w:type="dxa" w:w="1439"/>
          </w:tcPr>
          <w:p>
            <w:pPr>
              <w:spacing w:after="20" w:before="20"/>
            </w:pPr>
            <w:r/>
            <w:r>
              <w:rPr>
                <w:rFonts w:ascii="Times New Roman" w:hAnsi="Times New Roman" w:eastAsia="宋体"/>
                <w:b w:val="0"/>
                <w:sz w:val="21"/>
              </w:rPr>
              <w:t>1355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袁龙鞍</w:t>
            </w:r>
          </w:p>
        </w:tc>
        <w:tc>
          <w:tcPr>
            <w:tcW w:type="dxa" w:w="1439"/>
          </w:tcPr>
          <w:p>
            <w:pPr>
              <w:spacing w:after="20" w:before="20"/>
            </w:pPr>
            <w:r/>
            <w:r>
              <w:rPr>
                <w:rFonts w:ascii="Times New Roman" w:hAnsi="Times New Roman" w:eastAsia="宋体"/>
                <w:b w:val="0"/>
                <w:sz w:val="21"/>
              </w:rPr>
              <w:t>5315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苑家豪</w:t>
            </w:r>
          </w:p>
        </w:tc>
        <w:tc>
          <w:tcPr>
            <w:tcW w:type="dxa" w:w="1439"/>
          </w:tcPr>
          <w:p>
            <w:pPr>
              <w:spacing w:after="20" w:before="20"/>
            </w:pPr>
            <w:r/>
            <w:r>
              <w:rPr>
                <w:rFonts w:ascii="Times New Roman" w:hAnsi="Times New Roman" w:eastAsia="宋体"/>
                <w:b w:val="0"/>
                <w:sz w:val="21"/>
              </w:rPr>
              <w:t>6416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岳霖杰</w:t>
            </w:r>
          </w:p>
        </w:tc>
        <w:tc>
          <w:tcPr>
            <w:tcW w:type="dxa" w:w="1439"/>
          </w:tcPr>
          <w:p>
            <w:pPr>
              <w:spacing w:after="20" w:before="20"/>
            </w:pPr>
            <w:r/>
            <w:r>
              <w:rPr>
                <w:rFonts w:ascii="Times New Roman" w:hAnsi="Times New Roman" w:eastAsia="宋体"/>
                <w:b w:val="0"/>
                <w:sz w:val="21"/>
              </w:rPr>
              <w:t>4013</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张冲夷</w:t>
            </w:r>
          </w:p>
        </w:tc>
        <w:tc>
          <w:tcPr>
            <w:tcW w:type="dxa" w:w="1439"/>
          </w:tcPr>
          <w:p>
            <w:pPr>
              <w:spacing w:after="20" w:before="20"/>
            </w:pPr>
            <w:r/>
            <w:r>
              <w:rPr>
                <w:rFonts w:ascii="Times New Roman" w:hAnsi="Times New Roman" w:eastAsia="宋体"/>
                <w:b w:val="0"/>
                <w:sz w:val="21"/>
              </w:rPr>
              <w:t>0037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张德骏</w:t>
            </w:r>
          </w:p>
        </w:tc>
        <w:tc>
          <w:tcPr>
            <w:tcW w:type="dxa" w:w="1439"/>
          </w:tcPr>
          <w:p>
            <w:pPr>
              <w:spacing w:after="20" w:before="20"/>
            </w:pPr>
            <w:r/>
            <w:r>
              <w:rPr>
                <w:rFonts w:ascii="Times New Roman" w:hAnsi="Times New Roman" w:eastAsia="宋体"/>
                <w:b w:val="0"/>
                <w:sz w:val="21"/>
              </w:rPr>
              <w:t>6437</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张冬</w:t>
            </w:r>
          </w:p>
        </w:tc>
        <w:tc>
          <w:tcPr>
            <w:tcW w:type="dxa" w:w="1439"/>
          </w:tcPr>
          <w:p>
            <w:pPr>
              <w:spacing w:after="20" w:before="20"/>
            </w:pPr>
            <w:r/>
            <w:r>
              <w:rPr>
                <w:rFonts w:ascii="Times New Roman" w:hAnsi="Times New Roman" w:eastAsia="宋体"/>
                <w:b w:val="0"/>
                <w:sz w:val="21"/>
              </w:rPr>
              <w:t>5319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张涵菲</w:t>
            </w:r>
          </w:p>
        </w:tc>
        <w:tc>
          <w:tcPr>
            <w:tcW w:type="dxa" w:w="1439"/>
          </w:tcPr>
          <w:p>
            <w:pPr>
              <w:spacing w:after="20" w:before="20"/>
            </w:pPr>
            <w:r/>
            <w:r>
              <w:rPr>
                <w:rFonts w:ascii="Times New Roman" w:hAnsi="Times New Roman" w:eastAsia="宋体"/>
                <w:b w:val="0"/>
                <w:sz w:val="21"/>
              </w:rPr>
              <w:t>2828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张霁晗</w:t>
            </w:r>
          </w:p>
        </w:tc>
        <w:tc>
          <w:tcPr>
            <w:tcW w:type="dxa" w:w="1439"/>
          </w:tcPr>
          <w:p>
            <w:pPr>
              <w:spacing w:after="20" w:before="20"/>
            </w:pPr>
            <w:r/>
            <w:r>
              <w:rPr>
                <w:rFonts w:ascii="Times New Roman" w:hAnsi="Times New Roman" w:eastAsia="宋体"/>
                <w:b w:val="0"/>
                <w:sz w:val="21"/>
              </w:rPr>
              <w:t>153X</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张金旭</w:t>
            </w:r>
          </w:p>
        </w:tc>
        <w:tc>
          <w:tcPr>
            <w:tcW w:type="dxa" w:w="1439"/>
          </w:tcPr>
          <w:p>
            <w:pPr>
              <w:spacing w:after="20" w:before="20"/>
            </w:pPr>
            <w:r/>
            <w:r>
              <w:rPr>
                <w:rFonts w:ascii="Times New Roman" w:hAnsi="Times New Roman" w:eastAsia="宋体"/>
                <w:b w:val="0"/>
                <w:sz w:val="21"/>
              </w:rPr>
              <w:t>0050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张晋晗</w:t>
            </w:r>
          </w:p>
        </w:tc>
        <w:tc>
          <w:tcPr>
            <w:tcW w:type="dxa" w:w="1439"/>
          </w:tcPr>
          <w:p>
            <w:pPr>
              <w:spacing w:after="20" w:before="20"/>
            </w:pPr>
            <w:r/>
            <w:r>
              <w:rPr>
                <w:rFonts w:ascii="Times New Roman" w:hAnsi="Times New Roman" w:eastAsia="宋体"/>
                <w:b w:val="0"/>
                <w:sz w:val="21"/>
              </w:rPr>
              <w:t>6974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张凯瑞</w:t>
            </w:r>
          </w:p>
        </w:tc>
        <w:tc>
          <w:tcPr>
            <w:tcW w:type="dxa" w:w="1439"/>
          </w:tcPr>
          <w:p>
            <w:pPr>
              <w:spacing w:after="20" w:before="20"/>
            </w:pPr>
            <w:r/>
            <w:r>
              <w:rPr>
                <w:rFonts w:ascii="Times New Roman" w:hAnsi="Times New Roman" w:eastAsia="宋体"/>
                <w:b w:val="0"/>
                <w:sz w:val="21"/>
              </w:rPr>
              <w:t>9630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张乐嘟</w:t>
            </w:r>
          </w:p>
        </w:tc>
        <w:tc>
          <w:tcPr>
            <w:tcW w:type="dxa" w:w="1439"/>
          </w:tcPr>
          <w:p>
            <w:pPr>
              <w:spacing w:after="20" w:before="20"/>
            </w:pPr>
            <w:r/>
            <w:r>
              <w:rPr>
                <w:rFonts w:ascii="Times New Roman" w:hAnsi="Times New Roman" w:eastAsia="宋体"/>
                <w:b w:val="0"/>
                <w:sz w:val="21"/>
              </w:rPr>
              <w:t>4219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张力文</w:t>
            </w:r>
          </w:p>
        </w:tc>
        <w:tc>
          <w:tcPr>
            <w:tcW w:type="dxa" w:w="1439"/>
          </w:tcPr>
          <w:p>
            <w:pPr>
              <w:spacing w:after="20" w:before="20"/>
            </w:pPr>
            <w:r/>
            <w:r>
              <w:rPr>
                <w:rFonts w:ascii="Times New Roman" w:hAnsi="Times New Roman" w:eastAsia="宋体"/>
                <w:b w:val="0"/>
                <w:sz w:val="21"/>
              </w:rPr>
              <w:t>8237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张尚奕</w:t>
            </w:r>
          </w:p>
        </w:tc>
        <w:tc>
          <w:tcPr>
            <w:tcW w:type="dxa" w:w="1439"/>
          </w:tcPr>
          <w:p>
            <w:pPr>
              <w:spacing w:after="20" w:before="20"/>
            </w:pPr>
            <w:r/>
            <w:r>
              <w:rPr>
                <w:rFonts w:ascii="Times New Roman" w:hAnsi="Times New Roman" w:eastAsia="宋体"/>
                <w:b w:val="0"/>
                <w:sz w:val="21"/>
              </w:rPr>
              <w:t>4515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张天龙</w:t>
            </w:r>
          </w:p>
        </w:tc>
        <w:tc>
          <w:tcPr>
            <w:tcW w:type="dxa" w:w="1439"/>
          </w:tcPr>
          <w:p>
            <w:pPr>
              <w:spacing w:after="20" w:before="20"/>
            </w:pPr>
            <w:r/>
            <w:r>
              <w:rPr>
                <w:rFonts w:ascii="Times New Roman" w:hAnsi="Times New Roman" w:eastAsia="宋体"/>
                <w:b w:val="0"/>
                <w:sz w:val="21"/>
              </w:rPr>
              <w:t>0014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张闻朔</w:t>
            </w:r>
          </w:p>
        </w:tc>
        <w:tc>
          <w:tcPr>
            <w:tcW w:type="dxa" w:w="1439"/>
          </w:tcPr>
          <w:p>
            <w:pPr>
              <w:spacing w:after="20" w:before="20"/>
            </w:pPr>
            <w:r/>
            <w:r>
              <w:rPr>
                <w:rFonts w:ascii="Times New Roman" w:hAnsi="Times New Roman" w:eastAsia="宋体"/>
                <w:b w:val="0"/>
                <w:sz w:val="21"/>
              </w:rPr>
              <w:t>0210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张校尧</w:t>
            </w:r>
          </w:p>
        </w:tc>
        <w:tc>
          <w:tcPr>
            <w:tcW w:type="dxa" w:w="1439"/>
          </w:tcPr>
          <w:p>
            <w:pPr>
              <w:spacing w:after="20" w:before="20"/>
            </w:pPr>
            <w:r/>
            <w:r>
              <w:rPr>
                <w:rFonts w:ascii="Times New Roman" w:hAnsi="Times New Roman" w:eastAsia="宋体"/>
                <w:b w:val="0"/>
                <w:sz w:val="21"/>
              </w:rPr>
              <w:t>007X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张昕飏</w:t>
            </w:r>
          </w:p>
        </w:tc>
        <w:tc>
          <w:tcPr>
            <w:tcW w:type="dxa" w:w="1439"/>
          </w:tcPr>
          <w:p>
            <w:pPr>
              <w:spacing w:after="20" w:before="20"/>
            </w:pPr>
            <w:r/>
            <w:r>
              <w:rPr>
                <w:rFonts w:ascii="Times New Roman" w:hAnsi="Times New Roman" w:eastAsia="宋体"/>
                <w:b w:val="0"/>
                <w:sz w:val="21"/>
              </w:rPr>
              <w:t>0934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张馨月</w:t>
            </w:r>
          </w:p>
        </w:tc>
        <w:tc>
          <w:tcPr>
            <w:tcW w:type="dxa" w:w="1439"/>
          </w:tcPr>
          <w:p>
            <w:pPr>
              <w:spacing w:after="20" w:before="20"/>
            </w:pPr>
            <w:r/>
            <w:r>
              <w:rPr>
                <w:rFonts w:ascii="Times New Roman" w:hAnsi="Times New Roman" w:eastAsia="宋体"/>
                <w:b w:val="0"/>
                <w:sz w:val="21"/>
              </w:rPr>
              <w:t>1729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张轩</w:t>
            </w:r>
          </w:p>
        </w:tc>
        <w:tc>
          <w:tcPr>
            <w:tcW w:type="dxa" w:w="1439"/>
          </w:tcPr>
          <w:p>
            <w:pPr>
              <w:spacing w:after="20" w:before="20"/>
            </w:pPr>
            <w:r/>
            <w:r>
              <w:rPr>
                <w:rFonts w:ascii="Times New Roman" w:hAnsi="Times New Roman" w:eastAsia="宋体"/>
                <w:b w:val="0"/>
                <w:sz w:val="21"/>
              </w:rPr>
              <w:t>6216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张亚文</w:t>
            </w:r>
          </w:p>
        </w:tc>
        <w:tc>
          <w:tcPr>
            <w:tcW w:type="dxa" w:w="1439"/>
          </w:tcPr>
          <w:p>
            <w:pPr>
              <w:spacing w:after="20" w:before="20"/>
            </w:pPr>
            <w:r/>
            <w:r>
              <w:rPr>
                <w:rFonts w:ascii="Times New Roman" w:hAnsi="Times New Roman" w:eastAsia="宋体"/>
                <w:b w:val="0"/>
                <w:sz w:val="21"/>
              </w:rPr>
              <w:t>4456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张怡凡</w:t>
            </w:r>
          </w:p>
        </w:tc>
        <w:tc>
          <w:tcPr>
            <w:tcW w:type="dxa" w:w="1439"/>
          </w:tcPr>
          <w:p>
            <w:pPr>
              <w:spacing w:after="20" w:before="20"/>
            </w:pPr>
            <w:r/>
            <w:r>
              <w:rPr>
                <w:rFonts w:ascii="Times New Roman" w:hAnsi="Times New Roman" w:eastAsia="宋体"/>
                <w:b w:val="0"/>
                <w:sz w:val="21"/>
              </w:rPr>
              <w:t>3343</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张艺</w:t>
            </w:r>
          </w:p>
        </w:tc>
        <w:tc>
          <w:tcPr>
            <w:tcW w:type="dxa" w:w="1439"/>
          </w:tcPr>
          <w:p>
            <w:pPr>
              <w:spacing w:after="20" w:before="20"/>
            </w:pPr>
            <w:r/>
            <w:r>
              <w:rPr>
                <w:rFonts w:ascii="Times New Roman" w:hAnsi="Times New Roman" w:eastAsia="宋体"/>
                <w:b w:val="0"/>
                <w:sz w:val="21"/>
              </w:rPr>
              <w:t>0160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张奕韬</w:t>
            </w:r>
          </w:p>
        </w:tc>
        <w:tc>
          <w:tcPr>
            <w:tcW w:type="dxa" w:w="1439"/>
          </w:tcPr>
          <w:p>
            <w:pPr>
              <w:spacing w:after="20" w:before="20"/>
            </w:pPr>
            <w:r/>
            <w:r>
              <w:rPr>
                <w:rFonts w:ascii="Times New Roman" w:hAnsi="Times New Roman" w:eastAsia="宋体"/>
                <w:b w:val="0"/>
                <w:sz w:val="21"/>
              </w:rPr>
              <w:t>6815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张逸枫</w:t>
            </w:r>
          </w:p>
        </w:tc>
        <w:tc>
          <w:tcPr>
            <w:tcW w:type="dxa" w:w="1439"/>
          </w:tcPr>
          <w:p>
            <w:pPr>
              <w:spacing w:after="20" w:before="20"/>
            </w:pPr>
            <w:r/>
            <w:r>
              <w:rPr>
                <w:rFonts w:ascii="Times New Roman" w:hAnsi="Times New Roman" w:eastAsia="宋体"/>
                <w:b w:val="0"/>
                <w:sz w:val="21"/>
              </w:rPr>
              <w:t>5159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r>
      <w:tr>
        <w:tc>
          <w:tcPr>
            <w:tcW w:type="dxa" w:w="1439"/>
          </w:tcPr>
          <w:p>
            <w:pPr>
              <w:spacing w:after="20" w:before="20"/>
            </w:pPr>
            <w:r/>
            <w:r>
              <w:rPr>
                <w:rFonts w:ascii="Times New Roman" w:hAnsi="Times New Roman" w:eastAsia="宋体"/>
                <w:b w:val="0"/>
                <w:sz w:val="21"/>
              </w:rPr>
              <w:t>张悠悠</w:t>
            </w:r>
          </w:p>
        </w:tc>
        <w:tc>
          <w:tcPr>
            <w:tcW w:type="dxa" w:w="1439"/>
          </w:tcPr>
          <w:p>
            <w:pPr>
              <w:spacing w:after="20" w:before="20"/>
            </w:pPr>
            <w:r/>
            <w:r>
              <w:rPr>
                <w:rFonts w:ascii="Times New Roman" w:hAnsi="Times New Roman" w:eastAsia="宋体"/>
                <w:b w:val="0"/>
                <w:sz w:val="21"/>
              </w:rPr>
              <w:t>1829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张宇博</w:t>
            </w:r>
          </w:p>
        </w:tc>
        <w:tc>
          <w:tcPr>
            <w:tcW w:type="dxa" w:w="1439"/>
          </w:tcPr>
          <w:p>
            <w:pPr>
              <w:spacing w:after="20" w:before="20"/>
            </w:pPr>
            <w:r/>
            <w:r>
              <w:rPr>
                <w:rFonts w:ascii="Times New Roman" w:hAnsi="Times New Roman" w:eastAsia="宋体"/>
                <w:b w:val="0"/>
                <w:sz w:val="21"/>
              </w:rPr>
              <w:t>7015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张宇晴</w:t>
            </w:r>
          </w:p>
        </w:tc>
        <w:tc>
          <w:tcPr>
            <w:tcW w:type="dxa" w:w="1439"/>
          </w:tcPr>
          <w:p>
            <w:pPr>
              <w:spacing w:after="20" w:before="20"/>
            </w:pPr>
            <w:r/>
            <w:r>
              <w:rPr>
                <w:rFonts w:ascii="Times New Roman" w:hAnsi="Times New Roman" w:eastAsia="宋体"/>
                <w:b w:val="0"/>
                <w:sz w:val="21"/>
              </w:rPr>
              <w:t>5529</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张媛媛</w:t>
            </w:r>
          </w:p>
        </w:tc>
        <w:tc>
          <w:tcPr>
            <w:tcW w:type="dxa" w:w="1439"/>
          </w:tcPr>
          <w:p>
            <w:pPr>
              <w:spacing w:after="20" w:before="20"/>
            </w:pPr>
            <w:r/>
            <w:r>
              <w:rPr>
                <w:rFonts w:ascii="Times New Roman" w:hAnsi="Times New Roman" w:eastAsia="宋体"/>
                <w:b w:val="0"/>
                <w:sz w:val="21"/>
              </w:rPr>
              <w:t>7580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张政</w:t>
            </w:r>
          </w:p>
        </w:tc>
        <w:tc>
          <w:tcPr>
            <w:tcW w:type="dxa" w:w="1439"/>
          </w:tcPr>
          <w:p>
            <w:pPr>
              <w:spacing w:after="20" w:before="20"/>
            </w:pPr>
            <w:r/>
            <w:r>
              <w:rPr>
                <w:rFonts w:ascii="Times New Roman" w:hAnsi="Times New Roman" w:eastAsia="宋体"/>
                <w:b w:val="0"/>
                <w:sz w:val="21"/>
              </w:rPr>
              <w:t>7710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张仲秋</w:t>
            </w:r>
          </w:p>
        </w:tc>
        <w:tc>
          <w:tcPr>
            <w:tcW w:type="dxa" w:w="1439"/>
          </w:tcPr>
          <w:p>
            <w:pPr>
              <w:spacing w:after="20" w:before="20"/>
            </w:pPr>
            <w:r/>
            <w:r>
              <w:rPr>
                <w:rFonts w:ascii="Times New Roman" w:hAnsi="Times New Roman" w:eastAsia="宋体"/>
                <w:b w:val="0"/>
                <w:sz w:val="21"/>
              </w:rPr>
              <w:t>2225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章世杰</w:t>
            </w:r>
          </w:p>
        </w:tc>
        <w:tc>
          <w:tcPr>
            <w:tcW w:type="dxa" w:w="1439"/>
          </w:tcPr>
          <w:p>
            <w:pPr>
              <w:spacing w:after="20" w:before="20"/>
            </w:pPr>
            <w:r/>
            <w:r>
              <w:rPr>
                <w:rFonts w:ascii="Times New Roman" w:hAnsi="Times New Roman" w:eastAsia="宋体"/>
                <w:b w:val="0"/>
                <w:sz w:val="21"/>
              </w:rPr>
              <w:t>0416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赵浡屹</w:t>
            </w:r>
          </w:p>
        </w:tc>
        <w:tc>
          <w:tcPr>
            <w:tcW w:type="dxa" w:w="1439"/>
          </w:tcPr>
          <w:p>
            <w:pPr>
              <w:spacing w:after="20" w:before="20"/>
            </w:pPr>
            <w:r/>
            <w:r>
              <w:rPr>
                <w:rFonts w:ascii="Times New Roman" w:hAnsi="Times New Roman" w:eastAsia="宋体"/>
                <w:b w:val="0"/>
                <w:sz w:val="21"/>
              </w:rPr>
              <w:t>0236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赵大石</w:t>
            </w:r>
          </w:p>
        </w:tc>
        <w:tc>
          <w:tcPr>
            <w:tcW w:type="dxa" w:w="1439"/>
          </w:tcPr>
          <w:p>
            <w:pPr>
              <w:spacing w:after="20" w:before="20"/>
            </w:pPr>
            <w:r/>
            <w:r>
              <w:rPr>
                <w:rFonts w:ascii="Times New Roman" w:hAnsi="Times New Roman" w:eastAsia="宋体"/>
                <w:b w:val="0"/>
                <w:sz w:val="21"/>
              </w:rPr>
              <w:t>2426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赵景麒</w:t>
            </w:r>
          </w:p>
        </w:tc>
        <w:tc>
          <w:tcPr>
            <w:tcW w:type="dxa" w:w="1439"/>
          </w:tcPr>
          <w:p>
            <w:pPr>
              <w:spacing w:after="20" w:before="20"/>
            </w:pPr>
            <w:r/>
            <w:r>
              <w:rPr>
                <w:rFonts w:ascii="Times New Roman" w:hAnsi="Times New Roman" w:eastAsia="宋体"/>
                <w:b w:val="0"/>
                <w:sz w:val="21"/>
              </w:rPr>
              <w:t>0011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赵俊阳</w:t>
            </w:r>
          </w:p>
        </w:tc>
        <w:tc>
          <w:tcPr>
            <w:tcW w:type="dxa" w:w="1439"/>
          </w:tcPr>
          <w:p>
            <w:pPr>
              <w:spacing w:after="20" w:before="20"/>
            </w:pPr>
            <w:r/>
            <w:r>
              <w:rPr>
                <w:rFonts w:ascii="Times New Roman" w:hAnsi="Times New Roman" w:eastAsia="宋体"/>
                <w:b w:val="0"/>
                <w:sz w:val="21"/>
              </w:rPr>
              <w:t>433X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赵坤泽</w:t>
            </w:r>
          </w:p>
        </w:tc>
        <w:tc>
          <w:tcPr>
            <w:tcW w:type="dxa" w:w="1439"/>
          </w:tcPr>
          <w:p>
            <w:pPr>
              <w:spacing w:after="20" w:before="20"/>
            </w:pPr>
            <w:r/>
            <w:r>
              <w:rPr>
                <w:rFonts w:ascii="Times New Roman" w:hAnsi="Times New Roman" w:eastAsia="宋体"/>
                <w:b w:val="0"/>
                <w:sz w:val="21"/>
              </w:rPr>
              <w:t>513X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070200</w:t>
            </w:r>
          </w:p>
        </w:tc>
        <w:tc>
          <w:tcPr>
            <w:tcW w:type="dxa" w:w="1439"/>
          </w:tcPr>
          <w:p>
            <w:pPr>
              <w:spacing w:after="20" w:before="20"/>
            </w:pPr>
            <w:r/>
            <w:r>
              <w:rPr>
                <w:rFonts w:ascii="Times New Roman" w:hAnsi="Times New Roman" w:eastAsia="宋体"/>
                <w:b w:val="0"/>
                <w:sz w:val="21"/>
              </w:rPr>
              <w:t>物理学</w:t>
            </w:r>
          </w:p>
        </w:tc>
      </w:tr>
      <w:tr>
        <w:tc>
          <w:tcPr>
            <w:tcW w:type="dxa" w:w="1439"/>
          </w:tcPr>
          <w:p>
            <w:pPr>
              <w:spacing w:after="20" w:before="20"/>
            </w:pPr>
            <w:r/>
            <w:r>
              <w:rPr>
                <w:rFonts w:ascii="Times New Roman" w:hAnsi="Times New Roman" w:eastAsia="宋体"/>
                <w:b w:val="0"/>
                <w:sz w:val="21"/>
              </w:rPr>
              <w:t>赵伟博</w:t>
            </w:r>
          </w:p>
        </w:tc>
        <w:tc>
          <w:tcPr>
            <w:tcW w:type="dxa" w:w="1439"/>
          </w:tcPr>
          <w:p>
            <w:pPr>
              <w:spacing w:after="20" w:before="20"/>
            </w:pPr>
            <w:r/>
            <w:r>
              <w:rPr>
                <w:rFonts w:ascii="Times New Roman" w:hAnsi="Times New Roman" w:eastAsia="宋体"/>
                <w:b w:val="0"/>
                <w:sz w:val="21"/>
              </w:rPr>
              <w:t>7618</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r>
      <w:tr>
        <w:tc>
          <w:tcPr>
            <w:tcW w:type="dxa" w:w="1439"/>
          </w:tcPr>
          <w:p>
            <w:pPr>
              <w:spacing w:after="20" w:before="20"/>
            </w:pPr>
            <w:r/>
            <w:r>
              <w:rPr>
                <w:rFonts w:ascii="Times New Roman" w:hAnsi="Times New Roman" w:eastAsia="宋体"/>
                <w:b w:val="0"/>
                <w:sz w:val="21"/>
              </w:rPr>
              <w:t>赵为佳</w:t>
            </w:r>
          </w:p>
        </w:tc>
        <w:tc>
          <w:tcPr>
            <w:tcW w:type="dxa" w:w="1439"/>
          </w:tcPr>
          <w:p>
            <w:pPr>
              <w:spacing w:after="20" w:before="20"/>
            </w:pPr>
            <w:r/>
            <w:r>
              <w:rPr>
                <w:rFonts w:ascii="Times New Roman" w:hAnsi="Times New Roman" w:eastAsia="宋体"/>
                <w:b w:val="0"/>
                <w:sz w:val="21"/>
              </w:rPr>
              <w:t>5122</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赵鑫</w:t>
            </w:r>
          </w:p>
        </w:tc>
        <w:tc>
          <w:tcPr>
            <w:tcW w:type="dxa" w:w="1439"/>
          </w:tcPr>
          <w:p>
            <w:pPr>
              <w:spacing w:after="20" w:before="20"/>
            </w:pPr>
            <w:r/>
            <w:r>
              <w:rPr>
                <w:rFonts w:ascii="Times New Roman" w:hAnsi="Times New Roman" w:eastAsia="宋体"/>
                <w:b w:val="0"/>
                <w:sz w:val="21"/>
              </w:rPr>
              <w:t>4227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赵印豪</w:t>
            </w:r>
          </w:p>
        </w:tc>
        <w:tc>
          <w:tcPr>
            <w:tcW w:type="dxa" w:w="1439"/>
          </w:tcPr>
          <w:p>
            <w:pPr>
              <w:spacing w:after="20" w:before="20"/>
            </w:pPr>
            <w:r/>
            <w:r>
              <w:rPr>
                <w:rFonts w:ascii="Times New Roman" w:hAnsi="Times New Roman" w:eastAsia="宋体"/>
                <w:b w:val="0"/>
                <w:sz w:val="21"/>
              </w:rPr>
              <w:t>2011</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赵涌翔</w:t>
            </w:r>
          </w:p>
        </w:tc>
        <w:tc>
          <w:tcPr>
            <w:tcW w:type="dxa" w:w="1439"/>
          </w:tcPr>
          <w:p>
            <w:pPr>
              <w:spacing w:after="20" w:before="20"/>
            </w:pPr>
            <w:r/>
            <w:r>
              <w:rPr>
                <w:rFonts w:ascii="Times New Roman" w:hAnsi="Times New Roman" w:eastAsia="宋体"/>
                <w:b w:val="0"/>
                <w:sz w:val="21"/>
              </w:rPr>
              <w:t>0015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r>
      <w:tr>
        <w:tc>
          <w:tcPr>
            <w:tcW w:type="dxa" w:w="1439"/>
          </w:tcPr>
          <w:p>
            <w:pPr>
              <w:spacing w:after="20" w:before="20"/>
            </w:pPr>
            <w:r/>
            <w:r>
              <w:rPr>
                <w:rFonts w:ascii="Times New Roman" w:hAnsi="Times New Roman" w:eastAsia="宋体"/>
                <w:b w:val="0"/>
                <w:sz w:val="21"/>
              </w:rPr>
              <w:t>赵悦</w:t>
            </w:r>
          </w:p>
        </w:tc>
        <w:tc>
          <w:tcPr>
            <w:tcW w:type="dxa" w:w="1439"/>
          </w:tcPr>
          <w:p>
            <w:pPr>
              <w:spacing w:after="20" w:before="20"/>
            </w:pPr>
            <w:r/>
            <w:r>
              <w:rPr>
                <w:rFonts w:ascii="Times New Roman" w:hAnsi="Times New Roman" w:eastAsia="宋体"/>
                <w:b w:val="0"/>
                <w:sz w:val="21"/>
              </w:rPr>
              <w:t>0345</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r>
      <w:tr>
        <w:tc>
          <w:tcPr>
            <w:tcW w:type="dxa" w:w="1439"/>
          </w:tcPr>
          <w:p>
            <w:pPr>
              <w:spacing w:after="20" w:before="20"/>
            </w:pPr>
            <w:r/>
            <w:r>
              <w:rPr>
                <w:rFonts w:ascii="Times New Roman" w:hAnsi="Times New Roman" w:eastAsia="宋体"/>
                <w:b w:val="0"/>
                <w:sz w:val="21"/>
              </w:rPr>
              <w:t>郑皓</w:t>
            </w:r>
          </w:p>
        </w:tc>
        <w:tc>
          <w:tcPr>
            <w:tcW w:type="dxa" w:w="1439"/>
          </w:tcPr>
          <w:p>
            <w:pPr>
              <w:spacing w:after="20" w:before="20"/>
            </w:pPr>
            <w:r/>
            <w:r>
              <w:rPr>
                <w:rFonts w:ascii="Times New Roman" w:hAnsi="Times New Roman" w:eastAsia="宋体"/>
                <w:b w:val="0"/>
                <w:sz w:val="21"/>
              </w:rPr>
              <w:t>5618</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r>
      <w:tr>
        <w:tc>
          <w:tcPr>
            <w:tcW w:type="dxa" w:w="1439"/>
          </w:tcPr>
          <w:p>
            <w:pPr>
              <w:spacing w:after="20" w:before="20"/>
            </w:pPr>
            <w:r/>
            <w:r>
              <w:rPr>
                <w:rFonts w:ascii="Times New Roman" w:hAnsi="Times New Roman" w:eastAsia="宋体"/>
                <w:b w:val="0"/>
                <w:sz w:val="21"/>
              </w:rPr>
              <w:t>郑珏瑀</w:t>
            </w:r>
          </w:p>
        </w:tc>
        <w:tc>
          <w:tcPr>
            <w:tcW w:type="dxa" w:w="1439"/>
          </w:tcPr>
          <w:p>
            <w:pPr>
              <w:spacing w:after="20" w:before="20"/>
            </w:pPr>
            <w:r/>
            <w:r>
              <w:rPr>
                <w:rFonts w:ascii="Times New Roman" w:hAnsi="Times New Roman" w:eastAsia="宋体"/>
                <w:b w:val="0"/>
                <w:sz w:val="21"/>
              </w:rPr>
              <w:t>232X</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郑雯琪</w:t>
            </w:r>
          </w:p>
        </w:tc>
        <w:tc>
          <w:tcPr>
            <w:tcW w:type="dxa" w:w="1439"/>
          </w:tcPr>
          <w:p>
            <w:pPr>
              <w:spacing w:after="20" w:before="20"/>
            </w:pPr>
            <w:r/>
            <w:r>
              <w:rPr>
                <w:rFonts w:ascii="Times New Roman" w:hAnsi="Times New Roman" w:eastAsia="宋体"/>
                <w:b w:val="0"/>
                <w:sz w:val="21"/>
              </w:rPr>
              <w:t>4964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钟豪赟</w:t>
            </w:r>
          </w:p>
        </w:tc>
        <w:tc>
          <w:tcPr>
            <w:tcW w:type="dxa" w:w="1439"/>
          </w:tcPr>
          <w:p>
            <w:pPr>
              <w:spacing w:after="20" w:before="20"/>
            </w:pPr>
            <w:r/>
            <w:r>
              <w:rPr>
                <w:rFonts w:ascii="Times New Roman" w:hAnsi="Times New Roman" w:eastAsia="宋体"/>
                <w:b w:val="0"/>
                <w:sz w:val="21"/>
              </w:rPr>
              <w:t>5956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r>
      <w:tr>
        <w:tc>
          <w:tcPr>
            <w:tcW w:type="dxa" w:w="1439"/>
          </w:tcPr>
          <w:p>
            <w:pPr>
              <w:spacing w:after="20" w:before="20"/>
            </w:pPr>
            <w:r/>
            <w:r>
              <w:rPr>
                <w:rFonts w:ascii="Times New Roman" w:hAnsi="Times New Roman" w:eastAsia="宋体"/>
                <w:b w:val="0"/>
                <w:sz w:val="21"/>
              </w:rPr>
              <w:t>钟佩芝</w:t>
            </w:r>
          </w:p>
        </w:tc>
        <w:tc>
          <w:tcPr>
            <w:tcW w:type="dxa" w:w="1439"/>
          </w:tcPr>
          <w:p>
            <w:pPr>
              <w:spacing w:after="20" w:before="20"/>
            </w:pPr>
            <w:r/>
            <w:r>
              <w:rPr>
                <w:rFonts w:ascii="Times New Roman" w:hAnsi="Times New Roman" w:eastAsia="宋体"/>
                <w:b w:val="0"/>
                <w:sz w:val="21"/>
              </w:rPr>
              <w:t>1744</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bl>
    <w:p>
      <w:pPr>
        <w:spacing w:after="80" w:lineRule="auto" w:line="360"/>
        <w:ind w:firstLine="482"/>
        <w:jc w:val="both"/>
      </w:pPr>
      <w:r>
        <w:rPr>
          <w:rFonts w:ascii="Times New Roman" w:hAnsi="Times New Roman" w:eastAsia="宋体"/>
          <w:b w:val="0"/>
          <w:sz w:val="24"/>
        </w:rPr>
        <w:t>本段为上海科技大学推免拟录取名单（部分），共涉及 22 人，均为硕士或直博生，覆盖生命科学与技术学院、信息科学与技术学院、物质科学与技术学院、生物医学工程学院等学院，专业包括生物学、计算机科学与技术、电子信息、生物与医药、材料科学与工程、电子科学与技术、信息与通信工程、化学、生物医学工程等。</w:t>
      </w:r>
    </w:p>
    <w:p>
      <w:pPr>
        <w:spacing w:before="160" w:after="80" w:lineRule="auto" w:line="360"/>
        <w:jc w:val="left"/>
      </w:pPr>
      <w:r>
        <w:rPr>
          <w:rFonts w:ascii="Times New Roman" w:hAnsi="Times New Roman" w:eastAsia="宋体"/>
          <w:b/>
          <w:sz w:val="28"/>
        </w:rPr>
        <w:t>九、名单明细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培养层次</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学号后四位</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周恒安</w:t>
            </w:r>
          </w:p>
        </w:tc>
        <w:tc>
          <w:tcPr>
            <w:tcW w:type="dxa" w:w="1439"/>
          </w:tcPr>
          <w:p>
            <w:pPr>
              <w:spacing w:after="20" w:before="20"/>
            </w:pPr>
            <w:r/>
            <w:r>
              <w:rPr>
                <w:rFonts w:ascii="Times New Roman" w:hAnsi="Times New Roman" w:eastAsia="宋体"/>
                <w:b w:val="0"/>
                <w:sz w:val="21"/>
              </w:rPr>
              <w:t>1111</w:t>
            </w:r>
          </w:p>
        </w:tc>
      </w:tr>
      <w:tr>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周建</w:t>
            </w:r>
          </w:p>
        </w:tc>
        <w:tc>
          <w:tcPr>
            <w:tcW w:type="dxa" w:w="1439"/>
          </w:tcPr>
          <w:p>
            <w:pPr>
              <w:spacing w:after="20" w:before="20"/>
            </w:pPr>
            <w:r/>
            <w:r>
              <w:rPr>
                <w:rFonts w:ascii="Times New Roman" w:hAnsi="Times New Roman" w:eastAsia="宋体"/>
                <w:b w:val="0"/>
                <w:sz w:val="21"/>
              </w:rPr>
              <w:t>1715</w:t>
            </w:r>
          </w:p>
        </w:tc>
      </w:tr>
      <w:tr>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c>
          <w:tcPr>
            <w:tcW w:type="dxa" w:w="1439"/>
          </w:tcPr>
          <w:p>
            <w:pPr>
              <w:spacing w:after="20" w:before="20"/>
            </w:pPr>
            <w:r/>
            <w:r>
              <w:rPr>
                <w:rFonts w:ascii="Times New Roman" w:hAnsi="Times New Roman" w:eastAsia="宋体"/>
                <w:b w:val="0"/>
                <w:sz w:val="21"/>
              </w:rPr>
              <w:t>周靖</w:t>
            </w:r>
          </w:p>
        </w:tc>
        <w:tc>
          <w:tcPr>
            <w:tcW w:type="dxa" w:w="1439"/>
          </w:tcPr>
          <w:p>
            <w:pPr>
              <w:spacing w:after="20" w:before="20"/>
            </w:pPr>
            <w:r/>
            <w:r>
              <w:rPr>
                <w:rFonts w:ascii="Times New Roman" w:hAnsi="Times New Roman" w:eastAsia="宋体"/>
                <w:b w:val="0"/>
                <w:sz w:val="21"/>
              </w:rPr>
              <w:t>4816</w:t>
            </w:r>
          </w:p>
        </w:tc>
      </w:tr>
      <w:tr>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086000</w:t>
            </w:r>
          </w:p>
        </w:tc>
        <w:tc>
          <w:tcPr>
            <w:tcW w:type="dxa" w:w="1439"/>
          </w:tcPr>
          <w:p>
            <w:pPr>
              <w:spacing w:after="20" w:before="20"/>
            </w:pPr>
            <w:r/>
            <w:r>
              <w:rPr>
                <w:rFonts w:ascii="Times New Roman" w:hAnsi="Times New Roman" w:eastAsia="宋体"/>
                <w:b w:val="0"/>
                <w:sz w:val="21"/>
              </w:rPr>
              <w:t>生物与医药</w:t>
            </w:r>
          </w:p>
        </w:tc>
        <w:tc>
          <w:tcPr>
            <w:tcW w:type="dxa" w:w="1439"/>
          </w:tcPr>
          <w:p>
            <w:pPr>
              <w:spacing w:after="20" w:before="20"/>
            </w:pPr>
            <w:r/>
            <w:r>
              <w:rPr>
                <w:rFonts w:ascii="Times New Roman" w:hAnsi="Times New Roman" w:eastAsia="宋体"/>
                <w:b w:val="0"/>
                <w:sz w:val="21"/>
              </w:rPr>
              <w:t>周心语</w:t>
            </w:r>
          </w:p>
        </w:tc>
        <w:tc>
          <w:tcPr>
            <w:tcW w:type="dxa" w:w="1439"/>
          </w:tcPr>
          <w:p>
            <w:pPr>
              <w:spacing w:after="20" w:before="20"/>
            </w:pPr>
            <w:r/>
            <w:r>
              <w:rPr>
                <w:rFonts w:ascii="Times New Roman" w:hAnsi="Times New Roman" w:eastAsia="宋体"/>
                <w:b w:val="0"/>
                <w:sz w:val="21"/>
              </w:rPr>
              <w:t>3861</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周祎玮</w:t>
            </w:r>
          </w:p>
        </w:tc>
        <w:tc>
          <w:tcPr>
            <w:tcW w:type="dxa" w:w="1439"/>
          </w:tcPr>
          <w:p>
            <w:pPr>
              <w:spacing w:after="20" w:before="20"/>
            </w:pPr>
            <w:r/>
            <w:r>
              <w:rPr>
                <w:rFonts w:ascii="Times New Roman" w:hAnsi="Times New Roman" w:eastAsia="宋体"/>
                <w:b w:val="0"/>
                <w:sz w:val="21"/>
              </w:rPr>
              <w:t>482X</w:t>
            </w:r>
          </w:p>
        </w:tc>
      </w:tr>
      <w:tr>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080500</w:t>
            </w:r>
          </w:p>
        </w:tc>
        <w:tc>
          <w:tcPr>
            <w:tcW w:type="dxa" w:w="1439"/>
          </w:tcPr>
          <w:p>
            <w:pPr>
              <w:spacing w:after="20" w:before="20"/>
            </w:pPr>
            <w:r/>
            <w:r>
              <w:rPr>
                <w:rFonts w:ascii="Times New Roman" w:hAnsi="Times New Roman" w:eastAsia="宋体"/>
                <w:b w:val="0"/>
                <w:sz w:val="21"/>
              </w:rPr>
              <w:t>材料科学与工程</w:t>
            </w:r>
          </w:p>
        </w:tc>
        <w:tc>
          <w:tcPr>
            <w:tcW w:type="dxa" w:w="1439"/>
          </w:tcPr>
          <w:p>
            <w:pPr>
              <w:spacing w:after="20" w:before="20"/>
            </w:pPr>
            <w:r/>
            <w:r>
              <w:rPr>
                <w:rFonts w:ascii="Times New Roman" w:hAnsi="Times New Roman" w:eastAsia="宋体"/>
                <w:b w:val="0"/>
                <w:sz w:val="21"/>
              </w:rPr>
              <w:t>周亦淼</w:t>
            </w:r>
          </w:p>
        </w:tc>
        <w:tc>
          <w:tcPr>
            <w:tcW w:type="dxa" w:w="1439"/>
          </w:tcPr>
          <w:p>
            <w:pPr>
              <w:spacing w:after="20" w:before="20"/>
            </w:pPr>
            <w:r/>
            <w:r>
              <w:rPr>
                <w:rFonts w:ascii="Times New Roman" w:hAnsi="Times New Roman" w:eastAsia="宋体"/>
                <w:b w:val="0"/>
                <w:sz w:val="21"/>
              </w:rPr>
              <w:t>441X</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周雨轩</w:t>
            </w:r>
          </w:p>
        </w:tc>
        <w:tc>
          <w:tcPr>
            <w:tcW w:type="dxa" w:w="1439"/>
          </w:tcPr>
          <w:p>
            <w:pPr>
              <w:spacing w:after="20" w:before="20"/>
            </w:pPr>
            <w:r/>
            <w:r>
              <w:rPr>
                <w:rFonts w:ascii="Times New Roman" w:hAnsi="Times New Roman" w:eastAsia="宋体"/>
                <w:b w:val="0"/>
                <w:sz w:val="21"/>
              </w:rPr>
              <w:t>0104</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周致远</w:t>
            </w:r>
          </w:p>
        </w:tc>
        <w:tc>
          <w:tcPr>
            <w:tcW w:type="dxa" w:w="1439"/>
          </w:tcPr>
          <w:p>
            <w:pPr>
              <w:spacing w:after="20" w:before="20"/>
            </w:pPr>
            <w:r/>
            <w:r>
              <w:rPr>
                <w:rFonts w:ascii="Times New Roman" w:hAnsi="Times New Roman" w:eastAsia="宋体"/>
                <w:b w:val="0"/>
                <w:sz w:val="21"/>
              </w:rPr>
              <w:t>0456</w:t>
            </w:r>
          </w:p>
        </w:tc>
      </w:tr>
      <w:tr>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085400</w:t>
            </w:r>
          </w:p>
        </w:tc>
        <w:tc>
          <w:tcPr>
            <w:tcW w:type="dxa" w:w="1439"/>
          </w:tcPr>
          <w:p>
            <w:pPr>
              <w:spacing w:after="20" w:before="20"/>
            </w:pPr>
            <w:r/>
            <w:r>
              <w:rPr>
                <w:rFonts w:ascii="Times New Roman" w:hAnsi="Times New Roman" w:eastAsia="宋体"/>
                <w:b w:val="0"/>
                <w:sz w:val="21"/>
              </w:rPr>
              <w:t>电子信息</w:t>
            </w:r>
          </w:p>
        </w:tc>
        <w:tc>
          <w:tcPr>
            <w:tcW w:type="dxa" w:w="1439"/>
          </w:tcPr>
          <w:p>
            <w:pPr>
              <w:spacing w:after="20" w:before="20"/>
            </w:pPr>
            <w:r/>
            <w:r>
              <w:rPr>
                <w:rFonts w:ascii="Times New Roman" w:hAnsi="Times New Roman" w:eastAsia="宋体"/>
                <w:b w:val="0"/>
                <w:sz w:val="21"/>
              </w:rPr>
              <w:t>朱倍毅</w:t>
            </w:r>
          </w:p>
        </w:tc>
        <w:tc>
          <w:tcPr>
            <w:tcW w:type="dxa" w:w="1439"/>
          </w:tcPr>
          <w:p>
            <w:pPr>
              <w:spacing w:after="20" w:before="20"/>
            </w:pPr>
            <w:r/>
            <w:r>
              <w:rPr>
                <w:rFonts w:ascii="Times New Roman" w:hAnsi="Times New Roman" w:eastAsia="宋体"/>
                <w:b w:val="0"/>
                <w:sz w:val="21"/>
              </w:rPr>
              <w:t>2115</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朱宦龙</w:t>
            </w:r>
          </w:p>
        </w:tc>
        <w:tc>
          <w:tcPr>
            <w:tcW w:type="dxa" w:w="1439"/>
          </w:tcPr>
          <w:p>
            <w:pPr>
              <w:spacing w:after="20" w:before="20"/>
            </w:pPr>
            <w:r/>
            <w:r>
              <w:rPr>
                <w:rFonts w:ascii="Times New Roman" w:hAnsi="Times New Roman" w:eastAsia="宋体"/>
                <w:b w:val="0"/>
                <w:sz w:val="21"/>
              </w:rPr>
              <w:t>6411</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朱家成</w:t>
            </w:r>
          </w:p>
        </w:tc>
        <w:tc>
          <w:tcPr>
            <w:tcW w:type="dxa" w:w="1439"/>
          </w:tcPr>
          <w:p>
            <w:pPr>
              <w:spacing w:after="20" w:before="20"/>
            </w:pPr>
            <w:r/>
            <w:r>
              <w:rPr>
                <w:rFonts w:ascii="Times New Roman" w:hAnsi="Times New Roman" w:eastAsia="宋体"/>
                <w:b w:val="0"/>
                <w:sz w:val="21"/>
              </w:rPr>
              <w:t>2519</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朱健豪</w:t>
            </w:r>
          </w:p>
        </w:tc>
        <w:tc>
          <w:tcPr>
            <w:tcW w:type="dxa" w:w="1439"/>
          </w:tcPr>
          <w:p>
            <w:pPr>
              <w:spacing w:after="20" w:before="20"/>
            </w:pPr>
            <w:r/>
            <w:r>
              <w:rPr>
                <w:rFonts w:ascii="Times New Roman" w:hAnsi="Times New Roman" w:eastAsia="宋体"/>
                <w:b w:val="0"/>
                <w:sz w:val="21"/>
              </w:rPr>
              <w:t>0839</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生物医学工程学院</w:t>
            </w:r>
          </w:p>
        </w:tc>
        <w:tc>
          <w:tcPr>
            <w:tcW w:type="dxa" w:w="1439"/>
          </w:tcPr>
          <w:p>
            <w:pPr>
              <w:spacing w:after="20" w:before="20"/>
            </w:pPr>
            <w:r/>
            <w:r>
              <w:rPr>
                <w:rFonts w:ascii="Times New Roman" w:hAnsi="Times New Roman" w:eastAsia="宋体"/>
                <w:b w:val="0"/>
                <w:sz w:val="21"/>
              </w:rPr>
              <w:t>083100</w:t>
            </w:r>
          </w:p>
        </w:tc>
        <w:tc>
          <w:tcPr>
            <w:tcW w:type="dxa" w:w="1439"/>
          </w:tcPr>
          <w:p>
            <w:pPr>
              <w:spacing w:after="20" w:before="20"/>
            </w:pPr>
            <w:r/>
            <w:r>
              <w:rPr>
                <w:rFonts w:ascii="Times New Roman" w:hAnsi="Times New Roman" w:eastAsia="宋体"/>
                <w:b w:val="0"/>
                <w:sz w:val="21"/>
              </w:rPr>
              <w:t>生物医学工程</w:t>
            </w:r>
          </w:p>
        </w:tc>
        <w:tc>
          <w:tcPr>
            <w:tcW w:type="dxa" w:w="1439"/>
          </w:tcPr>
          <w:p>
            <w:pPr>
              <w:spacing w:after="20" w:before="20"/>
            </w:pPr>
            <w:r/>
            <w:r>
              <w:rPr>
                <w:rFonts w:ascii="Times New Roman" w:hAnsi="Times New Roman" w:eastAsia="宋体"/>
                <w:b w:val="0"/>
                <w:sz w:val="21"/>
              </w:rPr>
              <w:t>朱丽娜</w:t>
            </w:r>
          </w:p>
        </w:tc>
        <w:tc>
          <w:tcPr>
            <w:tcW w:type="dxa" w:w="1439"/>
          </w:tcPr>
          <w:p>
            <w:pPr>
              <w:spacing w:after="20" w:before="20"/>
            </w:pPr>
            <w:r/>
            <w:r>
              <w:rPr>
                <w:rFonts w:ascii="Times New Roman" w:hAnsi="Times New Roman" w:eastAsia="宋体"/>
                <w:b w:val="0"/>
                <w:sz w:val="21"/>
              </w:rPr>
              <w:t>0624</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朱奕诺</w:t>
            </w:r>
          </w:p>
        </w:tc>
        <w:tc>
          <w:tcPr>
            <w:tcW w:type="dxa" w:w="1439"/>
          </w:tcPr>
          <w:p>
            <w:pPr>
              <w:spacing w:after="20" w:before="20"/>
            </w:pPr>
            <w:r/>
            <w:r>
              <w:rPr>
                <w:rFonts w:ascii="Times New Roman" w:hAnsi="Times New Roman" w:eastAsia="宋体"/>
                <w:b w:val="0"/>
                <w:sz w:val="21"/>
              </w:rPr>
              <w:t>042X</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080900</w:t>
            </w:r>
          </w:p>
        </w:tc>
        <w:tc>
          <w:tcPr>
            <w:tcW w:type="dxa" w:w="1439"/>
          </w:tcPr>
          <w:p>
            <w:pPr>
              <w:spacing w:after="20" w:before="20"/>
            </w:pPr>
            <w:r/>
            <w:r>
              <w:rPr>
                <w:rFonts w:ascii="Times New Roman" w:hAnsi="Times New Roman" w:eastAsia="宋体"/>
                <w:b w:val="0"/>
                <w:sz w:val="21"/>
              </w:rPr>
              <w:t>电子科学与技术</w:t>
            </w:r>
          </w:p>
        </w:tc>
        <w:tc>
          <w:tcPr>
            <w:tcW w:type="dxa" w:w="1439"/>
          </w:tcPr>
          <w:p>
            <w:pPr>
              <w:spacing w:after="20" w:before="20"/>
            </w:pPr>
            <w:r/>
            <w:r>
              <w:rPr>
                <w:rFonts w:ascii="Times New Roman" w:hAnsi="Times New Roman" w:eastAsia="宋体"/>
                <w:b w:val="0"/>
                <w:sz w:val="21"/>
              </w:rPr>
              <w:t>朱宇飞</w:t>
            </w:r>
          </w:p>
        </w:tc>
        <w:tc>
          <w:tcPr>
            <w:tcW w:type="dxa" w:w="1439"/>
          </w:tcPr>
          <w:p>
            <w:pPr>
              <w:spacing w:after="20" w:before="20"/>
            </w:pPr>
            <w:r/>
            <w:r>
              <w:rPr>
                <w:rFonts w:ascii="Times New Roman" w:hAnsi="Times New Roman" w:eastAsia="宋体"/>
                <w:b w:val="0"/>
                <w:sz w:val="21"/>
              </w:rPr>
              <w:t>001X</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朱哲霖</w:t>
            </w:r>
          </w:p>
        </w:tc>
        <w:tc>
          <w:tcPr>
            <w:tcW w:type="dxa" w:w="1439"/>
          </w:tcPr>
          <w:p>
            <w:pPr>
              <w:spacing w:after="20" w:before="20"/>
            </w:pPr>
            <w:r/>
            <w:r>
              <w:rPr>
                <w:rFonts w:ascii="Times New Roman" w:hAnsi="Times New Roman" w:eastAsia="宋体"/>
                <w:b w:val="0"/>
                <w:sz w:val="21"/>
              </w:rPr>
              <w:t>0010</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祝宇航</w:t>
            </w:r>
          </w:p>
        </w:tc>
        <w:tc>
          <w:tcPr>
            <w:tcW w:type="dxa" w:w="1439"/>
          </w:tcPr>
          <w:p>
            <w:pPr>
              <w:spacing w:after="20" w:before="20"/>
            </w:pPr>
            <w:r/>
            <w:r>
              <w:rPr>
                <w:rFonts w:ascii="Times New Roman" w:hAnsi="Times New Roman" w:eastAsia="宋体"/>
                <w:b w:val="0"/>
                <w:sz w:val="21"/>
              </w:rPr>
              <w:t>3616</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信息科学与技术学院</w:t>
            </w:r>
          </w:p>
        </w:tc>
        <w:tc>
          <w:tcPr>
            <w:tcW w:type="dxa" w:w="1439"/>
          </w:tcPr>
          <w:p>
            <w:pPr>
              <w:spacing w:after="20" w:before="20"/>
            </w:pPr>
            <w:r/>
            <w:r>
              <w:rPr>
                <w:rFonts w:ascii="Times New Roman" w:hAnsi="Times New Roman" w:eastAsia="宋体"/>
                <w:b w:val="0"/>
                <w:sz w:val="21"/>
              </w:rPr>
              <w:t>081000</w:t>
            </w:r>
          </w:p>
        </w:tc>
        <w:tc>
          <w:tcPr>
            <w:tcW w:type="dxa" w:w="1439"/>
          </w:tcPr>
          <w:p>
            <w:pPr>
              <w:spacing w:after="20" w:before="20"/>
            </w:pPr>
            <w:r/>
            <w:r>
              <w:rPr>
                <w:rFonts w:ascii="Times New Roman" w:hAnsi="Times New Roman" w:eastAsia="宋体"/>
                <w:b w:val="0"/>
                <w:sz w:val="21"/>
              </w:rPr>
              <w:t>信息与通信工程</w:t>
            </w:r>
          </w:p>
        </w:tc>
        <w:tc>
          <w:tcPr>
            <w:tcW w:type="dxa" w:w="1439"/>
          </w:tcPr>
          <w:p>
            <w:pPr>
              <w:spacing w:after="20" w:before="20"/>
            </w:pPr>
            <w:r/>
            <w:r>
              <w:rPr>
                <w:rFonts w:ascii="Times New Roman" w:hAnsi="Times New Roman" w:eastAsia="宋体"/>
                <w:b w:val="0"/>
                <w:sz w:val="21"/>
              </w:rPr>
              <w:t>祝梓杰</w:t>
            </w:r>
          </w:p>
        </w:tc>
        <w:tc>
          <w:tcPr>
            <w:tcW w:type="dxa" w:w="1439"/>
          </w:tcPr>
          <w:p>
            <w:pPr>
              <w:spacing w:after="20" w:before="20"/>
            </w:pPr>
            <w:r/>
            <w:r>
              <w:rPr>
                <w:rFonts w:ascii="Times New Roman" w:hAnsi="Times New Roman" w:eastAsia="宋体"/>
                <w:b w:val="0"/>
                <w:sz w:val="21"/>
              </w:rPr>
              <w:t>3215</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物质科学与技术学院</w:t>
            </w:r>
          </w:p>
        </w:tc>
        <w:tc>
          <w:tcPr>
            <w:tcW w:type="dxa" w:w="1439"/>
          </w:tcPr>
          <w:p>
            <w:pPr>
              <w:spacing w:after="20" w:before="20"/>
            </w:pPr>
            <w:r/>
            <w:r>
              <w:rPr>
                <w:rFonts w:ascii="Times New Roman" w:hAnsi="Times New Roman" w:eastAsia="宋体"/>
                <w:b w:val="0"/>
                <w:sz w:val="21"/>
              </w:rPr>
              <w:t>070300</w:t>
            </w:r>
          </w:p>
        </w:tc>
        <w:tc>
          <w:tcPr>
            <w:tcW w:type="dxa" w:w="1439"/>
          </w:tcPr>
          <w:p>
            <w:pPr>
              <w:spacing w:after="20" w:before="20"/>
            </w:pPr>
            <w:r/>
            <w:r>
              <w:rPr>
                <w:rFonts w:ascii="Times New Roman" w:hAnsi="Times New Roman" w:eastAsia="宋体"/>
                <w:b w:val="0"/>
                <w:sz w:val="21"/>
              </w:rPr>
              <w:t>化学</w:t>
            </w:r>
          </w:p>
        </w:tc>
        <w:tc>
          <w:tcPr>
            <w:tcW w:type="dxa" w:w="1439"/>
          </w:tcPr>
          <w:p>
            <w:pPr>
              <w:spacing w:after="20" w:before="20"/>
            </w:pPr>
            <w:r/>
            <w:r>
              <w:rPr>
                <w:rFonts w:ascii="Times New Roman" w:hAnsi="Times New Roman" w:eastAsia="宋体"/>
                <w:b w:val="0"/>
                <w:sz w:val="21"/>
              </w:rPr>
              <w:t>卓言</w:t>
            </w:r>
          </w:p>
        </w:tc>
        <w:tc>
          <w:tcPr>
            <w:tcW w:type="dxa" w:w="1439"/>
          </w:tcPr>
          <w:p>
            <w:pPr>
              <w:spacing w:after="20" w:before="20"/>
            </w:pPr>
            <w:r/>
            <w:r>
              <w:rPr>
                <w:rFonts w:ascii="Times New Roman" w:hAnsi="Times New Roman" w:eastAsia="宋体"/>
                <w:b w:val="0"/>
                <w:sz w:val="21"/>
              </w:rPr>
              <w:t>0640</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邹家华</w:t>
            </w:r>
          </w:p>
        </w:tc>
        <w:tc>
          <w:tcPr>
            <w:tcW w:type="dxa" w:w="1439"/>
          </w:tcPr>
          <w:p>
            <w:pPr>
              <w:spacing w:after="20" w:before="20"/>
            </w:pPr>
            <w:r/>
            <w:r>
              <w:rPr>
                <w:rFonts w:ascii="Times New Roman" w:hAnsi="Times New Roman" w:eastAsia="宋体"/>
                <w:b w:val="0"/>
                <w:sz w:val="21"/>
              </w:rPr>
              <w:t>1754</w:t>
            </w:r>
          </w:p>
        </w:tc>
      </w:tr>
      <w:tr>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邹宇亮</w:t>
            </w:r>
          </w:p>
        </w:tc>
        <w:tc>
          <w:tcPr>
            <w:tcW w:type="dxa" w:w="1439"/>
          </w:tcPr>
          <w:p>
            <w:pPr>
              <w:spacing w:after="20" w:before="20"/>
            </w:pPr>
            <w:r/>
            <w:r>
              <w:rPr>
                <w:rFonts w:ascii="Times New Roman" w:hAnsi="Times New Roman" w:eastAsia="宋体"/>
                <w:b w:val="0"/>
                <w:sz w:val="21"/>
              </w:rPr>
              <w:t>8516</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3257</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3257</w:t>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公示期间，如有异议者请于公示期内以实名方式与上海科技大学研究生院联系。学校不接受非实名举报。</w:t>
      </w:r>
    </w:p>
    <w:p>
      <w:pPr>
        <w:spacing w:after="80" w:lineRule="auto" w:line="360"/>
        <w:ind w:firstLine="482"/>
        <w:jc w:val="both"/>
      </w:pPr>
      <w:r>
        <w:rPr>
          <w:rFonts w:ascii="Times New Roman" w:hAnsi="Times New Roman" w:eastAsia="宋体"/>
          <w:b w:val="0"/>
          <w:sz w:val="24"/>
        </w:rPr>
        <w:t>2. 公示时间：2024 年 10 月 31 日 - 11 月 8 日。</w:t>
      </w:r>
    </w:p>
    <w:p>
      <w:pPr>
        <w:spacing w:after="80" w:lineRule="auto" w:line="360"/>
        <w:ind w:firstLine="482"/>
        <w:jc w:val="both"/>
      </w:pPr>
      <w:r>
        <w:rPr>
          <w:rFonts w:ascii="Times New Roman" w:hAnsi="Times New Roman" w:eastAsia="宋体"/>
          <w:b w:val="0"/>
          <w:sz w:val="24"/>
        </w:rPr>
        <w:t>3. 联系电话：021-20685399。</w:t>
      </w:r>
    </w:p>
    <w:p>
      <w:pPr>
        <w:spacing w:after="80" w:lineRule="auto" w:line="360"/>
        <w:ind w:firstLine="482"/>
        <w:jc w:val="both"/>
      </w:pPr>
      <w:r>
        <w:rPr>
          <w:rFonts w:ascii="Times New Roman" w:hAnsi="Times New Roman" w:eastAsia="宋体"/>
          <w:b w:val="0"/>
          <w:sz w:val="24"/>
        </w:rPr>
        <w:t>4. 联系人：胡老师。</w:t>
      </w:r>
    </w:p>
    <w:p>
      <w:pPr>
        <w:spacing w:after="80" w:lineRule="auto" w:line="360"/>
        <w:ind w:firstLine="482"/>
        <w:jc w:val="both"/>
      </w:pPr>
      <w:r>
        <w:rPr>
          <w:rFonts w:ascii="Times New Roman" w:hAnsi="Times New Roman" w:eastAsia="宋体"/>
          <w:b w:val="0"/>
          <w:sz w:val="24"/>
        </w:rPr>
        <w:t>5. 邮箱：gadmission@shanghaitech.edu.cn。</w:t>
      </w:r>
    </w:p>
    <w:p>
      <w:pPr>
        <w:spacing w:before="160" w:after="80" w:lineRule="auto" w:line="360"/>
        <w:jc w:val="left"/>
      </w:pPr>
      <w:r>
        <w:rPr>
          <w:rFonts w:ascii="Times New Roman" w:hAnsi="Times New Roman" w:eastAsia="宋体"/>
          <w:b/>
          <w:sz w:val="28"/>
        </w:rPr>
        <w:t>九、名单信息</w:t>
      </w:r>
    </w:p>
    <w:p>
      <w:pPr>
        <w:spacing w:after="80" w:lineRule="auto" w:line="360"/>
        <w:ind w:firstLine="482"/>
        <w:jc w:val="both"/>
      </w:pPr>
      <w:r>
        <w:rPr>
          <w:rFonts w:ascii="Times New Roman" w:hAnsi="Times New Roman" w:eastAsia="宋体"/>
          <w:b w:val="0"/>
          <w:sz w:val="24"/>
        </w:rPr>
        <w:t>本段名单共涉及 4 人，均为生命科学与技术学院 071000 生物学专业，具体如下：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编号</w:t>
            </w:r>
          </w:p>
        </w:tc>
        <w:tc>
          <w:tcPr>
            <w:tcW w:type="dxa" w:w="1439"/>
          </w:tcPr>
          <w:p>
            <w:pPr>
              <w:spacing w:after="20" w:before="20"/>
            </w:pPr>
            <w:r/>
            <w:r>
              <w:rPr>
                <w:rFonts w:ascii="Times New Roman" w:hAnsi="Times New Roman" w:eastAsia="宋体"/>
                <w:b/>
                <w:sz w:val="21"/>
              </w:rPr>
              <w:t>培养类型</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w:t>
            </w:r>
          </w:p>
        </w:tc>
      </w:tr>
      <w:tr>
        <w:tc>
          <w:tcPr>
            <w:tcW w:type="dxa" w:w="1439"/>
          </w:tcPr>
          <w:p>
            <w:pPr>
              <w:spacing w:after="20" w:before="20"/>
            </w:pPr>
            <w:r/>
            <w:r>
              <w:rPr>
                <w:rFonts w:ascii="Times New Roman" w:hAnsi="Times New Roman" w:eastAsia="宋体"/>
                <w:b w:val="0"/>
                <w:sz w:val="21"/>
              </w:rPr>
              <w:t>卓言</w:t>
            </w:r>
          </w:p>
        </w:tc>
        <w:tc>
          <w:tcPr>
            <w:tcW w:type="dxa" w:w="1439"/>
          </w:tcPr>
          <w:p>
            <w:pPr>
              <w:spacing w:after="20" w:before="20"/>
            </w:pPr>
            <w:r/>
            <w:r>
              <w:rPr>
                <w:rFonts w:ascii="Times New Roman" w:hAnsi="Times New Roman" w:eastAsia="宋体"/>
                <w:b w:val="0"/>
                <w:sz w:val="21"/>
              </w:rPr>
              <w:t>0640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邹家华</w:t>
            </w:r>
          </w:p>
        </w:tc>
        <w:tc>
          <w:tcPr>
            <w:tcW w:type="dxa" w:w="1439"/>
          </w:tcPr>
          <w:p>
            <w:pPr>
              <w:spacing w:after="20" w:before="20"/>
            </w:pPr>
            <w:r/>
            <w:r>
              <w:rPr>
                <w:rFonts w:ascii="Times New Roman" w:hAnsi="Times New Roman" w:eastAsia="宋体"/>
                <w:b w:val="0"/>
                <w:sz w:val="21"/>
              </w:rPr>
              <w:t>1754</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邹宇亮</w:t>
            </w:r>
          </w:p>
        </w:tc>
        <w:tc>
          <w:tcPr>
            <w:tcW w:type="dxa" w:w="1439"/>
          </w:tcPr>
          <w:p>
            <w:pPr>
              <w:spacing w:after="20" w:before="20"/>
            </w:pPr>
            <w:r/>
            <w:r>
              <w:rPr>
                <w:rFonts w:ascii="Times New Roman" w:hAnsi="Times New Roman" w:eastAsia="宋体"/>
                <w:b w:val="0"/>
                <w:sz w:val="21"/>
              </w:rPr>
              <w:t>8516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3257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bl>
    <w:p>
      <w:pPr>
        <w:spacing w:before="160" w:after="80" w:lineRule="auto" w:line="360"/>
        <w:jc w:val="left"/>
      </w:pPr>
      <w:r>
        <w:rPr>
          <w:rFonts w:ascii="Times New Roman" w:hAnsi="Times New Roman" w:eastAsia="宋体"/>
          <w:b/>
          <w:sz w:val="28"/>
        </w:rPr>
        <w:t>十、公示及异议受理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 年 10 月 31 日-11 月 8 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九、公示名单</w:t>
      </w:r>
    </w:p>
    <w:p>
      <w:pPr>
        <w:spacing w:after="80" w:lineRule="auto" w:line="360"/>
        <w:ind w:firstLine="482"/>
        <w:jc w:val="both"/>
      </w:pPr>
      <w:r>
        <w:rPr>
          <w:rFonts w:ascii="Times New Roman" w:hAnsi="Times New Roman" w:eastAsia="宋体"/>
          <w:b w:val="0"/>
          <w:sz w:val="24"/>
        </w:rPr>
        <w:t>1. 卓言，学号 0640，硕士，生命科学与技术学院，专业代码 071000，生物学。</w:t>
      </w:r>
    </w:p>
    <w:p>
      <w:pPr>
        <w:spacing w:after="80" w:lineRule="auto" w:line="360"/>
        <w:ind w:firstLine="482"/>
        <w:jc w:val="both"/>
      </w:pPr>
      <w:r>
        <w:rPr>
          <w:rFonts w:ascii="Times New Roman" w:hAnsi="Times New Roman" w:eastAsia="宋体"/>
          <w:b w:val="0"/>
          <w:sz w:val="24"/>
        </w:rPr>
        <w:t>2. 邹家华，学号 1754，直博生，生命科学与技术学院，专业代码 071000，生物学。</w:t>
      </w:r>
    </w:p>
    <w:p>
      <w:pPr>
        <w:spacing w:after="80" w:lineRule="auto" w:line="360"/>
        <w:ind w:firstLine="482"/>
        <w:jc w:val="both"/>
      </w:pPr>
      <w:r>
        <w:rPr>
          <w:rFonts w:ascii="Times New Roman" w:hAnsi="Times New Roman" w:eastAsia="宋体"/>
          <w:b w:val="0"/>
          <w:sz w:val="24"/>
        </w:rPr>
        <w:t>3. 邹宇亮，学号 8516，硕士，生命科学与技术学院，专业代码 071000，生物学。</w:t>
      </w:r>
    </w:p>
    <w:p>
      <w:pPr>
        <w:spacing w:after="80" w:lineRule="auto" w:line="360"/>
        <w:ind w:firstLine="482"/>
        <w:jc w:val="both"/>
      </w:pPr>
      <w:r>
        <w:rPr>
          <w:rFonts w:ascii="Times New Roman" w:hAnsi="Times New Roman" w:eastAsia="宋体"/>
          <w:b w:val="0"/>
          <w:sz w:val="24"/>
        </w:rPr>
        <w:t>4. 邹运杰，学号 3257，硕士，生命科学与技术学院，专业代码 071000，生物学。</w:t>
      </w:r>
    </w:p>
    <w:p>
      <w:pPr>
        <w:spacing w:before="160" w:after="80" w:lineRule="auto" w:line="360"/>
        <w:jc w:val="left"/>
      </w:pPr>
      <w:r>
        <w:rPr>
          <w:rFonts w:ascii="Times New Roman" w:hAnsi="Times New Roman" w:eastAsia="宋体"/>
          <w:b/>
          <w:sz w:val="28"/>
        </w:rPr>
        <w:t>十、公示说明</w:t>
      </w:r>
    </w:p>
    <w:p>
      <w:pPr>
        <w:spacing w:after="80" w:lineRule="auto" w:line="360"/>
        <w:ind w:firstLine="482"/>
        <w:jc w:val="both"/>
      </w:pPr>
      <w:r>
        <w:rPr>
          <w:rFonts w:ascii="Times New Roman" w:hAnsi="Times New Roman" w:eastAsia="宋体"/>
          <w:b w:val="0"/>
          <w:sz w:val="24"/>
        </w:rPr>
        <w:t>公示期间，如有异议者请于公示期内以实名方式与上海科技大学研究生院联系。学校不接受非实名举报。</w:t>
      </w:r>
    </w:p>
    <w:p>
      <w:pPr>
        <w:spacing w:after="80" w:lineRule="auto" w:line="360"/>
        <w:ind w:firstLine="482"/>
        <w:jc w:val="both"/>
      </w:pPr>
      <w:r>
        <w:rPr>
          <w:rFonts w:ascii="Times New Roman" w:hAnsi="Times New Roman" w:eastAsia="宋体"/>
          <w:b w:val="0"/>
          <w:sz w:val="24"/>
        </w:rPr>
        <w:t>公示时间：2024 年 10 月 31 日 - 11 月 8 日</w:t>
      </w:r>
    </w:p>
    <w:p>
      <w:pPr>
        <w:spacing w:after="80" w:lineRule="auto" w:line="360"/>
        <w:ind w:firstLine="482"/>
        <w:jc w:val="both"/>
      </w:pPr>
      <w:r>
        <w:rPr>
          <w:rFonts w:ascii="Times New Roman" w:hAnsi="Times New Roman" w:eastAsia="宋体"/>
          <w:b w:val="0"/>
          <w:sz w:val="24"/>
        </w:rPr>
        <w:t>本段为上海科技大学生命科学与技术学院生物学专业推免拟录取名单公示信息，共涉及 4 人，其中硕士 3 人、直博生 1 人。</w:t>
      </w:r>
    </w:p>
    <w:p>
      <w:pPr>
        <w:spacing w:before="160" w:after="80" w:lineRule="auto" w:line="360"/>
        <w:jc w:val="left"/>
      </w:pPr>
      <w:r>
        <w:rPr>
          <w:rFonts w:ascii="Times New Roman" w:hAnsi="Times New Roman" w:eastAsia="宋体"/>
          <w:b/>
          <w:sz w:val="28"/>
        </w:rPr>
        <w:t>九、拟录取名单明细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录取类别</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r>
      <w:tr>
        <w:tc>
          <w:tcPr>
            <w:tcW w:type="dxa" w:w="1439"/>
          </w:tcPr>
          <w:p>
            <w:pPr>
              <w:spacing w:after="20" w:before="20"/>
            </w:pPr>
            <w:r/>
            <w:r>
              <w:rPr>
                <w:rFonts w:ascii="Times New Roman" w:hAnsi="Times New Roman" w:eastAsia="宋体"/>
                <w:b w:val="0"/>
                <w:sz w:val="21"/>
              </w:rPr>
              <w:t>言</w:t>
            </w:r>
          </w:p>
        </w:tc>
        <w:tc>
          <w:tcPr>
            <w:tcW w:type="dxa" w:w="1439"/>
          </w:tcPr>
          <w:p>
            <w:pPr>
              <w:spacing w:after="20" w:before="20"/>
            </w:pPr>
            <w:r/>
            <w:r>
              <w:rPr>
                <w:rFonts w:ascii="Times New Roman" w:hAnsi="Times New Roman" w:eastAsia="宋体"/>
                <w:b w:val="0"/>
                <w:sz w:val="21"/>
              </w:rPr>
              <w:t>0640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邹家华</w:t>
            </w:r>
          </w:p>
        </w:tc>
        <w:tc>
          <w:tcPr>
            <w:tcW w:type="dxa" w:w="1439"/>
          </w:tcPr>
          <w:p>
            <w:pPr>
              <w:spacing w:after="20" w:before="20"/>
            </w:pPr>
            <w:r/>
            <w:r>
              <w:rPr>
                <w:rFonts w:ascii="Times New Roman" w:hAnsi="Times New Roman" w:eastAsia="宋体"/>
                <w:b w:val="0"/>
                <w:sz w:val="21"/>
              </w:rPr>
              <w:t>1754</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邹宇亮</w:t>
            </w:r>
          </w:p>
        </w:tc>
        <w:tc>
          <w:tcPr>
            <w:tcW w:type="dxa" w:w="1439"/>
          </w:tcPr>
          <w:p>
            <w:pPr>
              <w:spacing w:after="20" w:before="20"/>
            </w:pPr>
            <w:r/>
            <w:r>
              <w:rPr>
                <w:rFonts w:ascii="Times New Roman" w:hAnsi="Times New Roman" w:eastAsia="宋体"/>
                <w:b w:val="0"/>
                <w:sz w:val="21"/>
              </w:rPr>
              <w:t>8516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3257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bl>
    <w:p>
      <w:pPr>
        <w:spacing w:before="160" w:after="80" w:lineRule="auto" w:line="360"/>
        <w:jc w:val="left"/>
      </w:pPr>
      <w:r>
        <w:rPr>
          <w:rFonts w:ascii="Times New Roman" w:hAnsi="Times New Roman" w:eastAsia="宋体"/>
          <w:b/>
          <w:sz w:val="28"/>
        </w:rPr>
        <w:t>十、公示与异议方式</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 年 10 月 31 日—11 月 8 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九、名单信息</w:t>
      </w:r>
    </w:p>
    <w:p>
      <w:pPr>
        <w:spacing w:after="80" w:lineRule="auto" w:line="360"/>
        <w:ind w:firstLine="482"/>
        <w:jc w:val="both"/>
      </w:pPr>
      <w:r>
        <w:rPr>
          <w:rFonts w:ascii="Times New Roman" w:hAnsi="Times New Roman" w:eastAsia="宋体"/>
          <w:b w:val="0"/>
          <w:sz w:val="24"/>
        </w:rPr>
        <w:t>本段涉及生命科学与技术学院 071000 生物学专业推免拟录取学生，共 4 人，具体如下：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拟录取类型</w:t>
            </w:r>
          </w:p>
        </w:tc>
        <w:tc>
          <w:tcPr>
            <w:tcW w:type="dxa" w:w="1727"/>
          </w:tcPr>
          <w:p>
            <w:pPr>
              <w:spacing w:after="20" w:before="20"/>
            </w:pPr>
            <w:r/>
            <w:r>
              <w:rPr>
                <w:rFonts w:ascii="Times New Roman" w:hAnsi="Times New Roman" w:eastAsia="宋体"/>
                <w:b/>
                <w:sz w:val="21"/>
              </w:rPr>
              <w:t>学院</w:t>
            </w:r>
          </w:p>
        </w:tc>
        <w:tc>
          <w:tcPr>
            <w:tcW w:type="dxa" w:w="1727"/>
          </w:tcPr>
          <w:p>
            <w:pPr>
              <w:spacing w:after="20" w:before="20"/>
            </w:pPr>
            <w:r/>
            <w:r>
              <w:rPr>
                <w:rFonts w:ascii="Times New Roman" w:hAnsi="Times New Roman" w:eastAsia="宋体"/>
                <w:b/>
                <w:sz w:val="21"/>
              </w:rPr>
              <w:t>专业代码</w:t>
            </w:r>
          </w:p>
        </w:tc>
        <w:tc>
          <w:tcPr>
            <w:tcW w:type="dxa" w:w="1727"/>
          </w:tcPr>
          <w:p>
            <w:pPr>
              <w:spacing w:after="20" w:before="20"/>
            </w:pPr>
            <w:r/>
            <w:r>
              <w:rPr>
                <w:rFonts w:ascii="Times New Roman" w:hAnsi="Times New Roman" w:eastAsia="宋体"/>
                <w:b/>
                <w:sz w:val="21"/>
              </w:rPr>
              <w:t>专业名称</w:t>
            </w:r>
          </w:p>
        </w:tc>
      </w:tr>
      <w:tr>
        <w:tc>
          <w:tcPr>
            <w:tcW w:type="dxa" w:w="1727"/>
          </w:tcPr>
          <w:p>
            <w:pPr>
              <w:spacing w:after="20" w:before="20"/>
            </w:pPr>
            <w:r/>
            <w:r>
              <w:rPr>
                <w:rFonts w:ascii="Times New Roman" w:hAnsi="Times New Roman" w:eastAsia="宋体"/>
                <w:b w:val="0"/>
                <w:sz w:val="21"/>
              </w:rPr>
              <w:t>邹家华</w:t>
            </w:r>
          </w:p>
        </w:tc>
        <w:tc>
          <w:tcPr>
            <w:tcW w:type="dxa" w:w="1727"/>
          </w:tcPr>
          <w:p>
            <w:pPr>
              <w:spacing w:after="20" w:before="20"/>
            </w:pPr>
            <w:r/>
            <w:r>
              <w:rPr>
                <w:rFonts w:ascii="Times New Roman" w:hAnsi="Times New Roman" w:eastAsia="宋体"/>
                <w:b w:val="0"/>
                <w:sz w:val="21"/>
              </w:rPr>
              <w:t>硕士</w:t>
            </w:r>
          </w:p>
        </w:tc>
        <w:tc>
          <w:tcPr>
            <w:tcW w:type="dxa" w:w="1727"/>
          </w:tcPr>
          <w:p>
            <w:pPr>
              <w:spacing w:after="20" w:before="20"/>
            </w:pPr>
            <w:r/>
            <w:r>
              <w:rPr>
                <w:rFonts w:ascii="Times New Roman" w:hAnsi="Times New Roman" w:eastAsia="宋体"/>
                <w:b w:val="0"/>
                <w:sz w:val="21"/>
              </w:rPr>
              <w:t>生命科学与技术学院</w:t>
            </w:r>
          </w:p>
        </w:tc>
        <w:tc>
          <w:tcPr>
            <w:tcW w:type="dxa" w:w="1727"/>
          </w:tcPr>
          <w:p>
            <w:pPr>
              <w:spacing w:after="20" w:before="20"/>
            </w:pPr>
            <w:r/>
            <w:r>
              <w:rPr>
                <w:rFonts w:ascii="Times New Roman" w:hAnsi="Times New Roman" w:eastAsia="宋体"/>
                <w:b w:val="0"/>
                <w:sz w:val="21"/>
              </w:rPr>
              <w:t>071000</w:t>
            </w:r>
          </w:p>
        </w:tc>
        <w:tc>
          <w:tcPr>
            <w:tcW w:type="dxa" w:w="1727"/>
          </w:tcPr>
          <w:p>
            <w:pPr>
              <w:spacing w:after="20" w:before="20"/>
            </w:pPr>
            <w:r/>
            <w:r>
              <w:rPr>
                <w:rFonts w:ascii="Times New Roman" w:hAnsi="Times New Roman" w:eastAsia="宋体"/>
                <w:b w:val="0"/>
                <w:sz w:val="21"/>
              </w:rPr>
              <w:t>生物学</w:t>
            </w:r>
          </w:p>
        </w:tc>
      </w:tr>
      <w:tr>
        <w:tc>
          <w:tcPr>
            <w:tcW w:type="dxa" w:w="1727"/>
          </w:tcPr>
          <w:p>
            <w:pPr>
              <w:spacing w:after="20" w:before="20"/>
            </w:pPr>
            <w:r/>
            <w:r>
              <w:rPr>
                <w:rFonts w:ascii="Times New Roman" w:hAnsi="Times New Roman" w:eastAsia="宋体"/>
                <w:b w:val="0"/>
                <w:sz w:val="21"/>
              </w:rPr>
              <w:t>邹宇亮</w:t>
            </w:r>
          </w:p>
        </w:tc>
        <w:tc>
          <w:tcPr>
            <w:tcW w:type="dxa" w:w="1727"/>
          </w:tcPr>
          <w:p>
            <w:pPr>
              <w:spacing w:after="20" w:before="20"/>
            </w:pPr>
            <w:r/>
            <w:r>
              <w:rPr>
                <w:rFonts w:ascii="Times New Roman" w:hAnsi="Times New Roman" w:eastAsia="宋体"/>
                <w:b w:val="0"/>
                <w:sz w:val="21"/>
              </w:rPr>
              <w:t>直博生</w:t>
            </w:r>
          </w:p>
        </w:tc>
        <w:tc>
          <w:tcPr>
            <w:tcW w:type="dxa" w:w="1727"/>
          </w:tcPr>
          <w:p>
            <w:pPr>
              <w:spacing w:after="20" w:before="20"/>
            </w:pPr>
            <w:r/>
            <w:r>
              <w:rPr>
                <w:rFonts w:ascii="Times New Roman" w:hAnsi="Times New Roman" w:eastAsia="宋体"/>
                <w:b w:val="0"/>
                <w:sz w:val="21"/>
              </w:rPr>
              <w:t>生命科学与技术学院</w:t>
            </w:r>
          </w:p>
        </w:tc>
        <w:tc>
          <w:tcPr>
            <w:tcW w:type="dxa" w:w="1727"/>
          </w:tcPr>
          <w:p>
            <w:pPr>
              <w:spacing w:after="20" w:before="20"/>
            </w:pPr>
            <w:r/>
            <w:r>
              <w:rPr>
                <w:rFonts w:ascii="Times New Roman" w:hAnsi="Times New Roman" w:eastAsia="宋体"/>
                <w:b w:val="0"/>
                <w:sz w:val="21"/>
              </w:rPr>
              <w:t>071000</w:t>
            </w:r>
          </w:p>
        </w:tc>
        <w:tc>
          <w:tcPr>
            <w:tcW w:type="dxa" w:w="1727"/>
          </w:tcPr>
          <w:p>
            <w:pPr>
              <w:spacing w:after="20" w:before="20"/>
            </w:pPr>
            <w:r/>
            <w:r>
              <w:rPr>
                <w:rFonts w:ascii="Times New Roman" w:hAnsi="Times New Roman" w:eastAsia="宋体"/>
                <w:b w:val="0"/>
                <w:sz w:val="21"/>
              </w:rPr>
              <w:t>生物学</w:t>
            </w:r>
          </w:p>
        </w:tc>
      </w:tr>
      <w:tr>
        <w:tc>
          <w:tcPr>
            <w:tcW w:type="dxa" w:w="1727"/>
          </w:tcPr>
          <w:p>
            <w:pPr>
              <w:spacing w:after="20" w:before="20"/>
            </w:pPr>
            <w:r/>
            <w:r>
              <w:rPr>
                <w:rFonts w:ascii="Times New Roman" w:hAnsi="Times New Roman" w:eastAsia="宋体"/>
                <w:b w:val="0"/>
                <w:sz w:val="21"/>
              </w:rPr>
              <w:t>邹运杰</w:t>
            </w:r>
          </w:p>
        </w:tc>
        <w:tc>
          <w:tcPr>
            <w:tcW w:type="dxa" w:w="1727"/>
          </w:tcPr>
          <w:p>
            <w:pPr>
              <w:spacing w:after="20" w:before="20"/>
            </w:pPr>
            <w:r/>
            <w:r>
              <w:rPr>
                <w:rFonts w:ascii="Times New Roman" w:hAnsi="Times New Roman" w:eastAsia="宋体"/>
                <w:b w:val="0"/>
                <w:sz w:val="21"/>
              </w:rPr>
              <w:t>硕士</w:t>
            </w:r>
          </w:p>
        </w:tc>
        <w:tc>
          <w:tcPr>
            <w:tcW w:type="dxa" w:w="1727"/>
          </w:tcPr>
          <w:p>
            <w:pPr>
              <w:spacing w:after="20" w:before="20"/>
            </w:pPr>
            <w:r/>
            <w:r>
              <w:rPr>
                <w:rFonts w:ascii="Times New Roman" w:hAnsi="Times New Roman" w:eastAsia="宋体"/>
                <w:b w:val="0"/>
                <w:sz w:val="21"/>
              </w:rPr>
              <w:t>生命科学与技术学院</w:t>
            </w:r>
          </w:p>
        </w:tc>
        <w:tc>
          <w:tcPr>
            <w:tcW w:type="dxa" w:w="1727"/>
          </w:tcPr>
          <w:p>
            <w:pPr>
              <w:spacing w:after="20" w:before="20"/>
            </w:pPr>
            <w:r/>
            <w:r>
              <w:rPr>
                <w:rFonts w:ascii="Times New Roman" w:hAnsi="Times New Roman" w:eastAsia="宋体"/>
                <w:b w:val="0"/>
                <w:sz w:val="21"/>
              </w:rPr>
              <w:t>071000</w:t>
            </w:r>
          </w:p>
        </w:tc>
        <w:tc>
          <w:tcPr>
            <w:tcW w:type="dxa" w:w="1727"/>
          </w:tcPr>
          <w:p>
            <w:pPr>
              <w:spacing w:after="20" w:before="20"/>
            </w:pPr>
            <w:r/>
            <w:r>
              <w:rPr>
                <w:rFonts w:ascii="Times New Roman" w:hAnsi="Times New Roman" w:eastAsia="宋体"/>
                <w:b w:val="0"/>
                <w:sz w:val="21"/>
              </w:rPr>
              <w:t>生物学</w:t>
            </w:r>
          </w:p>
        </w:tc>
      </w:tr>
      <w:tr>
        <w:tc>
          <w:tcPr>
            <w:tcW w:type="dxa" w:w="1727"/>
          </w:tcPr>
          <w:p>
            <w:pPr>
              <w:spacing w:after="20" w:before="20"/>
            </w:pPr>
            <w:r/>
            <w:r>
              <w:rPr>
                <w:rFonts w:ascii="Times New Roman" w:hAnsi="Times New Roman" w:eastAsia="宋体"/>
                <w:b w:val="0"/>
                <w:sz w:val="21"/>
              </w:rPr>
              <w:t>（原文未显示姓名）</w:t>
            </w:r>
          </w:p>
        </w:tc>
        <w:tc>
          <w:tcPr>
            <w:tcW w:type="dxa" w:w="1727"/>
          </w:tcPr>
          <w:p>
            <w:pPr>
              <w:spacing w:after="20" w:before="20"/>
            </w:pPr>
            <w:r/>
            <w:r>
              <w:rPr>
                <w:rFonts w:ascii="Times New Roman" w:hAnsi="Times New Roman" w:eastAsia="宋体"/>
                <w:b w:val="0"/>
                <w:sz w:val="21"/>
              </w:rPr>
              <w:t>硕士</w:t>
            </w:r>
          </w:p>
        </w:tc>
        <w:tc>
          <w:tcPr>
            <w:tcW w:type="dxa" w:w="1727"/>
          </w:tcPr>
          <w:p>
            <w:pPr>
              <w:spacing w:after="20" w:before="20"/>
            </w:pPr>
            <w:r/>
            <w:r>
              <w:rPr>
                <w:rFonts w:ascii="Times New Roman" w:hAnsi="Times New Roman" w:eastAsia="宋体"/>
                <w:b w:val="0"/>
                <w:sz w:val="21"/>
              </w:rPr>
              <w:t>生命科学与技术学院</w:t>
            </w:r>
          </w:p>
        </w:tc>
        <w:tc>
          <w:tcPr>
            <w:tcW w:type="dxa" w:w="1727"/>
          </w:tcPr>
          <w:p>
            <w:pPr>
              <w:spacing w:after="20" w:before="20"/>
            </w:pPr>
            <w:r/>
            <w:r>
              <w:rPr>
                <w:rFonts w:ascii="Times New Roman" w:hAnsi="Times New Roman" w:eastAsia="宋体"/>
                <w:b w:val="0"/>
                <w:sz w:val="21"/>
              </w:rPr>
              <w:t>071000</w:t>
            </w:r>
          </w:p>
        </w:tc>
        <w:tc>
          <w:tcPr>
            <w:tcW w:type="dxa" w:w="1727"/>
          </w:tcPr>
          <w:p>
            <w:pPr>
              <w:spacing w:after="20" w:before="20"/>
            </w:pPr>
            <w:r/>
            <w:r>
              <w:rPr>
                <w:rFonts w:ascii="Times New Roman" w:hAnsi="Times New Roman" w:eastAsia="宋体"/>
                <w:b w:val="0"/>
                <w:sz w:val="21"/>
              </w:rPr>
              <w:t>生物学</w:t>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 年 10 月 31 日—11 月 8 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九、拟录取名单</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报名号</w:t>
            </w:r>
          </w:p>
        </w:tc>
        <w:tc>
          <w:tcPr>
            <w:tcW w:type="dxa" w:w="1439"/>
          </w:tcPr>
          <w:p>
            <w:pPr>
              <w:spacing w:after="20" w:before="20"/>
            </w:pPr>
            <w:r/>
            <w:r>
              <w:rPr>
                <w:rFonts w:ascii="Times New Roman" w:hAnsi="Times New Roman" w:eastAsia="宋体"/>
                <w:b/>
                <w:sz w:val="21"/>
              </w:rPr>
              <w:t>录取类型</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c>
          <w:tcPr>
            <w:tcW w:type="dxa" w:w="1439"/>
          </w:tcPr>
          <w:p>
            <w:pPr>
              <w:spacing w:after="20" w:before="20"/>
            </w:pPr>
            <w:r/>
            <w:r>
              <w:rPr>
                <w:rFonts w:ascii="Times New Roman" w:hAnsi="Times New Roman" w:eastAsia="宋体"/>
                <w:b/>
                <w:sz w:val="21"/>
              </w:rPr>
              <w:t>姓名</w:t>
            </w:r>
          </w:p>
        </w:tc>
      </w:tr>
      <w:tr>
        <w:tc>
          <w:tcPr>
            <w:tcW w:type="dxa" w:w="1439"/>
          </w:tcPr>
          <w:p>
            <w:pPr>
              <w:spacing w:after="20" w:before="20"/>
            </w:pPr>
            <w:r/>
            <w:r>
              <w:rPr>
                <w:rFonts w:ascii="Times New Roman" w:hAnsi="Times New Roman" w:eastAsia="宋体"/>
                <w:b w:val="0"/>
                <w:sz w:val="21"/>
              </w:rPr>
              <w:t>0640</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邹家华</w:t>
            </w:r>
          </w:p>
        </w:tc>
      </w:tr>
      <w:tr>
        <w:tc>
          <w:tcPr>
            <w:tcW w:type="dxa" w:w="1439"/>
          </w:tcPr>
          <w:p>
            <w:pPr>
              <w:spacing w:after="20" w:before="20"/>
            </w:pPr>
            <w:r/>
            <w:r>
              <w:rPr>
                <w:rFonts w:ascii="Times New Roman" w:hAnsi="Times New Roman" w:eastAsia="宋体"/>
                <w:b w:val="0"/>
                <w:sz w:val="21"/>
              </w:rPr>
              <w:t>1754</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邹宇亮</w:t>
            </w:r>
          </w:p>
        </w:tc>
      </w:tr>
      <w:tr>
        <w:tc>
          <w:tcPr>
            <w:tcW w:type="dxa" w:w="1439"/>
          </w:tcPr>
          <w:p>
            <w:pPr>
              <w:spacing w:after="20" w:before="20"/>
            </w:pPr>
            <w:r/>
            <w:r>
              <w:rPr>
                <w:rFonts w:ascii="Times New Roman" w:hAnsi="Times New Roman" w:eastAsia="宋体"/>
                <w:b w:val="0"/>
                <w:sz w:val="21"/>
              </w:rPr>
              <w:t>8516</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邹运杰</w:t>
            </w:r>
          </w:p>
        </w:tc>
      </w:tr>
      <w:tr>
        <w:tc>
          <w:tcPr>
            <w:tcW w:type="dxa" w:w="1439"/>
          </w:tcPr>
          <w:p>
            <w:pPr>
              <w:spacing w:after="20" w:before="20"/>
            </w:pPr>
            <w:r/>
            <w:r>
              <w:rPr>
                <w:rFonts w:ascii="Times New Roman" w:hAnsi="Times New Roman" w:eastAsia="宋体"/>
                <w:b w:val="0"/>
                <w:sz w:val="21"/>
              </w:rPr>
              <w:t>3257</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公示期间，如有异议者请于公示期内以实名方式与上海科技大学研究生院联系。学校不接受非实名举报。</w:t>
      </w:r>
    </w:p>
    <w:p>
      <w:pPr>
        <w:spacing w:after="80" w:lineRule="auto" w:line="360"/>
        <w:ind w:firstLine="482"/>
        <w:jc w:val="both"/>
      </w:pPr>
      <w:r>
        <w:rPr>
          <w:rFonts w:ascii="Times New Roman" w:hAnsi="Times New Roman" w:eastAsia="宋体"/>
          <w:b w:val="0"/>
          <w:sz w:val="24"/>
        </w:rPr>
        <w:t>2. 公示时间：2024 年10 月31 日-11 月8 日</w:t>
      </w:r>
    </w:p>
    <w:p>
      <w:pPr>
        <w:spacing w:after="80" w:lineRule="auto" w:line="360"/>
        <w:ind w:firstLine="482"/>
        <w:jc w:val="both"/>
      </w:pPr>
      <w:r>
        <w:rPr>
          <w:rFonts w:ascii="Times New Roman" w:hAnsi="Times New Roman" w:eastAsia="宋体"/>
          <w:b w:val="0"/>
          <w:sz w:val="24"/>
        </w:rPr>
        <w:t>3. 联系电话：021-20685399</w:t>
      </w:r>
    </w:p>
    <w:p>
      <w:pPr>
        <w:spacing w:after="80" w:lineRule="auto" w:line="360"/>
        <w:ind w:firstLine="482"/>
        <w:jc w:val="both"/>
      </w:pPr>
      <w:r>
        <w:rPr>
          <w:rFonts w:ascii="Times New Roman" w:hAnsi="Times New Roman" w:eastAsia="宋体"/>
          <w:b w:val="0"/>
          <w:sz w:val="24"/>
        </w:rPr>
        <w:t>4. 联系人：胡老师</w:t>
      </w:r>
    </w:p>
    <w:p>
      <w:pPr>
        <w:spacing w:after="80" w:lineRule="auto" w:line="360"/>
        <w:ind w:firstLine="482"/>
        <w:jc w:val="both"/>
      </w:pPr>
      <w:r>
        <w:rPr>
          <w:rFonts w:ascii="Times New Roman" w:hAnsi="Times New Roman" w:eastAsia="宋体"/>
          <w:b w:val="0"/>
          <w:sz w:val="24"/>
        </w:rPr>
        <w:t>5. 邮箱：gadmission@shanghaitech.edu.cn</w:t>
      </w:r>
    </w:p>
    <w:p>
      <w:pPr>
        <w:spacing w:before="160" w:after="80" w:lineRule="auto" w:line="360"/>
        <w:jc w:val="left"/>
      </w:pPr>
      <w:r>
        <w:rPr>
          <w:rFonts w:ascii="Times New Roman" w:hAnsi="Times New Roman" w:eastAsia="宋体"/>
          <w:b/>
          <w:sz w:val="28"/>
        </w:rPr>
        <w:t>九、名单明细</w:t>
      </w:r>
    </w:p>
    <w:p>
      <w:pPr>
        <w:spacing w:after="80" w:lineRule="auto" w:line="360"/>
        <w:ind w:firstLine="482"/>
        <w:jc w:val="both"/>
      </w:pPr>
      <w:r>
        <w:rPr>
          <w:rFonts w:ascii="Times New Roman" w:hAnsi="Times New Roman" w:eastAsia="宋体"/>
          <w:b w:val="0"/>
          <w:sz w:val="24"/>
        </w:rPr>
        <w:t>本段名单共涉及 3 人，均为生命科学与技术学院 071000 生物学专业，具体如下：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编号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培养类型</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r>
      <w:tr>
        <w:tc>
          <w:tcPr>
            <w:tcW w:type="dxa" w:w="1439"/>
          </w:tcPr>
          <w:p>
            <w:pPr>
              <w:spacing w:after="20" w:before="20"/>
            </w:pPr>
            <w:r/>
            <w:r>
              <w:rPr>
                <w:rFonts w:ascii="Times New Roman" w:hAnsi="Times New Roman" w:eastAsia="宋体"/>
                <w:b w:val="0"/>
                <w:sz w:val="21"/>
              </w:rPr>
              <w:t>0640</w:t>
            </w:r>
          </w:p>
        </w:tc>
        <w:tc>
          <w:tcPr>
            <w:tcW w:type="dxa" w:w="1439"/>
          </w:tcPr>
          <w:p>
            <w:pPr>
              <w:spacing w:after="20" w:before="20"/>
            </w:pPr>
            <w:r/>
            <w:r>
              <w:rPr>
                <w:rFonts w:ascii="Times New Roman" w:hAnsi="Times New Roman" w:eastAsia="宋体"/>
                <w:b w:val="0"/>
                <w:sz w:val="21"/>
              </w:rPr>
              <w:t>邹家华</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1754</w:t>
            </w:r>
          </w:p>
        </w:tc>
        <w:tc>
          <w:tcPr>
            <w:tcW w:type="dxa" w:w="1439"/>
          </w:tcPr>
          <w:p>
            <w:pPr>
              <w:spacing w:after="20" w:before="20"/>
            </w:pPr>
            <w:r/>
            <w:r>
              <w:rPr>
                <w:rFonts w:ascii="Times New Roman" w:hAnsi="Times New Roman" w:eastAsia="宋体"/>
                <w:b w:val="0"/>
                <w:sz w:val="21"/>
              </w:rPr>
              <w:t>邹宇亮</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8516</w:t>
            </w:r>
          </w:p>
        </w:tc>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 年 10 月 31 日-11 月 8 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九、拟录取名单</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培养层次</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r>
      <w:tr>
        <w:tc>
          <w:tcPr>
            <w:tcW w:type="dxa" w:w="1439"/>
          </w:tcPr>
          <w:p>
            <w:pPr>
              <w:spacing w:after="20" w:before="20"/>
            </w:pPr>
            <w:r/>
            <w:r>
              <w:rPr>
                <w:rFonts w:ascii="Times New Roman" w:hAnsi="Times New Roman" w:eastAsia="宋体"/>
                <w:b w:val="0"/>
                <w:sz w:val="21"/>
              </w:rPr>
              <w:t>640</w:t>
            </w:r>
          </w:p>
        </w:tc>
        <w:tc>
          <w:tcPr>
            <w:tcW w:type="dxa" w:w="1439"/>
          </w:tcPr>
          <w:p>
            <w:pPr>
              <w:spacing w:after="20" w:before="20"/>
            </w:pPr>
            <w:r/>
            <w:r>
              <w:rPr>
                <w:rFonts w:ascii="Times New Roman" w:hAnsi="Times New Roman" w:eastAsia="宋体"/>
                <w:b w:val="0"/>
                <w:sz w:val="21"/>
              </w:rPr>
              <w:t>邹家华</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1754</w:t>
            </w:r>
          </w:p>
        </w:tc>
        <w:tc>
          <w:tcPr>
            <w:tcW w:type="dxa" w:w="1439"/>
          </w:tcPr>
          <w:p>
            <w:pPr>
              <w:spacing w:after="20" w:before="20"/>
            </w:pPr>
            <w:r/>
            <w:r>
              <w:rPr>
                <w:rFonts w:ascii="Times New Roman" w:hAnsi="Times New Roman" w:eastAsia="宋体"/>
                <w:b w:val="0"/>
                <w:sz w:val="21"/>
              </w:rPr>
              <w:t>邹宇亮</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8516</w:t>
            </w:r>
          </w:p>
        </w:tc>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公示时间：2024年10月31日-11月8日。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九、拟录取名单</w:t>
      </w:r>
    </w:p>
    <w:p>
      <w:pPr>
        <w:spacing w:after="80" w:lineRule="auto" w:line="360"/>
        <w:ind w:firstLine="482"/>
        <w:jc w:val="both"/>
      </w:pPr>
      <w:r>
        <w:rPr>
          <w:rFonts w:ascii="Times New Roman" w:hAnsi="Times New Roman" w:eastAsia="宋体"/>
          <w:b w:val="0"/>
          <w:sz w:val="24"/>
        </w:rPr>
        <w:t>本段公示名单共 3 人，均为生命科学与技术学院 071000 生物学专业，具体如下：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层次</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r>
      <w:tr>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邹家华</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邹宇亮</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r>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 年 10 月 31 日—11 月 8 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九、拟录取名单</w:t>
      </w:r>
    </w:p>
    <w:p>
      <w:pPr>
        <w:spacing w:after="80" w:lineRule="auto" w:line="360"/>
        <w:ind w:firstLine="482"/>
        <w:jc w:val="both"/>
      </w:pPr>
      <w:r>
        <w:rPr>
          <w:rFonts w:ascii="Times New Roman" w:hAnsi="Times New Roman" w:eastAsia="宋体"/>
          <w:b w:val="0"/>
          <w:sz w:val="24"/>
        </w:rPr>
        <w:t>1. 邹家华，硕士，生命科学与技术学院，专业代码 071000，专业名称 生物学。</w:t>
      </w:r>
    </w:p>
    <w:p>
      <w:pPr>
        <w:spacing w:after="80" w:lineRule="auto" w:line="360"/>
        <w:ind w:firstLine="482"/>
        <w:jc w:val="both"/>
      </w:pPr>
      <w:r>
        <w:rPr>
          <w:rFonts w:ascii="Times New Roman" w:hAnsi="Times New Roman" w:eastAsia="宋体"/>
          <w:b w:val="0"/>
          <w:sz w:val="24"/>
        </w:rPr>
        <w:t>2. 邹宇亮，直博生，生命科学与技术学院，专业代码 071000，专业名称 生物学。</w:t>
      </w:r>
    </w:p>
    <w:p>
      <w:pPr>
        <w:spacing w:after="80" w:lineRule="auto" w:line="360"/>
        <w:ind w:firstLine="482"/>
        <w:jc w:val="both"/>
      </w:pPr>
      <w:r>
        <w:rPr>
          <w:rFonts w:ascii="Times New Roman" w:hAnsi="Times New Roman" w:eastAsia="宋体"/>
          <w:b w:val="0"/>
          <w:sz w:val="24"/>
        </w:rPr>
        <w:t>3. 邹运杰，硕士，生命科学与技术学院，专业代码 071000，专业名称 生物学。</w:t>
      </w:r>
    </w:p>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 年 10 月 31 日-11 月 8 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九、拟录取名单</w:t>
      </w:r>
    </w:p>
    <w:p>
      <w:pPr>
        <w:spacing w:after="80" w:lineRule="auto" w:line="360"/>
        <w:ind w:firstLine="482"/>
        <w:jc w:val="both"/>
      </w:pPr>
      <w:r>
        <w:rPr>
          <w:rFonts w:ascii="Times New Roman" w:hAnsi="Times New Roman" w:eastAsia="宋体"/>
          <w:b w:val="0"/>
          <w:sz w:val="24"/>
        </w:rPr>
        <w:t>本名单共涉及 3 人，均为生命科学与技术学院 071000 生物学专业，具体如下：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录取类型</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c>
          <w:tcPr>
            <w:tcW w:type="dxa" w:w="1439"/>
          </w:tcPr>
          <w:p>
            <w:pPr>
              <w:spacing w:after="20" w:before="20"/>
            </w:pPr>
            <w:r/>
            <w:r>
              <w:rPr>
                <w:rFonts w:ascii="Times New Roman" w:hAnsi="Times New Roman" w:eastAsia="宋体"/>
                <w:b/>
                <w:sz w:val="21"/>
              </w:rPr>
              <w:t>编号</w:t>
            </w:r>
          </w:p>
        </w:tc>
      </w:tr>
      <w:tr>
        <w:tc>
          <w:tcPr>
            <w:tcW w:type="dxa" w:w="1439"/>
          </w:tcPr>
          <w:p>
            <w:pPr>
              <w:spacing w:after="20" w:before="20"/>
            </w:pPr>
            <w:r/>
            <w:r>
              <w:rPr>
                <w:rFonts w:ascii="Times New Roman" w:hAnsi="Times New Roman" w:eastAsia="宋体"/>
                <w:b w:val="0"/>
                <w:sz w:val="21"/>
              </w:rPr>
              <w:t>邹家华</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1754</w:t>
            </w:r>
          </w:p>
        </w:tc>
      </w:tr>
      <w:tr>
        <w:tc>
          <w:tcPr>
            <w:tcW w:type="dxa" w:w="1439"/>
          </w:tcPr>
          <w:p>
            <w:pPr>
              <w:spacing w:after="20" w:before="20"/>
            </w:pPr>
            <w:r/>
            <w:r>
              <w:rPr>
                <w:rFonts w:ascii="Times New Roman" w:hAnsi="Times New Roman" w:eastAsia="宋体"/>
                <w:b w:val="0"/>
                <w:sz w:val="21"/>
              </w:rPr>
              <w:t>邹宇亮</w:t>
            </w:r>
          </w:p>
        </w:tc>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8516</w:t>
            </w:r>
          </w:p>
        </w:tc>
      </w:tr>
      <w:tr>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3257</w:t>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 年 10 月 31 日-11 月 8 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九、拟录取名单</w:t>
      </w:r>
    </w:p>
    <w:p>
      <w:pPr>
        <w:spacing w:after="80" w:lineRule="auto" w:line="360"/>
        <w:ind w:firstLine="482"/>
        <w:jc w:val="both"/>
      </w:pPr>
      <w:r>
        <w:rPr>
          <w:rFonts w:ascii="Times New Roman" w:hAnsi="Times New Roman" w:eastAsia="宋体"/>
          <w:b w:val="0"/>
          <w:sz w:val="24"/>
        </w:rPr>
        <w:t>以下为生命科学与技术学院 071000 生物学专业拟录取名单：</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层次</w:t>
            </w:r>
          </w:p>
        </w:tc>
        <w:tc>
          <w:tcPr>
            <w:tcW w:type="dxa" w:w="1727"/>
          </w:tcPr>
          <w:p>
            <w:pPr>
              <w:spacing w:after="20" w:before="20"/>
            </w:pPr>
            <w:r/>
            <w:r>
              <w:rPr>
                <w:rFonts w:ascii="Times New Roman" w:hAnsi="Times New Roman" w:eastAsia="宋体"/>
                <w:b/>
                <w:sz w:val="21"/>
              </w:rPr>
              <w:t>学院</w:t>
            </w:r>
          </w:p>
        </w:tc>
        <w:tc>
          <w:tcPr>
            <w:tcW w:type="dxa" w:w="1727"/>
          </w:tcPr>
          <w:p>
            <w:pPr>
              <w:spacing w:after="20" w:before="20"/>
            </w:pPr>
            <w:r/>
            <w:r>
              <w:rPr>
                <w:rFonts w:ascii="Times New Roman" w:hAnsi="Times New Roman" w:eastAsia="宋体"/>
                <w:b/>
                <w:sz w:val="21"/>
              </w:rPr>
              <w:t>专业代码</w:t>
            </w:r>
          </w:p>
        </w:tc>
        <w:tc>
          <w:tcPr>
            <w:tcW w:type="dxa" w:w="1727"/>
          </w:tcPr>
          <w:p>
            <w:pPr>
              <w:spacing w:after="20" w:before="20"/>
            </w:pPr>
            <w:r/>
            <w:r>
              <w:rPr>
                <w:rFonts w:ascii="Times New Roman" w:hAnsi="Times New Roman" w:eastAsia="宋体"/>
                <w:b/>
                <w:sz w:val="21"/>
              </w:rPr>
              <w:t>专业名称</w:t>
            </w:r>
          </w:p>
        </w:tc>
      </w:tr>
      <w:tr>
        <w:tc>
          <w:tcPr>
            <w:tcW w:type="dxa" w:w="1727"/>
          </w:tcPr>
          <w:p>
            <w:pPr>
              <w:spacing w:after="20" w:before="20"/>
            </w:pPr>
            <w:r/>
            <w:r>
              <w:rPr>
                <w:rFonts w:ascii="Times New Roman" w:hAnsi="Times New Roman" w:eastAsia="宋体"/>
                <w:b w:val="0"/>
                <w:sz w:val="21"/>
              </w:rPr>
              <w:t>邹家华</w:t>
            </w:r>
          </w:p>
        </w:tc>
        <w:tc>
          <w:tcPr>
            <w:tcW w:type="dxa" w:w="1727"/>
          </w:tcPr>
          <w:p>
            <w:pPr>
              <w:spacing w:after="20" w:before="20"/>
            </w:pPr>
            <w:r/>
            <w:r>
              <w:rPr>
                <w:rFonts w:ascii="Times New Roman" w:hAnsi="Times New Roman" w:eastAsia="宋体"/>
                <w:b w:val="0"/>
                <w:sz w:val="21"/>
              </w:rPr>
              <w:t>硕士</w:t>
            </w:r>
          </w:p>
        </w:tc>
        <w:tc>
          <w:tcPr>
            <w:tcW w:type="dxa" w:w="1727"/>
          </w:tcPr>
          <w:p>
            <w:pPr>
              <w:spacing w:after="20" w:before="20"/>
            </w:pPr>
            <w:r/>
            <w:r>
              <w:rPr>
                <w:rFonts w:ascii="Times New Roman" w:hAnsi="Times New Roman" w:eastAsia="宋体"/>
                <w:b w:val="0"/>
                <w:sz w:val="21"/>
              </w:rPr>
              <w:t>生命科学与技术学院</w:t>
            </w:r>
          </w:p>
        </w:tc>
        <w:tc>
          <w:tcPr>
            <w:tcW w:type="dxa" w:w="1727"/>
          </w:tcPr>
          <w:p>
            <w:pPr>
              <w:spacing w:after="20" w:before="20"/>
            </w:pPr>
            <w:r/>
            <w:r>
              <w:rPr>
                <w:rFonts w:ascii="Times New Roman" w:hAnsi="Times New Roman" w:eastAsia="宋体"/>
                <w:b w:val="0"/>
                <w:sz w:val="21"/>
              </w:rPr>
              <w:t>071000</w:t>
            </w:r>
          </w:p>
        </w:tc>
        <w:tc>
          <w:tcPr>
            <w:tcW w:type="dxa" w:w="1727"/>
          </w:tcPr>
          <w:p>
            <w:pPr>
              <w:spacing w:after="20" w:before="20"/>
            </w:pPr>
            <w:r/>
            <w:r>
              <w:rPr>
                <w:rFonts w:ascii="Times New Roman" w:hAnsi="Times New Roman" w:eastAsia="宋体"/>
                <w:b w:val="0"/>
                <w:sz w:val="21"/>
              </w:rPr>
              <w:t>生物学</w:t>
            </w:r>
          </w:p>
        </w:tc>
      </w:tr>
      <w:tr>
        <w:tc>
          <w:tcPr>
            <w:tcW w:type="dxa" w:w="1727"/>
          </w:tcPr>
          <w:p>
            <w:pPr>
              <w:spacing w:after="20" w:before="20"/>
            </w:pPr>
            <w:r/>
            <w:r>
              <w:rPr>
                <w:rFonts w:ascii="Times New Roman" w:hAnsi="Times New Roman" w:eastAsia="宋体"/>
                <w:b w:val="0"/>
                <w:sz w:val="21"/>
              </w:rPr>
              <w:t>邹宇亮</w:t>
            </w:r>
          </w:p>
        </w:tc>
        <w:tc>
          <w:tcPr>
            <w:tcW w:type="dxa" w:w="1727"/>
          </w:tcPr>
          <w:p>
            <w:pPr>
              <w:spacing w:after="20" w:before="20"/>
            </w:pPr>
            <w:r/>
            <w:r>
              <w:rPr>
                <w:rFonts w:ascii="Times New Roman" w:hAnsi="Times New Roman" w:eastAsia="宋体"/>
                <w:b w:val="0"/>
                <w:sz w:val="21"/>
              </w:rPr>
              <w:t>直博生</w:t>
            </w:r>
          </w:p>
        </w:tc>
        <w:tc>
          <w:tcPr>
            <w:tcW w:type="dxa" w:w="1727"/>
          </w:tcPr>
          <w:p>
            <w:pPr>
              <w:spacing w:after="20" w:before="20"/>
            </w:pPr>
            <w:r/>
            <w:r>
              <w:rPr>
                <w:rFonts w:ascii="Times New Roman" w:hAnsi="Times New Roman" w:eastAsia="宋体"/>
                <w:b w:val="0"/>
                <w:sz w:val="21"/>
              </w:rPr>
              <w:t>生命科学与技术学院</w:t>
            </w:r>
          </w:p>
        </w:tc>
        <w:tc>
          <w:tcPr>
            <w:tcW w:type="dxa" w:w="1727"/>
          </w:tcPr>
          <w:p>
            <w:pPr>
              <w:spacing w:after="20" w:before="20"/>
            </w:pPr>
            <w:r/>
            <w:r>
              <w:rPr>
                <w:rFonts w:ascii="Times New Roman" w:hAnsi="Times New Roman" w:eastAsia="宋体"/>
                <w:b w:val="0"/>
                <w:sz w:val="21"/>
              </w:rPr>
              <w:t>071000</w:t>
            </w:r>
          </w:p>
        </w:tc>
        <w:tc>
          <w:tcPr>
            <w:tcW w:type="dxa" w:w="1727"/>
          </w:tcPr>
          <w:p>
            <w:pPr>
              <w:spacing w:after="20" w:before="20"/>
            </w:pPr>
            <w:r/>
            <w:r>
              <w:rPr>
                <w:rFonts w:ascii="Times New Roman" w:hAnsi="Times New Roman" w:eastAsia="宋体"/>
                <w:b w:val="0"/>
                <w:sz w:val="21"/>
              </w:rPr>
              <w:t>生物学</w:t>
            </w:r>
          </w:p>
        </w:tc>
      </w:tr>
      <w:tr>
        <w:tc>
          <w:tcPr>
            <w:tcW w:type="dxa" w:w="1727"/>
          </w:tcPr>
          <w:p>
            <w:pPr>
              <w:spacing w:after="20" w:before="20"/>
            </w:pPr>
            <w:r/>
            <w:r>
              <w:rPr>
                <w:rFonts w:ascii="Times New Roman" w:hAnsi="Times New Roman" w:eastAsia="宋体"/>
                <w:b w:val="0"/>
                <w:sz w:val="21"/>
              </w:rPr>
              <w:t>邹运杰</w:t>
            </w:r>
          </w:p>
        </w:tc>
        <w:tc>
          <w:tcPr>
            <w:tcW w:type="dxa" w:w="1727"/>
          </w:tcPr>
          <w:p>
            <w:pPr>
              <w:spacing w:after="20" w:before="20"/>
            </w:pPr>
            <w:r/>
            <w:r>
              <w:rPr>
                <w:rFonts w:ascii="Times New Roman" w:hAnsi="Times New Roman" w:eastAsia="宋体"/>
                <w:b w:val="0"/>
                <w:sz w:val="21"/>
              </w:rPr>
              <w:t>硕士</w:t>
            </w:r>
          </w:p>
        </w:tc>
        <w:tc>
          <w:tcPr>
            <w:tcW w:type="dxa" w:w="1727"/>
          </w:tcPr>
          <w:p>
            <w:pPr>
              <w:spacing w:after="20" w:before="20"/>
            </w:pPr>
            <w:r/>
            <w:r>
              <w:rPr>
                <w:rFonts w:ascii="Times New Roman" w:hAnsi="Times New Roman" w:eastAsia="宋体"/>
                <w:b w:val="0"/>
                <w:sz w:val="21"/>
              </w:rPr>
              <w:t>生命科学与技术学院</w:t>
            </w:r>
          </w:p>
        </w:tc>
        <w:tc>
          <w:tcPr>
            <w:tcW w:type="dxa" w:w="1727"/>
          </w:tcPr>
          <w:p>
            <w:pPr>
              <w:spacing w:after="20" w:before="20"/>
            </w:pPr>
            <w:r/>
            <w:r>
              <w:rPr>
                <w:rFonts w:ascii="Times New Roman" w:hAnsi="Times New Roman" w:eastAsia="宋体"/>
                <w:b w:val="0"/>
                <w:sz w:val="21"/>
              </w:rPr>
              <w:t>071000</w:t>
            </w:r>
          </w:p>
        </w:tc>
        <w:tc>
          <w:tcPr>
            <w:tcW w:type="dxa" w:w="1727"/>
          </w:tcPr>
          <w:p>
            <w:pPr>
              <w:spacing w:after="20" w:before="20"/>
            </w:pPr>
            <w:r/>
            <w:r>
              <w:rPr>
                <w:rFonts w:ascii="Times New Roman" w:hAnsi="Times New Roman" w:eastAsia="宋体"/>
                <w:b w:val="0"/>
                <w:sz w:val="21"/>
              </w:rPr>
              <w:t>生物学</w:t>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w:t>
      </w:r>
    </w:p>
    <w:p>
      <w:pPr>
        <w:spacing w:after="80" w:lineRule="auto" w:line="360"/>
        <w:ind w:firstLine="482"/>
        <w:jc w:val="both"/>
      </w:pPr>
      <w:r>
        <w:rPr>
          <w:rFonts w:ascii="Times New Roman" w:hAnsi="Times New Roman" w:eastAsia="宋体"/>
          <w:b w:val="0"/>
          <w:sz w:val="24"/>
        </w:rPr>
        <w:t>2. 学校不接受非实名举报。</w:t>
      </w:r>
    </w:p>
    <w:p>
      <w:pPr>
        <w:spacing w:after="80" w:lineRule="auto" w:line="360"/>
        <w:ind w:firstLine="482"/>
        <w:jc w:val="both"/>
      </w:pPr>
      <w:r>
        <w:rPr>
          <w:rFonts w:ascii="Times New Roman" w:hAnsi="Times New Roman" w:eastAsia="宋体"/>
          <w:b w:val="0"/>
          <w:sz w:val="24"/>
        </w:rPr>
        <w:t>3. 公示时间：2024 年 10 月 31 日 - 11 月 8 日。</w:t>
      </w:r>
    </w:p>
    <w:p>
      <w:pPr>
        <w:spacing w:after="80" w:lineRule="auto" w:line="360"/>
        <w:ind w:firstLine="482"/>
        <w:jc w:val="both"/>
      </w:pPr>
      <w:r>
        <w:rPr>
          <w:rFonts w:ascii="Times New Roman" w:hAnsi="Times New Roman" w:eastAsia="宋体"/>
          <w:b w:val="0"/>
          <w:sz w:val="24"/>
        </w:rPr>
        <w:t>4. 联系电话：021-20685399。</w:t>
      </w:r>
    </w:p>
    <w:p>
      <w:pPr>
        <w:spacing w:after="80" w:lineRule="auto" w:line="360"/>
        <w:ind w:firstLine="482"/>
        <w:jc w:val="both"/>
      </w:pPr>
      <w:r>
        <w:rPr>
          <w:rFonts w:ascii="Times New Roman" w:hAnsi="Times New Roman" w:eastAsia="宋体"/>
          <w:b w:val="0"/>
          <w:sz w:val="24"/>
        </w:rPr>
        <w:t>5. 联系人：胡老师。</w:t>
      </w:r>
    </w:p>
    <w:p>
      <w:pPr>
        <w:spacing w:after="80" w:lineRule="auto" w:line="360"/>
        <w:ind w:firstLine="482"/>
        <w:jc w:val="both"/>
      </w:pPr>
      <w:r>
        <w:rPr>
          <w:rFonts w:ascii="Times New Roman" w:hAnsi="Times New Roman" w:eastAsia="宋体"/>
          <w:b w:val="0"/>
          <w:sz w:val="24"/>
        </w:rPr>
        <w:t>6. 邮箱：gadmission@shanghaitech.edu.cn。</w:t>
      </w:r>
    </w:p>
    <w:p>
      <w:pPr>
        <w:spacing w:before="160" w:after="80" w:lineRule="auto" w:line="360"/>
        <w:jc w:val="left"/>
      </w:pPr>
      <w:r>
        <w:rPr>
          <w:rFonts w:ascii="Times New Roman" w:hAnsi="Times New Roman" w:eastAsia="宋体"/>
          <w:b/>
          <w:sz w:val="28"/>
        </w:rPr>
        <w:t>九、拟录取名单</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培养层次</w:t>
            </w:r>
          </w:p>
        </w:tc>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编号</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邹家华</w:t>
            </w:r>
          </w:p>
        </w:tc>
        <w:tc>
          <w:tcPr>
            <w:tcW w:type="dxa" w:w="1439"/>
          </w:tcPr>
          <w:p>
            <w:pPr>
              <w:spacing w:after="20" w:before="20"/>
            </w:pPr>
            <w:r/>
            <w:r>
              <w:rPr>
                <w:rFonts w:ascii="Times New Roman" w:hAnsi="Times New Roman" w:eastAsia="宋体"/>
                <w:b w:val="0"/>
                <w:sz w:val="21"/>
              </w:rPr>
              <w:t>1754</w:t>
            </w:r>
          </w:p>
        </w:tc>
      </w:tr>
      <w:tr>
        <w:tc>
          <w:tcPr>
            <w:tcW w:type="dxa" w:w="1439"/>
          </w:tcPr>
          <w:p>
            <w:pPr>
              <w:spacing w:after="20" w:before="20"/>
            </w:pPr>
            <w:r/>
            <w:r>
              <w:rPr>
                <w:rFonts w:ascii="Times New Roman" w:hAnsi="Times New Roman" w:eastAsia="宋体"/>
                <w:b w:val="0"/>
                <w:sz w:val="21"/>
              </w:rPr>
              <w:t>直博生</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邹宇亮</w:t>
            </w:r>
          </w:p>
        </w:tc>
        <w:tc>
          <w:tcPr>
            <w:tcW w:type="dxa" w:w="1439"/>
          </w:tcPr>
          <w:p>
            <w:pPr>
              <w:spacing w:after="20" w:before="20"/>
            </w:pPr>
            <w:r/>
            <w:r>
              <w:rPr>
                <w:rFonts w:ascii="Times New Roman" w:hAnsi="Times New Roman" w:eastAsia="宋体"/>
                <w:b w:val="0"/>
                <w:sz w:val="21"/>
              </w:rPr>
              <w:t>8516</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t>邹运杰</w:t>
            </w:r>
          </w:p>
        </w:tc>
        <w:tc>
          <w:tcPr>
            <w:tcW w:type="dxa" w:w="1439"/>
          </w:tcPr>
          <w:p>
            <w:pPr>
              <w:spacing w:after="20" w:before="20"/>
            </w:pPr>
            <w:r/>
            <w:r>
              <w:rPr>
                <w:rFonts w:ascii="Times New Roman" w:hAnsi="Times New Roman" w:eastAsia="宋体"/>
                <w:b w:val="0"/>
                <w:sz w:val="21"/>
              </w:rPr>
              <w:t>3257</w:t>
            </w:r>
          </w:p>
        </w:tc>
      </w:tr>
      <w:tr>
        <w:tc>
          <w:tcPr>
            <w:tcW w:type="dxa" w:w="1439"/>
          </w:tcPr>
          <w:p>
            <w:pPr>
              <w:spacing w:after="20" w:before="20"/>
            </w:pPr>
            <w:r/>
            <w:r>
              <w:rPr>
                <w:rFonts w:ascii="Times New Roman" w:hAnsi="Times New Roman" w:eastAsia="宋体"/>
                <w:b w:val="0"/>
                <w:sz w:val="21"/>
              </w:rPr>
              <w:t>硕士</w:t>
            </w:r>
          </w:p>
        </w:tc>
        <w:tc>
          <w:tcPr>
            <w:tcW w:type="dxa" w:w="1439"/>
          </w:tcPr>
          <w:p>
            <w:pPr>
              <w:spacing w:after="20" w:before="20"/>
            </w:pPr>
            <w:r/>
            <w:r>
              <w:rPr>
                <w:rFonts w:ascii="Times New Roman" w:hAnsi="Times New Roman" w:eastAsia="宋体"/>
                <w:b w:val="0"/>
                <w:sz w:val="21"/>
              </w:rPr>
              <w:t>生命科学与技术学院</w:t>
            </w:r>
          </w:p>
        </w:tc>
        <w:tc>
          <w:tcPr>
            <w:tcW w:type="dxa" w:w="1439"/>
          </w:tcPr>
          <w:p>
            <w:pPr>
              <w:spacing w:after="20" w:before="20"/>
            </w:pPr>
            <w:r/>
            <w:r>
              <w:rPr>
                <w:rFonts w:ascii="Times New Roman" w:hAnsi="Times New Roman" w:eastAsia="宋体"/>
                <w:b w:val="0"/>
                <w:sz w:val="21"/>
              </w:rPr>
              <w:t>071000</w:t>
            </w:r>
          </w:p>
        </w:tc>
        <w:tc>
          <w:tcPr>
            <w:tcW w:type="dxa" w:w="1439"/>
          </w:tcPr>
          <w:p>
            <w:pPr>
              <w:spacing w:after="20" w:before="20"/>
            </w:pPr>
            <w:r/>
            <w:r>
              <w:rPr>
                <w:rFonts w:ascii="Times New Roman" w:hAnsi="Times New Roman" w:eastAsia="宋体"/>
                <w:b w:val="0"/>
                <w:sz w:val="21"/>
              </w:rPr>
              <w:t>生物学</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十、公示与异议受理</w:t>
      </w:r>
    </w:p>
    <w:p>
      <w:pPr>
        <w:spacing w:after="80" w:lineRule="auto" w:line="360"/>
        <w:ind w:firstLine="482"/>
        <w:jc w:val="both"/>
      </w:pPr>
      <w:r>
        <w:rPr>
          <w:rFonts w:ascii="Times New Roman" w:hAnsi="Times New Roman" w:eastAsia="宋体"/>
          <w:b w:val="0"/>
          <w:sz w:val="24"/>
        </w:rPr>
        <w:t>1. 公示期间，如有异议者请于公示期内以实名方式与上海科技大学研究生院联系。学校不接受非实名举报。</w:t>
      </w:r>
    </w:p>
    <w:p>
      <w:pPr>
        <w:spacing w:after="80" w:lineRule="auto" w:line="360"/>
        <w:ind w:firstLine="482"/>
        <w:jc w:val="both"/>
      </w:pPr>
      <w:r>
        <w:rPr>
          <w:rFonts w:ascii="Times New Roman" w:hAnsi="Times New Roman" w:eastAsia="宋体"/>
          <w:b w:val="0"/>
          <w:sz w:val="24"/>
        </w:rPr>
        <w:t>2. 公示时间：2024 年 10 月 31 日 - 11 月 8 日</w:t>
      </w:r>
    </w:p>
    <w:p>
      <w:pPr>
        <w:spacing w:after="80" w:lineRule="auto" w:line="360"/>
        <w:ind w:firstLine="482"/>
        <w:jc w:val="both"/>
      </w:pPr>
      <w:r>
        <w:rPr>
          <w:rFonts w:ascii="Times New Roman" w:hAnsi="Times New Roman" w:eastAsia="宋体"/>
          <w:b w:val="0"/>
          <w:sz w:val="24"/>
        </w:rPr>
        <w:t>3. 联系电话：021-20685399</w:t>
      </w:r>
    </w:p>
    <w:p>
      <w:pPr>
        <w:spacing w:after="80" w:lineRule="auto" w:line="360"/>
        <w:ind w:firstLine="482"/>
        <w:jc w:val="both"/>
      </w:pPr>
      <w:r>
        <w:rPr>
          <w:rFonts w:ascii="Times New Roman" w:hAnsi="Times New Roman" w:eastAsia="宋体"/>
          <w:b w:val="0"/>
          <w:sz w:val="24"/>
        </w:rPr>
        <w:t>4. 联系人：胡老师</w:t>
      </w:r>
    </w:p>
    <w:p>
      <w:pPr>
        <w:spacing w:after="80" w:lineRule="auto" w:line="360"/>
        <w:ind w:firstLine="482"/>
        <w:jc w:val="both"/>
      </w:pPr>
      <w:r>
        <w:rPr>
          <w:rFonts w:ascii="Times New Roman" w:hAnsi="Times New Roman" w:eastAsia="宋体"/>
          <w:b w:val="0"/>
          <w:sz w:val="24"/>
        </w:rPr>
        <w:t>5. 邮箱：gadmission@shanghaitech.edu.cn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