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t>北京第二外国语学院中东学院</w:t>
      </w:r>
    </w:p>
    <w:p>
      <w:r>
        <w:t>大学生暑期文旅学术夏令营（第五期）招募通知</w:t>
      </w:r>
    </w:p>
    <w:p/>
    <w:p>
      <w:r>
        <w:t>一、主办单位简介</w:t>
      </w:r>
    </w:p>
    <w:p>
      <w:r>
        <w:t>本次夏令营主办单位为北京第二外国语学院中东学院、中阿文化和旅游合作研究中心。学院现有阿拉伯语、波斯语、希伯来语、土耳其语四个专业，前身为1964年设立的阿拉伯语专业，是教育部最早确定的七个阿拉伯语专业教学单位之一。阿拉伯语专业是北京市品牌专业、教育部首批国家级特色专业、国家级一流本科专业。波斯语专业是北京市一流本科专业、国家级一流本科专业。</w:t>
      </w:r>
    </w:p>
    <w:p>
      <w:r>
        <w:t>近年来，中东学院取得了多项标志性成果。牵头总主编“十四五”国家规划教材“理解当代中国”阿拉伯语系列教材，《阿拉伯研究论丛》连续入选CSSCI源刊目录。荣获“全国党建标杆院系”“全国妇联巾帼文明岗”“全总五一巾帼标兵岗” “全国三八红旗集体”“北京高校先进党组织”“北京市教育教学成果奖”“北京市属高校高水平创新教学团队”“北京市属高校优秀本科育人团队”等十余项国家级、省部级荣誉。</w:t>
      </w:r>
    </w:p>
    <w:p>
      <w:r>
        <w:t>学院现设本科、硕士研究生、联合培养博士研究生三个办学层次。主要研究聚焦翻译和中东研究两个方向。六十年来，共招收学生40余届，两千余人。培养了七位共和国大使，毕业生中数十人担任驻外大使、参赞、高级记者、译审、教授等高级职务者，成为我国外事、外交和外贸队伍的重要组成部分。现有在校生近400人。</w:t>
      </w:r>
    </w:p>
    <w:p>
      <w:r>
        <w:t>学院现有教师30人，其中外国专家9名。高级职称占比32%。学院整体教师学历高，博士16名，中青年教师比例为70%，全部教师拥有长期海外学习和工作经验。教师屡获荣誉，北京市教学名师3人，资深翻译家6人，北京高校优秀共产党员2人，北京高校优秀党务工作者1人。1人曾任教育部外指委阿拉伯语分委会主任委员，3人曾担任委员。</w:t>
      </w:r>
    </w:p>
    <w:p>
      <w:r>
        <w:t>学院承接多项国家和首都对外工作任务。教师参与党的二十大报告、十九大报告、《党章修正案》和《习近平谈治国理政》等重大中央文献的翻译工作。常年承接中非“20+20”合作计划、中阿文化和旅游合作研究中心、北京市翻译协会秘书处等工作，已成功举办阿拉伯研究国际论坛十二届，中摩文化与教育国际学术研讨会十三届。承办建设摩洛哥穆罕默德五世大学孔子学院，获评全球示范孔院。</w:t>
      </w:r>
    </w:p>
    <w:p>
      <w:r>
        <w:t>学院具有高质量的国际合作办学资源。已与埃及艾因·夏姆斯大学、摩洛哥穆罕默德五世大学、伊朗德黑兰大学、土耳其爱琴海大学、以色列海法大学和金字塔战略研究中心等多所中东地区知名高校和科研机构建立了长期友好的合作关系，本硕博国际交流比例达50%以上。</w:t>
      </w:r>
    </w:p>
    <w:p>
      <w:r>
        <w:t>六十二年来，学院传承“外交家风范、翻译家精神”，坚持“师生一家、追求卓越”，踔厉奋发，科学构建“中东语言翻译领军人才”和“中东学研究型高端人才”培养体系，助力我校建成具有鲜明北京特色的高水平外国语大学。</w:t>
      </w:r>
    </w:p>
    <w:p/>
    <w:p>
      <w:r>
        <w:t>二、夏令营简介</w:t>
      </w:r>
    </w:p>
    <w:p>
      <w:r>
        <w:t>北京第二外国语学院研究生院与中东学院、中阿文化和旅游合作研究中心拟于2026年7月12日至15日在线上举办“大学生暑期文旅学术夏令营”（第五期），欢迎全国高校大三在读本科生积极报名参加。</w:t>
      </w:r>
    </w:p>
    <w:p>
      <w:r>
        <w:t>日程安排</w:t>
      </w:r>
    </w:p>
    <w:p>
      <w:r>
        <w:t>1.申请报名时间：自发布之日至2025年7月1日</w:t>
      </w:r>
    </w:p>
    <w:p>
      <w:r>
        <w:t>2.活动时间：2026年7月12日-15日</w:t>
      </w:r>
    </w:p>
    <w:p>
      <w:r>
        <w:t>3.活动方式：在线</w:t>
      </w:r>
    </w:p>
    <w:p>
      <w:r>
        <w:t>4.活动规模：100人</w:t>
      </w:r>
    </w:p>
    <w:p>
      <w:r>
        <w:t>5.费用说明：本次活动不收取任何费用</w:t>
      </w:r>
    </w:p>
    <w:p>
      <w:r>
        <w:t>课程设置</w:t>
      </w:r>
    </w:p>
    <w:p>
      <w:r>
        <w:t>本次活动期间将举办线上讲座、朋辈交流等活动</w:t>
      </w:r>
    </w:p>
    <w:p>
      <w:r>
        <w:t>活动日程：</w:t>
      </w:r>
    </w:p>
    <w:p>
      <w:r>
        <w:t>线上夏令营所用平台</w:t>
      </w:r>
    </w:p>
    <w:p>
      <w:r>
        <w:t>我院“大学生暑期文旅学术夏令营”（第五期）全程使用“腾讯会议”作为系统平台。请营员提前在手机和笔记本电脑下载安装“腾讯会议”软件。</w:t>
      </w:r>
    </w:p>
    <w:p>
      <w:r>
        <w:t>申请材料</w:t>
      </w:r>
    </w:p>
    <w:p>
      <w:r>
        <w:t>附件《北京第二外国语学院中东学院2026年“大学生暑期文旅学术夏令营”申请表》1份。</w:t>
      </w:r>
    </w:p>
    <w:p>
      <w:r>
        <w:t>（五）申请方式</w:t>
      </w:r>
    </w:p>
    <w:p>
      <w:r>
        <w:t>材料提交：下载并填报附件《北京第二外国语学院中东学院2026年“大学生暑期文旅学术夏令营”申请表》，签字盖章后发送1443184274@qq.com，并务必抄送zhangdandan@bisu.edu.cn和weiqirong@bisu.edu.cn。（文件命名方式：本科学校名称-张三-2026北二外“大学生暑期文旅学术夏令营”申请材料”。</w:t>
      </w:r>
    </w:p>
    <w:p>
      <w:r>
        <w:t>截止日期以官方发布日期为准，逾期不再受理申请。</w:t>
      </w:r>
    </w:p>
    <w:p/>
    <w:p>
      <w:r>
        <w:t>吴昌坤15014381632         邮箱：1443184274@qq.com</w:t>
      </w:r>
    </w:p>
    <w:p>
      <w:r>
        <w:t>张丹丹：13811685423       邮箱：zhangdandan@bisu.edu.cn</w:t>
      </w:r>
    </w:p>
    <w:p>
      <w:r>
        <w:t>魏启荣：13810310122       邮箱：weiqirong@bisu.edu.cn</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