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动科动医学院接收推免生复试成绩公示（专硕）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本公示为动科动医学院接收推免生复试成绩公示（专硕），公示名单共 9 人，拟录取专业（领域）均为农业硕士（畜牧），专业（领域）代码为 095133，复试成绩采用百分制，备注均为“拟录取”。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拟录取专业(领域)代码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复试成绩（百分制）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钟思卿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戴佳琪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敖梦洁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闫昱男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郭晓艳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赵紫芸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姜薇薇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岳仕杰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三、成绩与排名说明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复试成绩按百分制计分。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本次公示名单共 9 人，均标注为拟录取。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公示内容未单独列出排名方式，仅按序号列示。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