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理学院推免生遴选结果公示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发布日期：2025年9月5日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本通知为中国民航大学理学院推免生遴选结果公示，面向对象为申请推免的学生。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公示内容涉及推免生遴选结果，具体名单及详细信息需参考学院官方发布渠道。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发布日期（推定）：2025年9月5日。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学院地址：中国民航大学理学院，天津市津北公路2898号，邮编300300。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联系电话：022-24092114。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