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[通知2]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2026年推免有关文件要求和《福建中医药大学2026年推荐优秀应届本科毕业生免试攻读研究生工作办法》（闽中医教〔2025〕86号）精神，经学生个人申请、各学院推免遴选工作领导小组推荐、教务处会同学工处、纪检监察室及各学院会议讨论，并报请校推免生推荐工作领导小组审核及学校党委常委会会议审议，同意推荐叶妍姗等185名学生为我校2026年优秀应届本科毕业生免试攻读研究生人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现对上述名单予以公示。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二、公示时间及异议反馈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公示期：2025年9月17日至2025年9月23日。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公示期内如有异议，请与校推免工作领导小组办公室联系。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教务处联系电话：0591-22861010。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纪检监察室联系电话：0591-22861314。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附件为《2026年优秀应届本科毕业生推荐免试攻读研究生名单》，包含序号、学院、学号、学生姓名、性别、年级、专业名称等信息。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名单中涉及中医学院等学院，共185名推荐人选。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校推免工作领导小组办公室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2025年9月17日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