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黑龙江大学2025年推荐免试攻读硕士学位研究生拟录取公示</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2025年全国硕士研究生招生工作管理规定》（教学函[2024]4号）和依据《黑龙江大学2025年接收推免研究生工作方案》，经过各学院的资格审查、复试，研究生院复审，学校确定了2025年推免生拟录取名单，现予以公示。</w:t>
      </w:r>
    </w:p>
    <w:p>
      <w:pPr>
        <w:spacing w:after="80" w:lineRule="auto" w:line="360"/>
        <w:ind w:firstLine="482"/>
        <w:jc w:val="both"/>
      </w:pPr>
      <w:r>
        <w:rPr>
          <w:rFonts w:ascii="Times New Roman" w:hAnsi="Times New Roman" w:eastAsia="宋体"/>
          <w:b w:val="0"/>
          <w:sz w:val="24"/>
        </w:rPr>
        <w:t>发布日期：2024年10月29日</w:t>
      </w:r>
    </w:p>
    <w:p>
      <w:pPr>
        <w:spacing w:before="160" w:after="80" w:lineRule="auto" w:line="360"/>
        <w:jc w:val="left"/>
      </w:pPr>
      <w:r>
        <w:rPr>
          <w:rFonts w:ascii="Times New Roman" w:hAnsi="Times New Roman" w:eastAsia="宋体"/>
          <w:b/>
          <w:sz w:val="28"/>
        </w:rPr>
        <w:t>八、公示安排</w:t>
      </w:r>
    </w:p>
    <w:p>
      <w:pPr>
        <w:spacing w:after="80" w:lineRule="auto" w:line="360"/>
        <w:ind w:firstLine="482"/>
        <w:jc w:val="both"/>
      </w:pPr>
      <w:r>
        <w:rPr>
          <w:rFonts w:ascii="Times New Roman" w:hAnsi="Times New Roman" w:eastAsia="宋体"/>
          <w:b w:val="0"/>
          <w:sz w:val="24"/>
        </w:rPr>
        <w:t>1. 公示时间为10月29日至11月6日。</w:t>
      </w:r>
    </w:p>
    <w:p>
      <w:pPr>
        <w:spacing w:after="80" w:lineRule="auto" w:line="360"/>
        <w:ind w:firstLine="482"/>
        <w:jc w:val="both"/>
      </w:pPr>
      <w:r>
        <w:rPr>
          <w:rFonts w:ascii="Times New Roman" w:hAnsi="Times New Roman" w:eastAsia="宋体"/>
          <w:b w:val="0"/>
          <w:sz w:val="24"/>
        </w:rPr>
        <w:t>2. 对拟录取名单如有异议，可在公示期内反映，反映情况和问题必须实事求是，应签署或告知真实姓名、学习或工作单位和联系方式；对线索不清的匿名信和匿名电话，公示期间不予受理。</w:t>
      </w:r>
    </w:p>
    <w:p>
      <w:pPr>
        <w:spacing w:after="80" w:lineRule="auto" w:line="360"/>
        <w:ind w:firstLine="482"/>
        <w:jc w:val="both"/>
      </w:pPr>
      <w:r>
        <w:rPr>
          <w:rFonts w:ascii="Times New Roman" w:hAnsi="Times New Roman" w:eastAsia="宋体"/>
          <w:b w:val="0"/>
          <w:sz w:val="24"/>
        </w:rPr>
        <w:t>3. 受理单位：研究生院、省纪委监委驻黑龙江大学纪检监察组。</w:t>
      </w:r>
    </w:p>
    <w:p>
      <w:pPr>
        <w:spacing w:after="80" w:lineRule="auto" w:line="360"/>
        <w:ind w:firstLine="482"/>
        <w:jc w:val="both"/>
      </w:pPr>
      <w:r>
        <w:rPr>
          <w:rFonts w:ascii="Times New Roman" w:hAnsi="Times New Roman" w:eastAsia="宋体"/>
          <w:b w:val="0"/>
          <w:sz w:val="24"/>
        </w:rPr>
        <w:t>4. 联系电话：86608729、86608305。</w:t>
      </w:r>
    </w:p>
    <w:p>
      <w:pPr>
        <w:spacing w:after="80" w:lineRule="auto" w:line="360"/>
        <w:ind w:firstLine="482"/>
        <w:jc w:val="both"/>
      </w:pPr>
      <w:r>
        <w:rPr>
          <w:rFonts w:ascii="Times New Roman" w:hAnsi="Times New Roman" w:eastAsia="宋体"/>
          <w:b w:val="0"/>
          <w:sz w:val="24"/>
        </w:rPr>
        <w:t>5. 发布单位：黑龙江大学研究生院。</w:t>
      </w:r>
    </w:p>
    <w:p>
      <w:pPr>
        <w:spacing w:after="80" w:lineRule="auto" w:line="360"/>
        <w:ind w:firstLine="482"/>
        <w:jc w:val="both"/>
      </w:pPr>
      <w:r>
        <w:rPr>
          <w:rFonts w:ascii="Times New Roman" w:hAnsi="Times New Roman" w:eastAsia="宋体"/>
          <w:b w:val="0"/>
          <w:sz w:val="24"/>
        </w:rPr>
        <w:t>6. 发布日期：2024年10月29日。</w:t>
      </w:r>
    </w:p>
    <w:p>
      <w:pPr>
        <w:spacing w:before="160" w:after="80" w:lineRule="auto" w:line="360"/>
        <w:jc w:val="left"/>
      </w:pPr>
      <w:r>
        <w:rPr>
          <w:rFonts w:ascii="Times New Roman" w:hAnsi="Times New Roman" w:eastAsia="宋体"/>
          <w:b/>
          <w:sz w:val="28"/>
        </w:rPr>
        <w:t>九、黑龙江大学2025年推免生拟录取名单</w:t>
      </w:r>
    </w:p>
    <w:p>
      <w:pPr>
        <w:spacing w:after="80" w:lineRule="auto" w:line="360"/>
        <w:ind w:firstLine="482"/>
        <w:jc w:val="both"/>
      </w:pPr>
      <w:r>
        <w:rPr>
          <w:rFonts w:ascii="Times New Roman" w:hAnsi="Times New Roman" w:eastAsia="宋体"/>
          <w:b w:val="0"/>
          <w:sz w:val="24"/>
        </w:rPr>
        <w:t>本名单共131人，复试成绩为各考生复试成绩，具体明细如下：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考生编号</w:t>
            </w:r>
          </w:p>
        </w:tc>
        <w:tc>
          <w:tcPr>
            <w:tcW w:type="dxa" w:w="1439"/>
          </w:tcPr>
          <w:p>
            <w:pPr>
              <w:spacing w:after="20" w:before="20"/>
            </w:pPr>
            <w:r/>
            <w:r>
              <w:rPr>
                <w:rFonts w:ascii="Times New Roman" w:hAnsi="Times New Roman" w:eastAsia="宋体"/>
                <w:b/>
                <w:sz w:val="21"/>
              </w:rPr>
              <w:t>拟录取学院</w:t>
            </w:r>
          </w:p>
        </w:tc>
        <w:tc>
          <w:tcPr>
            <w:tcW w:type="dxa" w:w="1439"/>
          </w:tcPr>
          <w:p>
            <w:pPr>
              <w:spacing w:after="20" w:before="20"/>
            </w:pPr>
            <w:r/>
            <w:r>
              <w:rPr>
                <w:rFonts w:ascii="Times New Roman" w:hAnsi="Times New Roman" w:eastAsia="宋体"/>
                <w:b/>
                <w:sz w:val="21"/>
              </w:rPr>
              <w:t>拟录取专业</w:t>
            </w:r>
          </w:p>
        </w:tc>
        <w:tc>
          <w:tcPr>
            <w:tcW w:type="dxa" w:w="1439"/>
          </w:tcPr>
          <w:p>
            <w:pPr>
              <w:spacing w:after="20" w:before="20"/>
            </w:pPr>
            <w:r/>
            <w:r>
              <w:rPr>
                <w:rFonts w:ascii="Times New Roman" w:hAnsi="Times New Roman" w:eastAsia="宋体"/>
                <w:b/>
                <w:sz w:val="21"/>
              </w:rPr>
              <w:t>复试成绩</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孙浩然</w:t>
            </w:r>
          </w:p>
        </w:tc>
        <w:tc>
          <w:tcPr>
            <w:tcW w:type="dxa" w:w="1439"/>
          </w:tcPr>
          <w:p>
            <w:pPr>
              <w:spacing w:after="20" w:before="20"/>
            </w:pPr>
            <w:r/>
            <w:r>
              <w:rPr>
                <w:rFonts w:ascii="Times New Roman" w:hAnsi="Times New Roman" w:eastAsia="宋体"/>
                <w:b w:val="0"/>
                <w:sz w:val="21"/>
              </w:rPr>
              <w:t>102125102120001</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马克思主义哲学</w:t>
            </w:r>
          </w:p>
        </w:tc>
        <w:tc>
          <w:tcPr>
            <w:tcW w:type="dxa" w:w="1439"/>
          </w:tcPr>
          <w:p>
            <w:pPr>
              <w:spacing w:after="20" w:before="20"/>
            </w:pPr>
            <w:r/>
            <w:r>
              <w:rPr>
                <w:rFonts w:ascii="Times New Roman" w:hAnsi="Times New Roman" w:eastAsia="宋体"/>
                <w:b w:val="0"/>
                <w:sz w:val="21"/>
              </w:rPr>
              <w:t>94.1</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林哲民</w:t>
            </w:r>
          </w:p>
        </w:tc>
        <w:tc>
          <w:tcPr>
            <w:tcW w:type="dxa" w:w="1439"/>
          </w:tcPr>
          <w:p>
            <w:pPr>
              <w:spacing w:after="20" w:before="20"/>
            </w:pPr>
            <w:r/>
            <w:r>
              <w:rPr>
                <w:rFonts w:ascii="Times New Roman" w:hAnsi="Times New Roman" w:eastAsia="宋体"/>
                <w:b w:val="0"/>
                <w:sz w:val="21"/>
              </w:rPr>
              <w:t>102125102120002</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马克思主义哲学</w:t>
            </w:r>
          </w:p>
        </w:tc>
        <w:tc>
          <w:tcPr>
            <w:tcW w:type="dxa" w:w="1439"/>
          </w:tcPr>
          <w:p>
            <w:pPr>
              <w:spacing w:after="20" w:before="20"/>
            </w:pPr>
            <w:r/>
            <w:r>
              <w:rPr>
                <w:rFonts w:ascii="Times New Roman" w:hAnsi="Times New Roman" w:eastAsia="宋体"/>
                <w:b w:val="0"/>
                <w:sz w:val="21"/>
              </w:rPr>
              <w:t>93.1</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李玉婷</w:t>
            </w:r>
          </w:p>
        </w:tc>
        <w:tc>
          <w:tcPr>
            <w:tcW w:type="dxa" w:w="1439"/>
          </w:tcPr>
          <w:p>
            <w:pPr>
              <w:spacing w:after="20" w:before="20"/>
            </w:pPr>
            <w:r/>
            <w:r>
              <w:rPr>
                <w:rFonts w:ascii="Times New Roman" w:hAnsi="Times New Roman" w:eastAsia="宋体"/>
                <w:b w:val="0"/>
                <w:sz w:val="21"/>
              </w:rPr>
              <w:t>102125102120003</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马克思主义哲学</w:t>
            </w:r>
          </w:p>
        </w:tc>
        <w:tc>
          <w:tcPr>
            <w:tcW w:type="dxa" w:w="1439"/>
          </w:tcPr>
          <w:p>
            <w:pPr>
              <w:spacing w:after="20" w:before="20"/>
            </w:pPr>
            <w:r/>
            <w:r>
              <w:rPr>
                <w:rFonts w:ascii="Times New Roman" w:hAnsi="Times New Roman" w:eastAsia="宋体"/>
                <w:b w:val="0"/>
                <w:sz w:val="21"/>
              </w:rPr>
              <w:t>92.2</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杨安怡</w:t>
            </w:r>
          </w:p>
        </w:tc>
        <w:tc>
          <w:tcPr>
            <w:tcW w:type="dxa" w:w="1439"/>
          </w:tcPr>
          <w:p>
            <w:pPr>
              <w:spacing w:after="20" w:before="20"/>
            </w:pPr>
            <w:r/>
            <w:r>
              <w:rPr>
                <w:rFonts w:ascii="Times New Roman" w:hAnsi="Times New Roman" w:eastAsia="宋体"/>
                <w:b w:val="0"/>
                <w:sz w:val="21"/>
              </w:rPr>
              <w:t>102125102120004</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马克思主义哲学</w:t>
            </w:r>
          </w:p>
        </w:tc>
        <w:tc>
          <w:tcPr>
            <w:tcW w:type="dxa" w:w="1439"/>
          </w:tcPr>
          <w:p>
            <w:pPr>
              <w:spacing w:after="20" w:before="20"/>
            </w:pPr>
            <w:r/>
            <w:r>
              <w:rPr>
                <w:rFonts w:ascii="Times New Roman" w:hAnsi="Times New Roman" w:eastAsia="宋体"/>
                <w:b w:val="0"/>
                <w:sz w:val="21"/>
              </w:rPr>
              <w:t>91.6</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梁晓晨</w:t>
            </w:r>
          </w:p>
        </w:tc>
        <w:tc>
          <w:tcPr>
            <w:tcW w:type="dxa" w:w="1439"/>
          </w:tcPr>
          <w:p>
            <w:pPr>
              <w:spacing w:after="20" w:before="20"/>
            </w:pPr>
            <w:r/>
            <w:r>
              <w:rPr>
                <w:rFonts w:ascii="Times New Roman" w:hAnsi="Times New Roman" w:eastAsia="宋体"/>
                <w:b w:val="0"/>
                <w:sz w:val="21"/>
              </w:rPr>
              <w:t>102125102120005</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马克思主义哲学</w:t>
            </w:r>
          </w:p>
        </w:tc>
        <w:tc>
          <w:tcPr>
            <w:tcW w:type="dxa" w:w="1439"/>
          </w:tcPr>
          <w:p>
            <w:pPr>
              <w:spacing w:after="20" w:before="20"/>
            </w:pPr>
            <w:r/>
            <w:r>
              <w:rPr>
                <w:rFonts w:ascii="Times New Roman" w:hAnsi="Times New Roman" w:eastAsia="宋体"/>
                <w:b w:val="0"/>
                <w:sz w:val="21"/>
              </w:rPr>
              <w:t>91.1</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刘皓然</w:t>
            </w:r>
          </w:p>
        </w:tc>
        <w:tc>
          <w:tcPr>
            <w:tcW w:type="dxa" w:w="1439"/>
          </w:tcPr>
          <w:p>
            <w:pPr>
              <w:spacing w:after="20" w:before="20"/>
            </w:pPr>
            <w:r/>
            <w:r>
              <w:rPr>
                <w:rFonts w:ascii="Times New Roman" w:hAnsi="Times New Roman" w:eastAsia="宋体"/>
                <w:b w:val="0"/>
                <w:sz w:val="21"/>
              </w:rPr>
              <w:t>102125102120006</w:t>
            </w:r>
          </w:p>
        </w:tc>
        <w:tc>
          <w:tcPr>
            <w:tcW w:type="dxa" w:w="1439"/>
          </w:tcPr>
          <w:p>
            <w:pPr>
              <w:spacing w:after="20" w:before="20"/>
            </w:pPr>
            <w:r/>
            <w:r>
              <w:rPr>
                <w:rFonts w:ascii="Times New Roman" w:hAnsi="Times New Roman" w:eastAsia="宋体"/>
                <w:b w:val="0"/>
                <w:sz w:val="21"/>
              </w:rPr>
              <w:t>哲学学院</w:t>
            </w:r>
          </w:p>
        </w:tc>
        <w:tc>
          <w:tcPr>
            <w:tcW w:type="dxa" w:w="1439"/>
          </w:tcPr>
          <w:p>
            <w:pPr>
              <w:spacing w:after="20" w:before="20"/>
            </w:pPr>
            <w:r/>
            <w:r>
              <w:rPr>
                <w:rFonts w:ascii="Times New Roman" w:hAnsi="Times New Roman" w:eastAsia="宋体"/>
                <w:b w:val="0"/>
                <w:sz w:val="21"/>
              </w:rPr>
              <w:t>文化哲学</w:t>
            </w:r>
          </w:p>
        </w:tc>
        <w:tc>
          <w:tcPr>
            <w:tcW w:type="dxa" w:w="1439"/>
          </w:tcPr>
          <w:p>
            <w:pPr>
              <w:spacing w:after="20" w:before="20"/>
            </w:pPr>
            <w:r/>
            <w:r>
              <w:rPr>
                <w:rFonts w:ascii="Times New Roman" w:hAnsi="Times New Roman" w:eastAsia="宋体"/>
                <w:b w:val="0"/>
                <w:sz w:val="21"/>
              </w:rPr>
              <w:t>93.0</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吕雨霏</w:t>
            </w:r>
          </w:p>
        </w:tc>
        <w:tc>
          <w:tcPr>
            <w:tcW w:type="dxa" w:w="1439"/>
          </w:tcPr>
          <w:p>
            <w:pPr>
              <w:spacing w:after="20" w:before="20"/>
            </w:pPr>
            <w:r/>
            <w:r>
              <w:rPr>
                <w:rFonts w:ascii="Times New Roman" w:hAnsi="Times New Roman" w:eastAsia="宋体"/>
                <w:b w:val="0"/>
                <w:sz w:val="21"/>
              </w:rPr>
              <w:t>102125102120007</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理论经济学</w:t>
            </w:r>
          </w:p>
        </w:tc>
        <w:tc>
          <w:tcPr>
            <w:tcW w:type="dxa" w:w="1439"/>
          </w:tcPr>
          <w:p>
            <w:pPr>
              <w:spacing w:after="20" w:before="20"/>
            </w:pPr>
            <w:r/>
            <w:r>
              <w:rPr>
                <w:rFonts w:ascii="Times New Roman" w:hAnsi="Times New Roman" w:eastAsia="宋体"/>
                <w:b w:val="0"/>
                <w:sz w:val="21"/>
              </w:rPr>
              <w:t>83.3</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周子涵</w:t>
            </w:r>
          </w:p>
        </w:tc>
        <w:tc>
          <w:tcPr>
            <w:tcW w:type="dxa" w:w="1439"/>
          </w:tcPr>
          <w:p>
            <w:pPr>
              <w:spacing w:after="20" w:before="20"/>
            </w:pPr>
            <w:r/>
            <w:r>
              <w:rPr>
                <w:rFonts w:ascii="Times New Roman" w:hAnsi="Times New Roman" w:eastAsia="宋体"/>
                <w:b w:val="0"/>
                <w:sz w:val="21"/>
              </w:rPr>
              <w:t>102125102120008</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应用经济学</w:t>
            </w:r>
          </w:p>
        </w:tc>
        <w:tc>
          <w:tcPr>
            <w:tcW w:type="dxa" w:w="1439"/>
          </w:tcPr>
          <w:p>
            <w:pPr>
              <w:spacing w:after="20" w:before="20"/>
            </w:pPr>
            <w:r/>
            <w:r>
              <w:rPr>
                <w:rFonts w:ascii="Times New Roman" w:hAnsi="Times New Roman" w:eastAsia="宋体"/>
                <w:b w:val="0"/>
                <w:sz w:val="21"/>
              </w:rPr>
              <w:t>75.0</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乔欣妍</w:t>
            </w:r>
          </w:p>
        </w:tc>
        <w:tc>
          <w:tcPr>
            <w:tcW w:type="dxa" w:w="1439"/>
          </w:tcPr>
          <w:p>
            <w:pPr>
              <w:spacing w:after="20" w:before="20"/>
            </w:pPr>
            <w:r/>
            <w:r>
              <w:rPr>
                <w:rFonts w:ascii="Times New Roman" w:hAnsi="Times New Roman" w:eastAsia="宋体"/>
                <w:b w:val="0"/>
                <w:sz w:val="21"/>
              </w:rPr>
              <w:t>102125102120009</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应用经济学</w:t>
            </w:r>
          </w:p>
        </w:tc>
        <w:tc>
          <w:tcPr>
            <w:tcW w:type="dxa" w:w="1439"/>
          </w:tcPr>
          <w:p>
            <w:pPr>
              <w:spacing w:after="20" w:before="20"/>
            </w:pPr>
            <w:r/>
            <w:r>
              <w:rPr>
                <w:rFonts w:ascii="Times New Roman" w:hAnsi="Times New Roman" w:eastAsia="宋体"/>
                <w:b w:val="0"/>
                <w:sz w:val="21"/>
              </w:rPr>
              <w:t>72.7</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刘欣悦</w:t>
            </w:r>
          </w:p>
        </w:tc>
        <w:tc>
          <w:tcPr>
            <w:tcW w:type="dxa" w:w="1439"/>
          </w:tcPr>
          <w:p>
            <w:pPr>
              <w:spacing w:after="20" w:before="20"/>
            </w:pPr>
            <w:r/>
            <w:r>
              <w:rPr>
                <w:rFonts w:ascii="Times New Roman" w:hAnsi="Times New Roman" w:eastAsia="宋体"/>
                <w:b w:val="0"/>
                <w:sz w:val="21"/>
              </w:rPr>
              <w:t>102125102120010</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金融</w:t>
            </w:r>
          </w:p>
        </w:tc>
        <w:tc>
          <w:tcPr>
            <w:tcW w:type="dxa" w:w="1439"/>
          </w:tcPr>
          <w:p>
            <w:pPr>
              <w:spacing w:after="20" w:before="20"/>
            </w:pPr>
            <w:r/>
            <w:r>
              <w:rPr>
                <w:rFonts w:ascii="Times New Roman" w:hAnsi="Times New Roman" w:eastAsia="宋体"/>
                <w:b w:val="0"/>
                <w:sz w:val="21"/>
              </w:rPr>
              <w:t>84.1</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高洪佳</w:t>
            </w:r>
          </w:p>
        </w:tc>
        <w:tc>
          <w:tcPr>
            <w:tcW w:type="dxa" w:w="1439"/>
          </w:tcPr>
          <w:p>
            <w:pPr>
              <w:spacing w:after="20" w:before="20"/>
            </w:pPr>
            <w:r/>
            <w:r>
              <w:rPr>
                <w:rFonts w:ascii="Times New Roman" w:hAnsi="Times New Roman" w:eastAsia="宋体"/>
                <w:b w:val="0"/>
                <w:sz w:val="21"/>
              </w:rPr>
              <w:t>102125102120011</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工商管理学</w:t>
            </w:r>
          </w:p>
        </w:tc>
        <w:tc>
          <w:tcPr>
            <w:tcW w:type="dxa" w:w="1439"/>
          </w:tcPr>
          <w:p>
            <w:pPr>
              <w:spacing w:after="20" w:before="20"/>
            </w:pPr>
            <w:r/>
            <w:r>
              <w:rPr>
                <w:rFonts w:ascii="Times New Roman" w:hAnsi="Times New Roman" w:eastAsia="宋体"/>
                <w:b w:val="0"/>
                <w:sz w:val="21"/>
              </w:rPr>
              <w:t>85.4</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赵越</w:t>
            </w:r>
          </w:p>
        </w:tc>
        <w:tc>
          <w:tcPr>
            <w:tcW w:type="dxa" w:w="1439"/>
          </w:tcPr>
          <w:p>
            <w:pPr>
              <w:spacing w:after="20" w:before="20"/>
            </w:pPr>
            <w:r/>
            <w:r>
              <w:rPr>
                <w:rFonts w:ascii="Times New Roman" w:hAnsi="Times New Roman" w:eastAsia="宋体"/>
                <w:b w:val="0"/>
                <w:sz w:val="21"/>
              </w:rPr>
              <w:t>102125102120012</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工商管理学</w:t>
            </w:r>
          </w:p>
        </w:tc>
        <w:tc>
          <w:tcPr>
            <w:tcW w:type="dxa" w:w="1439"/>
          </w:tcPr>
          <w:p>
            <w:pPr>
              <w:spacing w:after="20" w:before="20"/>
            </w:pPr>
            <w:r/>
            <w:r>
              <w:rPr>
                <w:rFonts w:ascii="Times New Roman" w:hAnsi="Times New Roman" w:eastAsia="宋体"/>
                <w:b w:val="0"/>
                <w:sz w:val="21"/>
              </w:rPr>
              <w:t>82.0</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袁长辉</w:t>
            </w:r>
          </w:p>
        </w:tc>
        <w:tc>
          <w:tcPr>
            <w:tcW w:type="dxa" w:w="1439"/>
          </w:tcPr>
          <w:p>
            <w:pPr>
              <w:spacing w:after="20" w:before="20"/>
            </w:pPr>
            <w:r/>
            <w:r>
              <w:rPr>
                <w:rFonts w:ascii="Times New Roman" w:hAnsi="Times New Roman" w:eastAsia="宋体"/>
                <w:b w:val="0"/>
                <w:sz w:val="21"/>
              </w:rPr>
              <w:t>102125102120013</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工商管理学</w:t>
            </w:r>
          </w:p>
        </w:tc>
        <w:tc>
          <w:tcPr>
            <w:tcW w:type="dxa" w:w="1439"/>
          </w:tcPr>
          <w:p>
            <w:pPr>
              <w:spacing w:after="20" w:before="20"/>
            </w:pPr>
            <w:r/>
            <w:r>
              <w:rPr>
                <w:rFonts w:ascii="Times New Roman" w:hAnsi="Times New Roman" w:eastAsia="宋体"/>
                <w:b w:val="0"/>
                <w:sz w:val="21"/>
              </w:rPr>
              <w:t>81.9</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张萌</w:t>
            </w:r>
          </w:p>
        </w:tc>
        <w:tc>
          <w:tcPr>
            <w:tcW w:type="dxa" w:w="1439"/>
          </w:tcPr>
          <w:p>
            <w:pPr>
              <w:spacing w:after="20" w:before="20"/>
            </w:pPr>
            <w:r/>
            <w:r>
              <w:rPr>
                <w:rFonts w:ascii="Times New Roman" w:hAnsi="Times New Roman" w:eastAsia="宋体"/>
                <w:b w:val="0"/>
                <w:sz w:val="21"/>
              </w:rPr>
              <w:t>102125102120014</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会计学</w:t>
            </w:r>
          </w:p>
        </w:tc>
        <w:tc>
          <w:tcPr>
            <w:tcW w:type="dxa" w:w="1439"/>
          </w:tcPr>
          <w:p>
            <w:pPr>
              <w:spacing w:after="20" w:before="20"/>
            </w:pPr>
            <w:r/>
            <w:r>
              <w:rPr>
                <w:rFonts w:ascii="Times New Roman" w:hAnsi="Times New Roman" w:eastAsia="宋体"/>
                <w:b w:val="0"/>
                <w:sz w:val="21"/>
              </w:rPr>
              <w:t>84.3</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张妍</w:t>
            </w:r>
          </w:p>
        </w:tc>
        <w:tc>
          <w:tcPr>
            <w:tcW w:type="dxa" w:w="1439"/>
          </w:tcPr>
          <w:p>
            <w:pPr>
              <w:spacing w:after="20" w:before="20"/>
            </w:pPr>
            <w:r/>
            <w:r>
              <w:rPr>
                <w:rFonts w:ascii="Times New Roman" w:hAnsi="Times New Roman" w:eastAsia="宋体"/>
                <w:b w:val="0"/>
                <w:sz w:val="21"/>
              </w:rPr>
              <w:t>102125102120015</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会计</w:t>
            </w:r>
          </w:p>
        </w:tc>
        <w:tc>
          <w:tcPr>
            <w:tcW w:type="dxa" w:w="1439"/>
          </w:tcPr>
          <w:p>
            <w:pPr>
              <w:spacing w:after="20" w:before="20"/>
            </w:pPr>
            <w:r/>
            <w:r>
              <w:rPr>
                <w:rFonts w:ascii="Times New Roman" w:hAnsi="Times New Roman" w:eastAsia="宋体"/>
                <w:b w:val="0"/>
                <w:sz w:val="21"/>
              </w:rPr>
              <w:t>79.3</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秦曼笛</w:t>
            </w:r>
          </w:p>
        </w:tc>
        <w:tc>
          <w:tcPr>
            <w:tcW w:type="dxa" w:w="1439"/>
          </w:tcPr>
          <w:p>
            <w:pPr>
              <w:spacing w:after="20" w:before="20"/>
            </w:pPr>
            <w:r/>
            <w:r>
              <w:rPr>
                <w:rFonts w:ascii="Times New Roman" w:hAnsi="Times New Roman" w:eastAsia="宋体"/>
                <w:b w:val="0"/>
                <w:sz w:val="21"/>
              </w:rPr>
              <w:t>102125102120016</w:t>
            </w:r>
          </w:p>
        </w:tc>
        <w:tc>
          <w:tcPr>
            <w:tcW w:type="dxa" w:w="1439"/>
          </w:tcPr>
          <w:p>
            <w:pPr>
              <w:spacing w:after="20" w:before="20"/>
            </w:pPr>
            <w:r/>
            <w:r>
              <w:rPr>
                <w:rFonts w:ascii="Times New Roman" w:hAnsi="Times New Roman" w:eastAsia="宋体"/>
                <w:b w:val="0"/>
                <w:sz w:val="21"/>
              </w:rPr>
              <w:t>经济与工商管理学院</w:t>
            </w:r>
          </w:p>
        </w:tc>
        <w:tc>
          <w:tcPr>
            <w:tcW w:type="dxa" w:w="1439"/>
          </w:tcPr>
          <w:p>
            <w:pPr>
              <w:spacing w:after="20" w:before="20"/>
            </w:pPr>
            <w:r/>
            <w:r>
              <w:rPr>
                <w:rFonts w:ascii="Times New Roman" w:hAnsi="Times New Roman" w:eastAsia="宋体"/>
                <w:b w:val="0"/>
                <w:sz w:val="21"/>
              </w:rPr>
              <w:t>会计</w:t>
            </w:r>
          </w:p>
        </w:tc>
        <w:tc>
          <w:tcPr>
            <w:tcW w:type="dxa" w:w="1439"/>
          </w:tcPr>
          <w:p>
            <w:pPr>
              <w:spacing w:after="20" w:before="20"/>
            </w:pPr>
            <w:r/>
            <w:r>
              <w:rPr>
                <w:rFonts w:ascii="Times New Roman" w:hAnsi="Times New Roman" w:eastAsia="宋体"/>
                <w:b w:val="0"/>
                <w:sz w:val="21"/>
              </w:rPr>
              <w:t>77.0</w:t>
            </w:r>
          </w:p>
        </w:tc>
      </w:tr>
      <w:tr>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刘仁钊</w:t>
            </w:r>
          </w:p>
        </w:tc>
        <w:tc>
          <w:tcPr>
            <w:tcW w:type="dxa" w:w="1439"/>
          </w:tcPr>
          <w:p>
            <w:pPr>
              <w:spacing w:after="20" w:before="20"/>
            </w:pPr>
            <w:r/>
            <w:r>
              <w:rPr>
                <w:rFonts w:ascii="Times New Roman" w:hAnsi="Times New Roman" w:eastAsia="宋体"/>
                <w:b w:val="0"/>
                <w:sz w:val="21"/>
              </w:rPr>
              <w:t>102125102120017</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法学理论</w:t>
            </w:r>
          </w:p>
        </w:tc>
        <w:tc>
          <w:tcPr>
            <w:tcW w:type="dxa" w:w="1439"/>
          </w:tcPr>
          <w:p>
            <w:pPr>
              <w:spacing w:after="20" w:before="20"/>
            </w:pPr>
            <w:r/>
            <w:r>
              <w:rPr>
                <w:rFonts w:ascii="Times New Roman" w:hAnsi="Times New Roman" w:eastAsia="宋体"/>
                <w:b w:val="0"/>
                <w:sz w:val="21"/>
              </w:rPr>
              <w:t>78.0</w:t>
            </w:r>
          </w:p>
        </w:tc>
      </w:tr>
      <w:tr>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张宇</w:t>
            </w:r>
          </w:p>
        </w:tc>
        <w:tc>
          <w:tcPr>
            <w:tcW w:type="dxa" w:w="1439"/>
          </w:tcPr>
          <w:p>
            <w:pPr>
              <w:spacing w:after="20" w:before="20"/>
            </w:pPr>
            <w:r/>
            <w:r>
              <w:rPr>
                <w:rFonts w:ascii="Times New Roman" w:hAnsi="Times New Roman" w:eastAsia="宋体"/>
                <w:b w:val="0"/>
                <w:sz w:val="21"/>
              </w:rPr>
              <w:t>102125102120018</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宪法学与行政法学</w:t>
            </w:r>
          </w:p>
        </w:tc>
        <w:tc>
          <w:tcPr>
            <w:tcW w:type="dxa" w:w="1439"/>
          </w:tcPr>
          <w:p>
            <w:pPr>
              <w:spacing w:after="20" w:before="20"/>
            </w:pPr>
            <w:r/>
            <w:r>
              <w:rPr>
                <w:rFonts w:ascii="Times New Roman" w:hAnsi="Times New Roman" w:eastAsia="宋体"/>
                <w:b w:val="0"/>
                <w:sz w:val="21"/>
              </w:rPr>
              <w:t>83.0</w:t>
            </w:r>
          </w:p>
        </w:tc>
      </w:tr>
      <w:tr>
        <w:tc>
          <w:tcPr>
            <w:tcW w:type="dxa" w:w="1439"/>
          </w:tcPr>
          <w:p>
            <w:pPr>
              <w:spacing w:after="20" w:before="20"/>
            </w:pPr>
            <w:r/>
            <w:r>
              <w:rPr>
                <w:rFonts w:ascii="Times New Roman" w:hAnsi="Times New Roman" w:eastAsia="宋体"/>
                <w:b w:val="0"/>
                <w:sz w:val="21"/>
              </w:rPr>
              <w:t>19</w:t>
            </w:r>
          </w:p>
        </w:tc>
        <w:tc>
          <w:tcPr>
            <w:tcW w:type="dxa" w:w="1439"/>
          </w:tcPr>
          <w:p>
            <w:pPr>
              <w:spacing w:after="20" w:before="20"/>
            </w:pPr>
            <w:r/>
            <w:r>
              <w:rPr>
                <w:rFonts w:ascii="Times New Roman" w:hAnsi="Times New Roman" w:eastAsia="宋体"/>
                <w:b w:val="0"/>
                <w:sz w:val="21"/>
              </w:rPr>
              <w:t>刘思雨</w:t>
            </w:r>
          </w:p>
        </w:tc>
        <w:tc>
          <w:tcPr>
            <w:tcW w:type="dxa" w:w="1439"/>
          </w:tcPr>
          <w:p>
            <w:pPr>
              <w:spacing w:after="20" w:before="20"/>
            </w:pPr>
            <w:r/>
            <w:r>
              <w:rPr>
                <w:rFonts w:ascii="Times New Roman" w:hAnsi="Times New Roman" w:eastAsia="宋体"/>
                <w:b w:val="0"/>
                <w:sz w:val="21"/>
              </w:rPr>
              <w:t>102125102120019</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刑法学</w:t>
            </w:r>
          </w:p>
        </w:tc>
        <w:tc>
          <w:tcPr>
            <w:tcW w:type="dxa" w:w="1439"/>
          </w:tcPr>
          <w:p>
            <w:pPr>
              <w:spacing w:after="20" w:before="20"/>
            </w:pPr>
            <w:r/>
            <w:r>
              <w:rPr>
                <w:rFonts w:ascii="Times New Roman" w:hAnsi="Times New Roman" w:eastAsia="宋体"/>
                <w:b w:val="0"/>
                <w:sz w:val="21"/>
              </w:rPr>
              <w:t>87.7</w:t>
            </w:r>
          </w:p>
        </w:tc>
      </w:tr>
      <w:tr>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刘遥</w:t>
            </w:r>
          </w:p>
        </w:tc>
        <w:tc>
          <w:tcPr>
            <w:tcW w:type="dxa" w:w="1439"/>
          </w:tcPr>
          <w:p>
            <w:pPr>
              <w:spacing w:after="20" w:before="20"/>
            </w:pPr>
            <w:r/>
            <w:r>
              <w:rPr>
                <w:rFonts w:ascii="Times New Roman" w:hAnsi="Times New Roman" w:eastAsia="宋体"/>
                <w:b w:val="0"/>
                <w:sz w:val="21"/>
              </w:rPr>
              <w:t>102125102120020</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刑法学</w:t>
            </w:r>
          </w:p>
        </w:tc>
        <w:tc>
          <w:tcPr>
            <w:tcW w:type="dxa" w:w="1439"/>
          </w:tcPr>
          <w:p>
            <w:pPr>
              <w:spacing w:after="20" w:before="20"/>
            </w:pPr>
            <w:r/>
            <w:r>
              <w:rPr>
                <w:rFonts w:ascii="Times New Roman" w:hAnsi="Times New Roman" w:eastAsia="宋体"/>
                <w:b w:val="0"/>
                <w:sz w:val="21"/>
              </w:rPr>
              <w:t>83.1</w:t>
            </w:r>
          </w:p>
        </w:tc>
      </w:tr>
      <w:tr>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王亚琪</w:t>
            </w:r>
          </w:p>
        </w:tc>
        <w:tc>
          <w:tcPr>
            <w:tcW w:type="dxa" w:w="1439"/>
          </w:tcPr>
          <w:p>
            <w:pPr>
              <w:spacing w:after="20" w:before="20"/>
            </w:pPr>
            <w:r/>
            <w:r>
              <w:rPr>
                <w:rFonts w:ascii="Times New Roman" w:hAnsi="Times New Roman" w:eastAsia="宋体"/>
                <w:b w:val="0"/>
                <w:sz w:val="21"/>
              </w:rPr>
              <w:t>102125102120021</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刑法学</w:t>
            </w:r>
          </w:p>
        </w:tc>
        <w:tc>
          <w:tcPr>
            <w:tcW w:type="dxa" w:w="1439"/>
          </w:tcPr>
          <w:p>
            <w:pPr>
              <w:spacing w:after="20" w:before="20"/>
            </w:pPr>
            <w:r/>
            <w:r>
              <w:rPr>
                <w:rFonts w:ascii="Times New Roman" w:hAnsi="Times New Roman" w:eastAsia="宋体"/>
                <w:b w:val="0"/>
                <w:sz w:val="21"/>
              </w:rPr>
              <w:t>78.4</w:t>
            </w:r>
          </w:p>
        </w:tc>
      </w:tr>
      <w:tr>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阿明奇</w:t>
            </w:r>
          </w:p>
        </w:tc>
        <w:tc>
          <w:tcPr>
            <w:tcW w:type="dxa" w:w="1439"/>
          </w:tcPr>
          <w:p>
            <w:pPr>
              <w:spacing w:after="20" w:before="20"/>
            </w:pPr>
            <w:r/>
            <w:r>
              <w:rPr>
                <w:rFonts w:ascii="Times New Roman" w:hAnsi="Times New Roman" w:eastAsia="宋体"/>
                <w:b w:val="0"/>
                <w:sz w:val="21"/>
              </w:rPr>
              <w:t>102125102120022</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89.8</w:t>
            </w:r>
          </w:p>
        </w:tc>
      </w:tr>
      <w:tr>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赵云鹤</w:t>
            </w:r>
          </w:p>
        </w:tc>
        <w:tc>
          <w:tcPr>
            <w:tcW w:type="dxa" w:w="1439"/>
          </w:tcPr>
          <w:p>
            <w:pPr>
              <w:spacing w:after="20" w:before="20"/>
            </w:pPr>
            <w:r/>
            <w:r>
              <w:rPr>
                <w:rFonts w:ascii="Times New Roman" w:hAnsi="Times New Roman" w:eastAsia="宋体"/>
                <w:b w:val="0"/>
                <w:sz w:val="21"/>
              </w:rPr>
              <w:t>102125102120023</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89.6</w:t>
            </w:r>
          </w:p>
        </w:tc>
      </w:tr>
      <w:tr>
        <w:tc>
          <w:tcPr>
            <w:tcW w:type="dxa" w:w="1439"/>
          </w:tcPr>
          <w:p>
            <w:pPr>
              <w:spacing w:after="20" w:before="20"/>
            </w:pPr>
            <w:r/>
            <w:r>
              <w:rPr>
                <w:rFonts w:ascii="Times New Roman" w:hAnsi="Times New Roman" w:eastAsia="宋体"/>
                <w:b w:val="0"/>
                <w:sz w:val="21"/>
              </w:rPr>
              <w:t>24</w:t>
            </w:r>
          </w:p>
        </w:tc>
        <w:tc>
          <w:tcPr>
            <w:tcW w:type="dxa" w:w="1439"/>
          </w:tcPr>
          <w:p>
            <w:pPr>
              <w:spacing w:after="20" w:before="20"/>
            </w:pPr>
            <w:r/>
            <w:r>
              <w:rPr>
                <w:rFonts w:ascii="Times New Roman" w:hAnsi="Times New Roman" w:eastAsia="宋体"/>
                <w:b w:val="0"/>
                <w:sz w:val="21"/>
              </w:rPr>
              <w:t>李菊丹</w:t>
            </w:r>
          </w:p>
        </w:tc>
        <w:tc>
          <w:tcPr>
            <w:tcW w:type="dxa" w:w="1439"/>
          </w:tcPr>
          <w:p>
            <w:pPr>
              <w:spacing w:after="20" w:before="20"/>
            </w:pPr>
            <w:r/>
            <w:r>
              <w:rPr>
                <w:rFonts w:ascii="Times New Roman" w:hAnsi="Times New Roman" w:eastAsia="宋体"/>
                <w:b w:val="0"/>
                <w:sz w:val="21"/>
              </w:rPr>
              <w:t>102125102120024</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张苗</w:t>
            </w:r>
          </w:p>
        </w:tc>
        <w:tc>
          <w:tcPr>
            <w:tcW w:type="dxa" w:w="1439"/>
          </w:tcPr>
          <w:p>
            <w:pPr>
              <w:spacing w:after="20" w:before="20"/>
            </w:pPr>
            <w:r/>
            <w:r>
              <w:rPr>
                <w:rFonts w:ascii="Times New Roman" w:hAnsi="Times New Roman" w:eastAsia="宋体"/>
                <w:b w:val="0"/>
                <w:sz w:val="21"/>
              </w:rPr>
              <w:t>102125102120025</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87.5</w:t>
            </w:r>
          </w:p>
        </w:tc>
      </w:tr>
      <w:tr>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张一丹</w:t>
            </w:r>
          </w:p>
        </w:tc>
        <w:tc>
          <w:tcPr>
            <w:tcW w:type="dxa" w:w="1439"/>
          </w:tcPr>
          <w:p>
            <w:pPr>
              <w:spacing w:after="20" w:before="20"/>
            </w:pPr>
            <w:r/>
            <w:r>
              <w:rPr>
                <w:rFonts w:ascii="Times New Roman" w:hAnsi="Times New Roman" w:eastAsia="宋体"/>
                <w:b w:val="0"/>
                <w:sz w:val="21"/>
              </w:rPr>
              <w:t>102125102120026</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85.6</w:t>
            </w:r>
          </w:p>
        </w:tc>
      </w:tr>
      <w:tr>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李茵</w:t>
            </w:r>
          </w:p>
        </w:tc>
        <w:tc>
          <w:tcPr>
            <w:tcW w:type="dxa" w:w="1439"/>
          </w:tcPr>
          <w:p>
            <w:pPr>
              <w:spacing w:after="20" w:before="20"/>
            </w:pPr>
            <w:r/>
            <w:r>
              <w:rPr>
                <w:rFonts w:ascii="Times New Roman" w:hAnsi="Times New Roman" w:eastAsia="宋体"/>
                <w:b w:val="0"/>
                <w:sz w:val="21"/>
              </w:rPr>
              <w:t>102125102120027</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85.3</w:t>
            </w:r>
          </w:p>
        </w:tc>
      </w:tr>
      <w:tr>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李奕佳</w:t>
            </w:r>
          </w:p>
        </w:tc>
        <w:tc>
          <w:tcPr>
            <w:tcW w:type="dxa" w:w="1439"/>
          </w:tcPr>
          <w:p>
            <w:pPr>
              <w:spacing w:after="20" w:before="20"/>
            </w:pPr>
            <w:r/>
            <w:r>
              <w:rPr>
                <w:rFonts w:ascii="Times New Roman" w:hAnsi="Times New Roman" w:eastAsia="宋体"/>
                <w:b w:val="0"/>
                <w:sz w:val="21"/>
              </w:rPr>
              <w:t>102125102120028</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84.5</w:t>
            </w:r>
          </w:p>
        </w:tc>
      </w:tr>
      <w:tr>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景天利</w:t>
            </w:r>
          </w:p>
        </w:tc>
        <w:tc>
          <w:tcPr>
            <w:tcW w:type="dxa" w:w="1439"/>
          </w:tcPr>
          <w:p>
            <w:pPr>
              <w:spacing w:after="20" w:before="20"/>
            </w:pPr>
            <w:r/>
            <w:r>
              <w:rPr>
                <w:rFonts w:ascii="Times New Roman" w:hAnsi="Times New Roman" w:eastAsia="宋体"/>
                <w:b w:val="0"/>
                <w:sz w:val="21"/>
              </w:rPr>
              <w:t>102125102120029</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民商法学</w:t>
            </w:r>
          </w:p>
        </w:tc>
        <w:tc>
          <w:tcPr>
            <w:tcW w:type="dxa" w:w="1439"/>
          </w:tcPr>
          <w:p>
            <w:pPr>
              <w:spacing w:after="20" w:before="20"/>
            </w:pPr>
            <w:r/>
            <w:r>
              <w:rPr>
                <w:rFonts w:ascii="Times New Roman" w:hAnsi="Times New Roman" w:eastAsia="宋体"/>
                <w:b w:val="0"/>
                <w:sz w:val="21"/>
              </w:rPr>
              <w:t>84.3</w:t>
            </w:r>
          </w:p>
        </w:tc>
      </w:tr>
      <w:tr>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袁佳怡</w:t>
            </w:r>
          </w:p>
        </w:tc>
        <w:tc>
          <w:tcPr>
            <w:tcW w:type="dxa" w:w="1439"/>
          </w:tcPr>
          <w:p>
            <w:pPr>
              <w:spacing w:after="20" w:before="20"/>
            </w:pPr>
            <w:r/>
            <w:r>
              <w:rPr>
                <w:rFonts w:ascii="Times New Roman" w:hAnsi="Times New Roman" w:eastAsia="宋体"/>
                <w:b w:val="0"/>
                <w:sz w:val="21"/>
              </w:rPr>
              <w:t>102125102120030</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经济法学</w:t>
            </w:r>
          </w:p>
        </w:tc>
        <w:tc>
          <w:tcPr>
            <w:tcW w:type="dxa" w:w="1439"/>
          </w:tcPr>
          <w:p>
            <w:pPr>
              <w:spacing w:after="20" w:before="20"/>
            </w:pPr>
            <w:r/>
            <w:r>
              <w:rPr>
                <w:rFonts w:ascii="Times New Roman" w:hAnsi="Times New Roman" w:eastAsia="宋体"/>
                <w:b w:val="0"/>
                <w:sz w:val="21"/>
              </w:rPr>
              <w:t>87.2</w:t>
            </w:r>
          </w:p>
        </w:tc>
      </w:tr>
      <w:tr>
        <w:tc>
          <w:tcPr>
            <w:tcW w:type="dxa" w:w="1439"/>
          </w:tcPr>
          <w:p>
            <w:pPr>
              <w:spacing w:after="20" w:before="20"/>
            </w:pPr>
            <w:r/>
            <w:r>
              <w:rPr>
                <w:rFonts w:ascii="Times New Roman" w:hAnsi="Times New Roman" w:eastAsia="宋体"/>
                <w:b w:val="0"/>
                <w:sz w:val="21"/>
              </w:rPr>
              <w:t>31</w:t>
            </w:r>
          </w:p>
        </w:tc>
        <w:tc>
          <w:tcPr>
            <w:tcW w:type="dxa" w:w="1439"/>
          </w:tcPr>
          <w:p>
            <w:pPr>
              <w:spacing w:after="20" w:before="20"/>
            </w:pPr>
            <w:r/>
            <w:r>
              <w:rPr>
                <w:rFonts w:ascii="Times New Roman" w:hAnsi="Times New Roman" w:eastAsia="宋体"/>
                <w:b w:val="0"/>
                <w:sz w:val="21"/>
              </w:rPr>
              <w:t>王法</w:t>
            </w:r>
          </w:p>
        </w:tc>
        <w:tc>
          <w:tcPr>
            <w:tcW w:type="dxa" w:w="1439"/>
          </w:tcPr>
          <w:p>
            <w:pPr>
              <w:spacing w:after="20" w:before="20"/>
            </w:pPr>
            <w:r/>
            <w:r>
              <w:rPr>
                <w:rFonts w:ascii="Times New Roman" w:hAnsi="Times New Roman" w:eastAsia="宋体"/>
                <w:b w:val="0"/>
                <w:sz w:val="21"/>
              </w:rPr>
              <w:t>102125102120031</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法律（非法学）</w:t>
            </w:r>
          </w:p>
        </w:tc>
        <w:tc>
          <w:tcPr>
            <w:tcW w:type="dxa" w:w="1439"/>
          </w:tcPr>
          <w:p>
            <w:pPr>
              <w:spacing w:after="20" w:before="20"/>
            </w:pPr>
            <w:r/>
            <w:r>
              <w:rPr>
                <w:rFonts w:ascii="Times New Roman" w:hAnsi="Times New Roman" w:eastAsia="宋体"/>
                <w:b w:val="0"/>
                <w:sz w:val="21"/>
              </w:rPr>
              <w:t>89.6</w:t>
            </w:r>
          </w:p>
        </w:tc>
      </w:tr>
      <w:tr>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张瀚</w:t>
            </w:r>
          </w:p>
        </w:tc>
        <w:tc>
          <w:tcPr>
            <w:tcW w:type="dxa" w:w="1439"/>
          </w:tcPr>
          <w:p>
            <w:pPr>
              <w:spacing w:after="20" w:before="20"/>
            </w:pPr>
            <w:r/>
            <w:r>
              <w:rPr>
                <w:rFonts w:ascii="Times New Roman" w:hAnsi="Times New Roman" w:eastAsia="宋体"/>
                <w:b w:val="0"/>
                <w:sz w:val="21"/>
              </w:rPr>
              <w:t>102125102120032</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法律（非法学）</w:t>
            </w:r>
          </w:p>
        </w:tc>
        <w:tc>
          <w:tcPr>
            <w:tcW w:type="dxa" w:w="1439"/>
          </w:tcPr>
          <w:p>
            <w:pPr>
              <w:spacing w:after="20" w:before="20"/>
            </w:pPr>
            <w:r/>
            <w:r>
              <w:rPr>
                <w:rFonts w:ascii="Times New Roman" w:hAnsi="Times New Roman" w:eastAsia="宋体"/>
                <w:b w:val="0"/>
                <w:sz w:val="21"/>
              </w:rPr>
              <w:t>84.0</w:t>
            </w:r>
          </w:p>
        </w:tc>
      </w:tr>
      <w:tr>
        <w:tc>
          <w:tcPr>
            <w:tcW w:type="dxa" w:w="1439"/>
          </w:tcPr>
          <w:p>
            <w:pPr>
              <w:spacing w:after="20" w:before="20"/>
            </w:pPr>
            <w:r/>
            <w:r>
              <w:rPr>
                <w:rFonts w:ascii="Times New Roman" w:hAnsi="Times New Roman" w:eastAsia="宋体"/>
                <w:b w:val="0"/>
                <w:sz w:val="21"/>
              </w:rPr>
              <w:t>33</w:t>
            </w:r>
          </w:p>
        </w:tc>
        <w:tc>
          <w:tcPr>
            <w:tcW w:type="dxa" w:w="1439"/>
          </w:tcPr>
          <w:p>
            <w:pPr>
              <w:spacing w:after="20" w:before="20"/>
            </w:pPr>
            <w:r/>
            <w:r>
              <w:rPr>
                <w:rFonts w:ascii="Times New Roman" w:hAnsi="Times New Roman" w:eastAsia="宋体"/>
                <w:b w:val="0"/>
                <w:sz w:val="21"/>
              </w:rPr>
              <w:t>樊宇</w:t>
            </w:r>
          </w:p>
        </w:tc>
        <w:tc>
          <w:tcPr>
            <w:tcW w:type="dxa" w:w="1439"/>
          </w:tcPr>
          <w:p>
            <w:pPr>
              <w:spacing w:after="20" w:before="20"/>
            </w:pPr>
            <w:r/>
            <w:r>
              <w:rPr>
                <w:rFonts w:ascii="Times New Roman" w:hAnsi="Times New Roman" w:eastAsia="宋体"/>
                <w:b w:val="0"/>
                <w:sz w:val="21"/>
              </w:rPr>
              <w:t>102125102220033</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法律（非法学）</w:t>
            </w:r>
          </w:p>
        </w:tc>
        <w:tc>
          <w:tcPr>
            <w:tcW w:type="dxa" w:w="1439"/>
          </w:tcPr>
          <w:p>
            <w:pPr>
              <w:spacing w:after="20" w:before="20"/>
            </w:pPr>
            <w:r/>
            <w:r>
              <w:rPr>
                <w:rFonts w:ascii="Times New Roman" w:hAnsi="Times New Roman" w:eastAsia="宋体"/>
                <w:b w:val="0"/>
                <w:sz w:val="21"/>
              </w:rPr>
              <w:t>60.0</w:t>
            </w:r>
          </w:p>
        </w:tc>
      </w:tr>
      <w:tr>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张艳</w:t>
            </w:r>
          </w:p>
        </w:tc>
        <w:tc>
          <w:tcPr>
            <w:tcW w:type="dxa" w:w="1439"/>
          </w:tcPr>
          <w:p>
            <w:pPr>
              <w:spacing w:after="20" w:before="20"/>
            </w:pPr>
            <w:r/>
            <w:r>
              <w:rPr>
                <w:rFonts w:ascii="Times New Roman" w:hAnsi="Times New Roman" w:eastAsia="宋体"/>
                <w:b w:val="0"/>
                <w:sz w:val="21"/>
              </w:rPr>
              <w:t>102125102120034</w:t>
            </w:r>
          </w:p>
        </w:tc>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法律（法学）</w:t>
            </w:r>
          </w:p>
        </w:tc>
        <w:tc>
          <w:tcPr>
            <w:tcW w:type="dxa" w:w="1439"/>
          </w:tcPr>
          <w:p>
            <w:pPr>
              <w:spacing w:after="20" w:before="20"/>
            </w:pPr>
            <w:r/>
            <w:r>
              <w:rPr>
                <w:rFonts w:ascii="Times New Roman" w:hAnsi="Times New Roman" w:eastAsia="宋体"/>
                <w:b w:val="0"/>
                <w:sz w:val="21"/>
              </w:rPr>
              <w:t>84.7</w:t>
            </w:r>
          </w:p>
        </w:tc>
      </w:tr>
      <w:tr>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王美懿</w:t>
            </w:r>
          </w:p>
        </w:tc>
        <w:tc>
          <w:tcPr>
            <w:tcW w:type="dxa" w:w="1439"/>
          </w:tcPr>
          <w:p>
            <w:pPr>
              <w:spacing w:after="20" w:before="20"/>
            </w:pPr>
            <w:r/>
            <w:r>
              <w:rPr>
                <w:rFonts w:ascii="Times New Roman" w:hAnsi="Times New Roman" w:eastAsia="宋体"/>
                <w:b w:val="0"/>
                <w:sz w:val="21"/>
              </w:rPr>
              <w:t>102125102120035</w:t>
            </w:r>
          </w:p>
        </w:tc>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马克思主义基本原理</w:t>
            </w:r>
          </w:p>
        </w:tc>
        <w:tc>
          <w:tcPr>
            <w:tcW w:type="dxa" w:w="1439"/>
          </w:tcPr>
          <w:p>
            <w:pPr>
              <w:spacing w:after="20" w:before="20"/>
            </w:pPr>
            <w:r/>
            <w:r>
              <w:rPr>
                <w:rFonts w:ascii="Times New Roman" w:hAnsi="Times New Roman" w:eastAsia="宋体"/>
                <w:b w:val="0"/>
                <w:sz w:val="21"/>
              </w:rPr>
              <w:t>90.7</w:t>
            </w:r>
          </w:p>
        </w:tc>
      </w:tr>
      <w:tr>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t>马彳侗</w:t>
            </w:r>
          </w:p>
        </w:tc>
        <w:tc>
          <w:tcPr>
            <w:tcW w:type="dxa" w:w="1439"/>
          </w:tcPr>
          <w:p>
            <w:pPr>
              <w:spacing w:after="20" w:before="20"/>
            </w:pPr>
            <w:r/>
            <w:r>
              <w:rPr>
                <w:rFonts w:ascii="Times New Roman" w:hAnsi="Times New Roman" w:eastAsia="宋体"/>
                <w:b w:val="0"/>
                <w:sz w:val="21"/>
              </w:rPr>
              <w:t>102125102120036</w:t>
            </w:r>
          </w:p>
        </w:tc>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马克思主义中国化研究</w:t>
            </w:r>
          </w:p>
        </w:tc>
        <w:tc>
          <w:tcPr>
            <w:tcW w:type="dxa" w:w="1439"/>
          </w:tcPr>
          <w:p>
            <w:pPr>
              <w:spacing w:after="20" w:before="20"/>
            </w:pPr>
            <w:r/>
            <w:r>
              <w:rPr>
                <w:rFonts w:ascii="Times New Roman" w:hAnsi="Times New Roman" w:eastAsia="宋体"/>
                <w:b w:val="0"/>
                <w:sz w:val="21"/>
              </w:rPr>
              <w:t>88.4</w:t>
            </w:r>
          </w:p>
        </w:tc>
      </w:tr>
      <w:tr>
        <w:tc>
          <w:tcPr>
            <w:tcW w:type="dxa" w:w="1439"/>
          </w:tcPr>
          <w:p>
            <w:pPr>
              <w:spacing w:after="20" w:before="20"/>
            </w:pPr>
            <w:r/>
            <w:r>
              <w:rPr>
                <w:rFonts w:ascii="Times New Roman" w:hAnsi="Times New Roman" w:eastAsia="宋体"/>
                <w:b w:val="0"/>
                <w:sz w:val="21"/>
              </w:rPr>
              <w:t>37</w:t>
            </w:r>
          </w:p>
        </w:tc>
        <w:tc>
          <w:tcPr>
            <w:tcW w:type="dxa" w:w="1439"/>
          </w:tcPr>
          <w:p>
            <w:pPr>
              <w:spacing w:after="20" w:before="20"/>
            </w:pPr>
            <w:r/>
            <w:r>
              <w:rPr>
                <w:rFonts w:ascii="Times New Roman" w:hAnsi="Times New Roman" w:eastAsia="宋体"/>
                <w:b w:val="0"/>
                <w:sz w:val="21"/>
              </w:rPr>
              <w:t>曲桓瑶</w:t>
            </w:r>
          </w:p>
        </w:tc>
        <w:tc>
          <w:tcPr>
            <w:tcW w:type="dxa" w:w="1439"/>
          </w:tcPr>
          <w:p>
            <w:pPr>
              <w:spacing w:after="20" w:before="20"/>
            </w:pPr>
            <w:r/>
            <w:r>
              <w:rPr>
                <w:rFonts w:ascii="Times New Roman" w:hAnsi="Times New Roman" w:eastAsia="宋体"/>
                <w:b w:val="0"/>
                <w:sz w:val="21"/>
              </w:rPr>
              <w:t>102125102120037</w:t>
            </w:r>
          </w:p>
        </w:tc>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马克思主义中国化研究</w:t>
            </w:r>
          </w:p>
        </w:tc>
        <w:tc>
          <w:tcPr>
            <w:tcW w:type="dxa" w:w="1439"/>
          </w:tcPr>
          <w:p>
            <w:pPr>
              <w:spacing w:after="20" w:before="20"/>
            </w:pPr>
            <w:r/>
            <w:r>
              <w:rPr>
                <w:rFonts w:ascii="Times New Roman" w:hAnsi="Times New Roman" w:eastAsia="宋体"/>
                <w:b w:val="0"/>
                <w:sz w:val="21"/>
              </w:rPr>
              <w:t>86.3</w:t>
            </w:r>
          </w:p>
        </w:tc>
      </w:tr>
      <w:tr>
        <w:tc>
          <w:tcPr>
            <w:tcW w:type="dxa" w:w="1439"/>
          </w:tcPr>
          <w:p>
            <w:pPr>
              <w:spacing w:after="20" w:before="20"/>
            </w:pPr>
            <w:r/>
            <w:r>
              <w:rPr>
                <w:rFonts w:ascii="Times New Roman" w:hAnsi="Times New Roman" w:eastAsia="宋体"/>
                <w:b w:val="0"/>
                <w:sz w:val="21"/>
              </w:rPr>
              <w:t>38</w:t>
            </w:r>
          </w:p>
        </w:tc>
        <w:tc>
          <w:tcPr>
            <w:tcW w:type="dxa" w:w="1439"/>
          </w:tcPr>
          <w:p>
            <w:pPr>
              <w:spacing w:after="20" w:before="20"/>
            </w:pPr>
            <w:r/>
            <w:r>
              <w:rPr>
                <w:rFonts w:ascii="Times New Roman" w:hAnsi="Times New Roman" w:eastAsia="宋体"/>
                <w:b w:val="0"/>
                <w:sz w:val="21"/>
              </w:rPr>
              <w:t>陈嘉琪</w:t>
            </w:r>
          </w:p>
        </w:tc>
        <w:tc>
          <w:tcPr>
            <w:tcW w:type="dxa" w:w="1439"/>
          </w:tcPr>
          <w:p>
            <w:pPr>
              <w:spacing w:after="20" w:before="20"/>
            </w:pPr>
            <w:r/>
            <w:r>
              <w:rPr>
                <w:rFonts w:ascii="Times New Roman" w:hAnsi="Times New Roman" w:eastAsia="宋体"/>
                <w:b w:val="0"/>
                <w:sz w:val="21"/>
              </w:rPr>
              <w:t>102125102120038</w:t>
            </w:r>
          </w:p>
        </w:tc>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马克思主义中国化研究</w:t>
            </w:r>
          </w:p>
        </w:tc>
        <w:tc>
          <w:tcPr>
            <w:tcW w:type="dxa" w:w="1439"/>
          </w:tcPr>
          <w:p>
            <w:pPr>
              <w:spacing w:after="20" w:before="20"/>
            </w:pPr>
            <w:r/>
            <w:r>
              <w:rPr>
                <w:rFonts w:ascii="Times New Roman" w:hAnsi="Times New Roman" w:eastAsia="宋体"/>
                <w:b w:val="0"/>
                <w:sz w:val="21"/>
              </w:rPr>
              <w:t>82.8</w:t>
            </w:r>
          </w:p>
        </w:tc>
      </w:tr>
      <w:tr>
        <w:tc>
          <w:tcPr>
            <w:tcW w:type="dxa" w:w="1439"/>
          </w:tcPr>
          <w:p>
            <w:pPr>
              <w:spacing w:after="20" w:before="20"/>
            </w:pPr>
            <w:r/>
            <w:r>
              <w:rPr>
                <w:rFonts w:ascii="Times New Roman" w:hAnsi="Times New Roman" w:eastAsia="宋体"/>
                <w:b w:val="0"/>
                <w:sz w:val="21"/>
              </w:rPr>
              <w:t>39</w:t>
            </w:r>
          </w:p>
        </w:tc>
        <w:tc>
          <w:tcPr>
            <w:tcW w:type="dxa" w:w="1439"/>
          </w:tcPr>
          <w:p>
            <w:pPr>
              <w:spacing w:after="20" w:before="20"/>
            </w:pPr>
            <w:r/>
            <w:r>
              <w:rPr>
                <w:rFonts w:ascii="Times New Roman" w:hAnsi="Times New Roman" w:eastAsia="宋体"/>
                <w:b w:val="0"/>
                <w:sz w:val="21"/>
              </w:rPr>
              <w:t>郝悦</w:t>
            </w:r>
          </w:p>
        </w:tc>
        <w:tc>
          <w:tcPr>
            <w:tcW w:type="dxa" w:w="1439"/>
          </w:tcPr>
          <w:p>
            <w:pPr>
              <w:spacing w:after="20" w:before="20"/>
            </w:pPr>
            <w:r/>
            <w:r>
              <w:rPr>
                <w:rFonts w:ascii="Times New Roman" w:hAnsi="Times New Roman" w:eastAsia="宋体"/>
                <w:b w:val="0"/>
                <w:sz w:val="21"/>
              </w:rPr>
              <w:t>102125102120039</w:t>
            </w:r>
          </w:p>
        </w:tc>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思想政治教育</w:t>
            </w:r>
          </w:p>
        </w:tc>
        <w:tc>
          <w:tcPr>
            <w:tcW w:type="dxa" w:w="1439"/>
          </w:tcPr>
          <w:p>
            <w:pPr>
              <w:spacing w:after="20" w:before="20"/>
            </w:pPr>
            <w:r/>
            <w:r>
              <w:rPr>
                <w:rFonts w:ascii="Times New Roman" w:hAnsi="Times New Roman" w:eastAsia="宋体"/>
                <w:b w:val="0"/>
                <w:sz w:val="21"/>
              </w:rPr>
              <w:t>86.2</w:t>
            </w:r>
          </w:p>
        </w:tc>
      </w:tr>
      <w:tr>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袭蕊</w:t>
            </w:r>
          </w:p>
        </w:tc>
        <w:tc>
          <w:tcPr>
            <w:tcW w:type="dxa" w:w="1439"/>
          </w:tcPr>
          <w:p>
            <w:pPr>
              <w:spacing w:after="20" w:before="20"/>
            </w:pPr>
            <w:r/>
            <w:r>
              <w:rPr>
                <w:rFonts w:ascii="Times New Roman" w:hAnsi="Times New Roman" w:eastAsia="宋体"/>
                <w:b w:val="0"/>
                <w:sz w:val="21"/>
              </w:rPr>
              <w:t>102125102120040</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文艺学</w:t>
            </w:r>
          </w:p>
        </w:tc>
        <w:tc>
          <w:tcPr>
            <w:tcW w:type="dxa" w:w="1439"/>
          </w:tcPr>
          <w:p>
            <w:pPr>
              <w:spacing w:after="20" w:before="20"/>
            </w:pPr>
            <w:r/>
            <w:r>
              <w:rPr>
                <w:rFonts w:ascii="Times New Roman" w:hAnsi="Times New Roman" w:eastAsia="宋体"/>
                <w:b w:val="0"/>
                <w:sz w:val="21"/>
              </w:rPr>
              <w:t>85.5</w:t>
            </w:r>
          </w:p>
        </w:tc>
      </w:tr>
      <w:tr>
        <w:tc>
          <w:tcPr>
            <w:tcW w:type="dxa" w:w="1439"/>
          </w:tcPr>
          <w:p>
            <w:pPr>
              <w:spacing w:after="20" w:before="20"/>
            </w:pPr>
            <w:r/>
            <w:r>
              <w:rPr>
                <w:rFonts w:ascii="Times New Roman" w:hAnsi="Times New Roman" w:eastAsia="宋体"/>
                <w:b w:val="0"/>
                <w:sz w:val="21"/>
              </w:rPr>
              <w:t>41</w:t>
            </w:r>
          </w:p>
        </w:tc>
        <w:tc>
          <w:tcPr>
            <w:tcW w:type="dxa" w:w="1439"/>
          </w:tcPr>
          <w:p>
            <w:pPr>
              <w:spacing w:after="20" w:before="20"/>
            </w:pPr>
            <w:r/>
            <w:r>
              <w:rPr>
                <w:rFonts w:ascii="Times New Roman" w:hAnsi="Times New Roman" w:eastAsia="宋体"/>
                <w:b w:val="0"/>
                <w:sz w:val="21"/>
              </w:rPr>
              <w:t>李心草</w:t>
            </w:r>
          </w:p>
        </w:tc>
        <w:tc>
          <w:tcPr>
            <w:tcW w:type="dxa" w:w="1439"/>
          </w:tcPr>
          <w:p>
            <w:pPr>
              <w:spacing w:after="20" w:before="20"/>
            </w:pPr>
            <w:r/>
            <w:r>
              <w:rPr>
                <w:rFonts w:ascii="Times New Roman" w:hAnsi="Times New Roman" w:eastAsia="宋体"/>
                <w:b w:val="0"/>
                <w:sz w:val="21"/>
              </w:rPr>
              <w:t>102125102120041</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语言学及应用语言学</w:t>
            </w:r>
          </w:p>
        </w:tc>
        <w:tc>
          <w:tcPr>
            <w:tcW w:type="dxa" w:w="1439"/>
          </w:tcPr>
          <w:p>
            <w:pPr>
              <w:spacing w:after="20" w:before="20"/>
            </w:pPr>
            <w:r/>
            <w:r>
              <w:rPr>
                <w:rFonts w:ascii="Times New Roman" w:hAnsi="Times New Roman" w:eastAsia="宋体"/>
                <w:b w:val="0"/>
                <w:sz w:val="21"/>
              </w:rPr>
              <w:t>84.5</w:t>
            </w:r>
          </w:p>
        </w:tc>
      </w:tr>
      <w:tr>
        <w:tc>
          <w:tcPr>
            <w:tcW w:type="dxa" w:w="1439"/>
          </w:tcPr>
          <w:p>
            <w:pPr>
              <w:spacing w:after="20" w:before="20"/>
            </w:pPr>
            <w:r/>
            <w:r>
              <w:rPr>
                <w:rFonts w:ascii="Times New Roman" w:hAnsi="Times New Roman" w:eastAsia="宋体"/>
                <w:b w:val="0"/>
                <w:sz w:val="21"/>
              </w:rPr>
              <w:t>42</w:t>
            </w:r>
          </w:p>
        </w:tc>
        <w:tc>
          <w:tcPr>
            <w:tcW w:type="dxa" w:w="1439"/>
          </w:tcPr>
          <w:p>
            <w:pPr>
              <w:spacing w:after="20" w:before="20"/>
            </w:pPr>
            <w:r/>
            <w:r>
              <w:rPr>
                <w:rFonts w:ascii="Times New Roman" w:hAnsi="Times New Roman" w:eastAsia="宋体"/>
                <w:b w:val="0"/>
                <w:sz w:val="21"/>
              </w:rPr>
              <w:t>周诗奕</w:t>
            </w:r>
          </w:p>
        </w:tc>
        <w:tc>
          <w:tcPr>
            <w:tcW w:type="dxa" w:w="1439"/>
          </w:tcPr>
          <w:p>
            <w:pPr>
              <w:spacing w:after="20" w:before="20"/>
            </w:pPr>
            <w:r/>
            <w:r>
              <w:rPr>
                <w:rFonts w:ascii="Times New Roman" w:hAnsi="Times New Roman" w:eastAsia="宋体"/>
                <w:b w:val="0"/>
                <w:sz w:val="21"/>
              </w:rPr>
              <w:t>102125102120042</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汉语言文字学</w:t>
            </w:r>
          </w:p>
        </w:tc>
        <w:tc>
          <w:tcPr>
            <w:tcW w:type="dxa" w:w="1439"/>
          </w:tcPr>
          <w:p>
            <w:pPr>
              <w:spacing w:after="20" w:before="20"/>
            </w:pPr>
            <w:r/>
            <w:r>
              <w:rPr>
                <w:rFonts w:ascii="Times New Roman" w:hAnsi="Times New Roman" w:eastAsia="宋体"/>
                <w:b w:val="0"/>
                <w:sz w:val="21"/>
              </w:rPr>
              <w:t>85.4</w:t>
            </w:r>
          </w:p>
        </w:tc>
      </w:tr>
      <w:tr>
        <w:tc>
          <w:tcPr>
            <w:tcW w:type="dxa" w:w="1439"/>
          </w:tcPr>
          <w:p>
            <w:pPr>
              <w:spacing w:after="20" w:before="20"/>
            </w:pPr>
            <w:r/>
            <w:r>
              <w:rPr>
                <w:rFonts w:ascii="Times New Roman" w:hAnsi="Times New Roman" w:eastAsia="宋体"/>
                <w:b w:val="0"/>
                <w:sz w:val="21"/>
              </w:rPr>
              <w:t>43</w:t>
            </w:r>
          </w:p>
        </w:tc>
        <w:tc>
          <w:tcPr>
            <w:tcW w:type="dxa" w:w="1439"/>
          </w:tcPr>
          <w:p>
            <w:pPr>
              <w:spacing w:after="20" w:before="20"/>
            </w:pPr>
            <w:r/>
            <w:r>
              <w:rPr>
                <w:rFonts w:ascii="Times New Roman" w:hAnsi="Times New Roman" w:eastAsia="宋体"/>
                <w:b w:val="0"/>
                <w:sz w:val="21"/>
              </w:rPr>
              <w:t>佟海鑫</w:t>
            </w:r>
          </w:p>
        </w:tc>
        <w:tc>
          <w:tcPr>
            <w:tcW w:type="dxa" w:w="1439"/>
          </w:tcPr>
          <w:p>
            <w:pPr>
              <w:spacing w:after="20" w:before="20"/>
            </w:pPr>
            <w:r/>
            <w:r>
              <w:rPr>
                <w:rFonts w:ascii="Times New Roman" w:hAnsi="Times New Roman" w:eastAsia="宋体"/>
                <w:b w:val="0"/>
                <w:sz w:val="21"/>
              </w:rPr>
              <w:t>102125102120043</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中国古代文学</w:t>
            </w:r>
          </w:p>
        </w:tc>
        <w:tc>
          <w:tcPr>
            <w:tcW w:type="dxa" w:w="1439"/>
          </w:tcPr>
          <w:p>
            <w:pPr>
              <w:spacing w:after="20" w:before="20"/>
            </w:pPr>
            <w:r/>
            <w:r>
              <w:rPr>
                <w:rFonts w:ascii="Times New Roman" w:hAnsi="Times New Roman" w:eastAsia="宋体"/>
                <w:b w:val="0"/>
                <w:sz w:val="21"/>
              </w:rPr>
              <w:t>84.5</w:t>
            </w:r>
          </w:p>
        </w:tc>
      </w:tr>
      <w:tr>
        <w:tc>
          <w:tcPr>
            <w:tcW w:type="dxa" w:w="1439"/>
          </w:tcPr>
          <w:p>
            <w:pPr>
              <w:spacing w:after="20" w:before="20"/>
            </w:pPr>
            <w:r/>
            <w:r>
              <w:rPr>
                <w:rFonts w:ascii="Times New Roman" w:hAnsi="Times New Roman" w:eastAsia="宋体"/>
                <w:b w:val="0"/>
                <w:sz w:val="21"/>
              </w:rPr>
              <w:t>44</w:t>
            </w:r>
          </w:p>
        </w:tc>
        <w:tc>
          <w:tcPr>
            <w:tcW w:type="dxa" w:w="1439"/>
          </w:tcPr>
          <w:p>
            <w:pPr>
              <w:spacing w:after="20" w:before="20"/>
            </w:pPr>
            <w:r/>
            <w:r>
              <w:rPr>
                <w:rFonts w:ascii="Times New Roman" w:hAnsi="Times New Roman" w:eastAsia="宋体"/>
                <w:b w:val="0"/>
                <w:sz w:val="21"/>
              </w:rPr>
              <w:t>郭芮彤</w:t>
            </w:r>
          </w:p>
        </w:tc>
        <w:tc>
          <w:tcPr>
            <w:tcW w:type="dxa" w:w="1439"/>
          </w:tcPr>
          <w:p>
            <w:pPr>
              <w:spacing w:after="20" w:before="20"/>
            </w:pPr>
            <w:r/>
            <w:r>
              <w:rPr>
                <w:rFonts w:ascii="Times New Roman" w:hAnsi="Times New Roman" w:eastAsia="宋体"/>
                <w:b w:val="0"/>
                <w:sz w:val="21"/>
              </w:rPr>
              <w:t>102125102120044</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中国古代文学</w:t>
            </w:r>
          </w:p>
        </w:tc>
        <w:tc>
          <w:tcPr>
            <w:tcW w:type="dxa" w:w="1439"/>
          </w:tcPr>
          <w:p>
            <w:pPr>
              <w:spacing w:after="20" w:before="20"/>
            </w:pPr>
            <w:r/>
            <w:r>
              <w:rPr>
                <w:rFonts w:ascii="Times New Roman" w:hAnsi="Times New Roman" w:eastAsia="宋体"/>
                <w:b w:val="0"/>
                <w:sz w:val="21"/>
              </w:rPr>
              <w:t>84.1</w:t>
            </w:r>
          </w:p>
        </w:tc>
      </w:tr>
      <w:tr>
        <w:tc>
          <w:tcPr>
            <w:tcW w:type="dxa" w:w="1439"/>
          </w:tcPr>
          <w:p>
            <w:pPr>
              <w:spacing w:after="20" w:before="20"/>
            </w:pPr>
            <w:r/>
            <w:r>
              <w:rPr>
                <w:rFonts w:ascii="Times New Roman" w:hAnsi="Times New Roman" w:eastAsia="宋体"/>
                <w:b w:val="0"/>
                <w:sz w:val="21"/>
              </w:rPr>
              <w:t>45</w:t>
            </w:r>
          </w:p>
        </w:tc>
        <w:tc>
          <w:tcPr>
            <w:tcW w:type="dxa" w:w="1439"/>
          </w:tcPr>
          <w:p>
            <w:pPr>
              <w:spacing w:after="20" w:before="20"/>
            </w:pPr>
            <w:r/>
            <w:r>
              <w:rPr>
                <w:rFonts w:ascii="Times New Roman" w:hAnsi="Times New Roman" w:eastAsia="宋体"/>
                <w:b w:val="0"/>
                <w:sz w:val="21"/>
              </w:rPr>
              <w:t>宋佳明</w:t>
            </w:r>
          </w:p>
        </w:tc>
        <w:tc>
          <w:tcPr>
            <w:tcW w:type="dxa" w:w="1439"/>
          </w:tcPr>
          <w:p>
            <w:pPr>
              <w:spacing w:after="20" w:before="20"/>
            </w:pPr>
            <w:r/>
            <w:r>
              <w:rPr>
                <w:rFonts w:ascii="Times New Roman" w:hAnsi="Times New Roman" w:eastAsia="宋体"/>
                <w:b w:val="0"/>
                <w:sz w:val="21"/>
              </w:rPr>
              <w:t>102125102120045</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中国现当代文学</w:t>
            </w:r>
          </w:p>
        </w:tc>
        <w:tc>
          <w:tcPr>
            <w:tcW w:type="dxa" w:w="1439"/>
          </w:tcPr>
          <w:p>
            <w:pPr>
              <w:spacing w:after="20" w:before="20"/>
            </w:pPr>
            <w:r/>
            <w:r>
              <w:rPr>
                <w:rFonts w:ascii="Times New Roman" w:hAnsi="Times New Roman" w:eastAsia="宋体"/>
                <w:b w:val="0"/>
                <w:sz w:val="21"/>
              </w:rPr>
              <w:t>85.1</w:t>
            </w:r>
          </w:p>
        </w:tc>
      </w:tr>
      <w:tr>
        <w:tc>
          <w:tcPr>
            <w:tcW w:type="dxa" w:w="1439"/>
          </w:tcPr>
          <w:p>
            <w:pPr>
              <w:spacing w:after="20" w:before="20"/>
            </w:pPr>
            <w:r/>
            <w:r>
              <w:rPr>
                <w:rFonts w:ascii="Times New Roman" w:hAnsi="Times New Roman" w:eastAsia="宋体"/>
                <w:b w:val="0"/>
                <w:sz w:val="21"/>
              </w:rPr>
              <w:t>46</w:t>
            </w:r>
          </w:p>
        </w:tc>
        <w:tc>
          <w:tcPr>
            <w:tcW w:type="dxa" w:w="1439"/>
          </w:tcPr>
          <w:p>
            <w:pPr>
              <w:spacing w:after="20" w:before="20"/>
            </w:pPr>
            <w:r/>
            <w:r>
              <w:rPr>
                <w:rFonts w:ascii="Times New Roman" w:hAnsi="Times New Roman" w:eastAsia="宋体"/>
                <w:b w:val="0"/>
                <w:sz w:val="21"/>
              </w:rPr>
              <w:t>刘恒</w:t>
            </w:r>
          </w:p>
        </w:tc>
        <w:tc>
          <w:tcPr>
            <w:tcW w:type="dxa" w:w="1439"/>
          </w:tcPr>
          <w:p>
            <w:pPr>
              <w:spacing w:after="20" w:before="20"/>
            </w:pPr>
            <w:r/>
            <w:r>
              <w:rPr>
                <w:rFonts w:ascii="Times New Roman" w:hAnsi="Times New Roman" w:eastAsia="宋体"/>
                <w:b w:val="0"/>
                <w:sz w:val="21"/>
              </w:rPr>
              <w:t>102125102120046</w:t>
            </w:r>
          </w:p>
        </w:tc>
        <w:tc>
          <w:tcPr>
            <w:tcW w:type="dxa" w:w="1439"/>
          </w:tcPr>
          <w:p>
            <w:pPr>
              <w:spacing w:after="20" w:before="20"/>
            </w:pPr>
            <w:r/>
            <w:r>
              <w:rPr>
                <w:rFonts w:ascii="Times New Roman" w:hAnsi="Times New Roman" w:eastAsia="宋体"/>
                <w:b w:val="0"/>
                <w:sz w:val="21"/>
              </w:rPr>
              <w:t>文学院</w:t>
            </w:r>
          </w:p>
        </w:tc>
        <w:tc>
          <w:tcPr>
            <w:tcW w:type="dxa" w:w="1439"/>
          </w:tcPr>
          <w:p>
            <w:pPr>
              <w:spacing w:after="20" w:before="20"/>
            </w:pPr>
            <w:r/>
            <w:r>
              <w:rPr>
                <w:rFonts w:ascii="Times New Roman" w:hAnsi="Times New Roman" w:eastAsia="宋体"/>
                <w:b w:val="0"/>
                <w:sz w:val="21"/>
              </w:rPr>
              <w:t>中国现当代文学</w:t>
            </w:r>
          </w:p>
        </w:tc>
        <w:tc>
          <w:tcPr>
            <w:tcW w:type="dxa" w:w="1439"/>
          </w:tcPr>
          <w:p>
            <w:pPr>
              <w:spacing w:after="20" w:before="20"/>
            </w:pPr>
            <w:r/>
            <w:r>
              <w:rPr>
                <w:rFonts w:ascii="Times New Roman" w:hAnsi="Times New Roman" w:eastAsia="宋体"/>
                <w:b w:val="0"/>
                <w:sz w:val="21"/>
              </w:rPr>
              <w:t>84.7</w:t>
            </w:r>
          </w:p>
        </w:tc>
      </w:tr>
      <w:tr>
        <w:tc>
          <w:tcPr>
            <w:tcW w:type="dxa" w:w="1439"/>
          </w:tcPr>
          <w:p>
            <w:pPr>
              <w:spacing w:after="20" w:before="20"/>
            </w:pPr>
            <w:r/>
            <w:r>
              <w:rPr>
                <w:rFonts w:ascii="Times New Roman" w:hAnsi="Times New Roman" w:eastAsia="宋体"/>
                <w:b w:val="0"/>
                <w:sz w:val="21"/>
              </w:rPr>
              <w:t>47</w:t>
            </w:r>
          </w:p>
        </w:tc>
        <w:tc>
          <w:tcPr>
            <w:tcW w:type="dxa" w:w="1439"/>
          </w:tcPr>
          <w:p>
            <w:pPr>
              <w:spacing w:after="20" w:before="20"/>
            </w:pPr>
            <w:r/>
            <w:r>
              <w:rPr>
                <w:rFonts w:ascii="Times New Roman" w:hAnsi="Times New Roman" w:eastAsia="宋体"/>
                <w:b w:val="0"/>
                <w:sz w:val="21"/>
              </w:rPr>
              <w:t>荆亚桥</w:t>
            </w:r>
          </w:p>
        </w:tc>
        <w:tc>
          <w:tcPr>
            <w:tcW w:type="dxa" w:w="1439"/>
          </w:tcPr>
          <w:p>
            <w:pPr>
              <w:spacing w:after="20" w:before="20"/>
            </w:pPr>
            <w:r/>
            <w:r>
              <w:rPr>
                <w:rFonts w:ascii="Times New Roman" w:hAnsi="Times New Roman" w:eastAsia="宋体"/>
                <w:b w:val="0"/>
                <w:sz w:val="21"/>
              </w:rPr>
              <w:t>102125102120047</w:t>
            </w:r>
          </w:p>
        </w:tc>
        <w:tc>
          <w:tcPr>
            <w:tcW w:type="dxa" w:w="1439"/>
          </w:tcPr>
          <w:p>
            <w:pPr>
              <w:spacing w:after="20" w:before="20"/>
            </w:pPr>
            <w:r/>
            <w:r>
              <w:rPr>
                <w:rFonts w:ascii="Times New Roman" w:hAnsi="Times New Roman" w:eastAsia="宋体"/>
                <w:b w:val="0"/>
                <w:sz w:val="21"/>
              </w:rPr>
              <w:t>满学研究院</w:t>
            </w:r>
          </w:p>
        </w:tc>
        <w:tc>
          <w:tcPr>
            <w:tcW w:type="dxa" w:w="1439"/>
          </w:tcPr>
          <w:p>
            <w:pPr>
              <w:spacing w:after="20" w:before="20"/>
            </w:pPr>
            <w:r/>
            <w:r>
              <w:rPr>
                <w:rFonts w:ascii="Times New Roman" w:hAnsi="Times New Roman" w:eastAsia="宋体"/>
                <w:b w:val="0"/>
                <w:sz w:val="21"/>
              </w:rPr>
              <w:t>中国少数民族语言文学</w:t>
            </w:r>
          </w:p>
        </w:tc>
        <w:tc>
          <w:tcPr>
            <w:tcW w:type="dxa" w:w="1439"/>
          </w:tcPr>
          <w:p>
            <w:pPr>
              <w:spacing w:after="20" w:before="20"/>
            </w:pPr>
            <w:r/>
            <w:r>
              <w:rPr>
                <w:rFonts w:ascii="Times New Roman" w:hAnsi="Times New Roman" w:eastAsia="宋体"/>
                <w:b w:val="0"/>
                <w:sz w:val="21"/>
              </w:rPr>
              <w:t>88.5</w:t>
            </w:r>
          </w:p>
        </w:tc>
      </w:tr>
      <w:tr>
        <w:tc>
          <w:tcPr>
            <w:tcW w:type="dxa" w:w="1439"/>
          </w:tcPr>
          <w:p>
            <w:pPr>
              <w:spacing w:after="20" w:before="20"/>
            </w:pPr>
            <w:r/>
            <w:r>
              <w:rPr>
                <w:rFonts w:ascii="Times New Roman" w:hAnsi="Times New Roman" w:eastAsia="宋体"/>
                <w:b w:val="0"/>
                <w:sz w:val="21"/>
              </w:rPr>
              <w:t>48</w:t>
            </w:r>
          </w:p>
        </w:tc>
        <w:tc>
          <w:tcPr>
            <w:tcW w:type="dxa" w:w="1439"/>
          </w:tcPr>
          <w:p>
            <w:pPr>
              <w:spacing w:after="20" w:before="20"/>
            </w:pPr>
            <w:r/>
            <w:r>
              <w:rPr>
                <w:rFonts w:ascii="Times New Roman" w:hAnsi="Times New Roman" w:eastAsia="宋体"/>
                <w:b w:val="0"/>
                <w:sz w:val="21"/>
              </w:rPr>
              <w:t>姜晓璇</w:t>
            </w:r>
          </w:p>
        </w:tc>
        <w:tc>
          <w:tcPr>
            <w:tcW w:type="dxa" w:w="1439"/>
          </w:tcPr>
          <w:p>
            <w:pPr>
              <w:spacing w:after="20" w:before="20"/>
            </w:pPr>
            <w:r/>
            <w:r>
              <w:rPr>
                <w:rFonts w:ascii="Times New Roman" w:hAnsi="Times New Roman" w:eastAsia="宋体"/>
                <w:b w:val="0"/>
                <w:sz w:val="21"/>
              </w:rPr>
              <w:t>102125102120048</w:t>
            </w:r>
          </w:p>
        </w:tc>
        <w:tc>
          <w:tcPr>
            <w:tcW w:type="dxa" w:w="1439"/>
          </w:tcPr>
          <w:p>
            <w:pPr>
              <w:spacing w:after="20" w:before="20"/>
            </w:pPr>
            <w:r/>
            <w:r>
              <w:rPr>
                <w:rFonts w:ascii="Times New Roman" w:hAnsi="Times New Roman" w:eastAsia="宋体"/>
                <w:b w:val="0"/>
                <w:sz w:val="21"/>
              </w:rPr>
              <w:t>满学研究院</w:t>
            </w:r>
          </w:p>
        </w:tc>
        <w:tc>
          <w:tcPr>
            <w:tcW w:type="dxa" w:w="1439"/>
          </w:tcPr>
          <w:p>
            <w:pPr>
              <w:spacing w:after="20" w:before="20"/>
            </w:pPr>
            <w:r/>
            <w:r>
              <w:rPr>
                <w:rFonts w:ascii="Times New Roman" w:hAnsi="Times New Roman" w:eastAsia="宋体"/>
                <w:b w:val="0"/>
                <w:sz w:val="21"/>
              </w:rPr>
              <w:t>满文文献与东北民族史</w:t>
            </w:r>
          </w:p>
        </w:tc>
        <w:tc>
          <w:tcPr>
            <w:tcW w:type="dxa" w:w="1439"/>
          </w:tcPr>
          <w:p>
            <w:pPr>
              <w:spacing w:after="20" w:before="20"/>
            </w:pPr>
            <w:r/>
            <w:r>
              <w:rPr>
                <w:rFonts w:ascii="Times New Roman" w:hAnsi="Times New Roman" w:eastAsia="宋体"/>
                <w:b w:val="0"/>
                <w:sz w:val="21"/>
              </w:rPr>
              <w:t>92.8</w:t>
            </w:r>
          </w:p>
        </w:tc>
      </w:tr>
      <w:tr>
        <w:tc>
          <w:tcPr>
            <w:tcW w:type="dxa" w:w="1439"/>
          </w:tcPr>
          <w:p>
            <w:pPr>
              <w:spacing w:after="20" w:before="20"/>
            </w:pPr>
            <w:r/>
            <w:r>
              <w:rPr>
                <w:rFonts w:ascii="Times New Roman" w:hAnsi="Times New Roman" w:eastAsia="宋体"/>
                <w:b w:val="0"/>
                <w:sz w:val="21"/>
              </w:rPr>
              <w:t>49</w:t>
            </w:r>
          </w:p>
        </w:tc>
        <w:tc>
          <w:tcPr>
            <w:tcW w:type="dxa" w:w="1439"/>
          </w:tcPr>
          <w:p>
            <w:pPr>
              <w:spacing w:after="20" w:before="20"/>
            </w:pPr>
            <w:r/>
            <w:r>
              <w:rPr>
                <w:rFonts w:ascii="Times New Roman" w:hAnsi="Times New Roman" w:eastAsia="宋体"/>
                <w:b w:val="0"/>
                <w:sz w:val="21"/>
              </w:rPr>
              <w:t>孙阳</w:t>
            </w:r>
          </w:p>
        </w:tc>
        <w:tc>
          <w:tcPr>
            <w:tcW w:type="dxa" w:w="1439"/>
          </w:tcPr>
          <w:p>
            <w:pPr>
              <w:spacing w:after="20" w:before="20"/>
            </w:pPr>
            <w:r/>
            <w:r>
              <w:rPr>
                <w:rFonts w:ascii="Times New Roman" w:hAnsi="Times New Roman" w:eastAsia="宋体"/>
                <w:b w:val="0"/>
                <w:sz w:val="21"/>
              </w:rPr>
              <w:t>102125102120049</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90.2</w:t>
            </w:r>
          </w:p>
        </w:tc>
      </w:tr>
      <w:tr>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毛楚涵</w:t>
            </w:r>
          </w:p>
        </w:tc>
        <w:tc>
          <w:tcPr>
            <w:tcW w:type="dxa" w:w="1439"/>
          </w:tcPr>
          <w:p>
            <w:pPr>
              <w:spacing w:after="20" w:before="20"/>
            </w:pPr>
            <w:r/>
            <w:r>
              <w:rPr>
                <w:rFonts w:ascii="Times New Roman" w:hAnsi="Times New Roman" w:eastAsia="宋体"/>
                <w:b w:val="0"/>
                <w:sz w:val="21"/>
              </w:rPr>
              <w:t>102125102120050</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89.7</w:t>
            </w:r>
          </w:p>
        </w:tc>
      </w:tr>
      <w:tr>
        <w:tc>
          <w:tcPr>
            <w:tcW w:type="dxa" w:w="1439"/>
          </w:tcPr>
          <w:p>
            <w:pPr>
              <w:spacing w:after="20" w:before="20"/>
            </w:pPr>
            <w:r/>
            <w:r>
              <w:rPr>
                <w:rFonts w:ascii="Times New Roman" w:hAnsi="Times New Roman" w:eastAsia="宋体"/>
                <w:b w:val="0"/>
                <w:sz w:val="21"/>
              </w:rPr>
              <w:t>51</w:t>
            </w:r>
          </w:p>
        </w:tc>
        <w:tc>
          <w:tcPr>
            <w:tcW w:type="dxa" w:w="1439"/>
          </w:tcPr>
          <w:p>
            <w:pPr>
              <w:spacing w:after="20" w:before="20"/>
            </w:pPr>
            <w:r/>
            <w:r>
              <w:rPr>
                <w:rFonts w:ascii="Times New Roman" w:hAnsi="Times New Roman" w:eastAsia="宋体"/>
                <w:b w:val="0"/>
                <w:sz w:val="21"/>
              </w:rPr>
              <w:t>吕博涵</w:t>
            </w:r>
          </w:p>
        </w:tc>
        <w:tc>
          <w:tcPr>
            <w:tcW w:type="dxa" w:w="1439"/>
          </w:tcPr>
          <w:p>
            <w:pPr>
              <w:spacing w:after="20" w:before="20"/>
            </w:pPr>
            <w:r/>
            <w:r>
              <w:rPr>
                <w:rFonts w:ascii="Times New Roman" w:hAnsi="Times New Roman" w:eastAsia="宋体"/>
                <w:b w:val="0"/>
                <w:sz w:val="21"/>
              </w:rPr>
              <w:t>102125102120051</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89.2</w:t>
            </w:r>
          </w:p>
        </w:tc>
      </w:tr>
      <w:tr>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t>庞滟欢</w:t>
            </w:r>
          </w:p>
        </w:tc>
        <w:tc>
          <w:tcPr>
            <w:tcW w:type="dxa" w:w="1439"/>
          </w:tcPr>
          <w:p>
            <w:pPr>
              <w:spacing w:after="20" w:before="20"/>
            </w:pPr>
            <w:r/>
            <w:r>
              <w:rPr>
                <w:rFonts w:ascii="Times New Roman" w:hAnsi="Times New Roman" w:eastAsia="宋体"/>
                <w:b w:val="0"/>
                <w:sz w:val="21"/>
              </w:rPr>
              <w:t>102125102120052</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89.1</w:t>
            </w:r>
          </w:p>
        </w:tc>
      </w:tr>
      <w:tr>
        <w:tc>
          <w:tcPr>
            <w:tcW w:type="dxa" w:w="1439"/>
          </w:tcPr>
          <w:p>
            <w:pPr>
              <w:spacing w:after="20" w:before="20"/>
            </w:pPr>
            <w:r/>
            <w:r>
              <w:rPr>
                <w:rFonts w:ascii="Times New Roman" w:hAnsi="Times New Roman" w:eastAsia="宋体"/>
                <w:b w:val="0"/>
                <w:sz w:val="21"/>
              </w:rPr>
              <w:t>53</w:t>
            </w:r>
          </w:p>
        </w:tc>
        <w:tc>
          <w:tcPr>
            <w:tcW w:type="dxa" w:w="1439"/>
          </w:tcPr>
          <w:p>
            <w:pPr>
              <w:spacing w:after="20" w:before="20"/>
            </w:pPr>
            <w:r/>
            <w:r>
              <w:rPr>
                <w:rFonts w:ascii="Times New Roman" w:hAnsi="Times New Roman" w:eastAsia="宋体"/>
                <w:b w:val="0"/>
                <w:sz w:val="21"/>
              </w:rPr>
              <w:t>张婉钰</w:t>
            </w:r>
          </w:p>
        </w:tc>
        <w:tc>
          <w:tcPr>
            <w:tcW w:type="dxa" w:w="1439"/>
          </w:tcPr>
          <w:p>
            <w:pPr>
              <w:spacing w:after="20" w:before="20"/>
            </w:pPr>
            <w:r/>
            <w:r>
              <w:rPr>
                <w:rFonts w:ascii="Times New Roman" w:hAnsi="Times New Roman" w:eastAsia="宋体"/>
                <w:b w:val="0"/>
                <w:sz w:val="21"/>
              </w:rPr>
              <w:t>102125107310053</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88.9</w:t>
            </w:r>
          </w:p>
        </w:tc>
      </w:tr>
      <w:tr>
        <w:tc>
          <w:tcPr>
            <w:tcW w:type="dxa" w:w="1439"/>
          </w:tcPr>
          <w:p>
            <w:pPr>
              <w:spacing w:after="20" w:before="20"/>
            </w:pPr>
            <w:r/>
            <w:r>
              <w:rPr>
                <w:rFonts w:ascii="Times New Roman" w:hAnsi="Times New Roman" w:eastAsia="宋体"/>
                <w:b w:val="0"/>
                <w:sz w:val="21"/>
              </w:rPr>
              <w:t>54</w:t>
            </w:r>
          </w:p>
        </w:tc>
        <w:tc>
          <w:tcPr>
            <w:tcW w:type="dxa" w:w="1439"/>
          </w:tcPr>
          <w:p>
            <w:pPr>
              <w:spacing w:after="20" w:before="20"/>
            </w:pPr>
            <w:r/>
            <w:r>
              <w:rPr>
                <w:rFonts w:ascii="Times New Roman" w:hAnsi="Times New Roman" w:eastAsia="宋体"/>
                <w:b w:val="0"/>
                <w:sz w:val="21"/>
              </w:rPr>
              <w:t>刘心仪</w:t>
            </w:r>
          </w:p>
        </w:tc>
        <w:tc>
          <w:tcPr>
            <w:tcW w:type="dxa" w:w="1439"/>
          </w:tcPr>
          <w:p>
            <w:pPr>
              <w:spacing w:after="20" w:before="20"/>
            </w:pPr>
            <w:r/>
            <w:r>
              <w:rPr>
                <w:rFonts w:ascii="Times New Roman" w:hAnsi="Times New Roman" w:eastAsia="宋体"/>
                <w:b w:val="0"/>
                <w:sz w:val="21"/>
              </w:rPr>
              <w:t>102125102120054</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87.1</w:t>
            </w:r>
          </w:p>
        </w:tc>
      </w:tr>
      <w:tr>
        <w:tc>
          <w:tcPr>
            <w:tcW w:type="dxa" w:w="1439"/>
          </w:tcPr>
          <w:p>
            <w:pPr>
              <w:spacing w:after="20" w:before="20"/>
            </w:pPr>
            <w:r/>
            <w:r>
              <w:rPr>
                <w:rFonts w:ascii="Times New Roman" w:hAnsi="Times New Roman" w:eastAsia="宋体"/>
                <w:b w:val="0"/>
                <w:sz w:val="21"/>
              </w:rPr>
              <w:t>55</w:t>
            </w:r>
          </w:p>
        </w:tc>
        <w:tc>
          <w:tcPr>
            <w:tcW w:type="dxa" w:w="1439"/>
          </w:tcPr>
          <w:p>
            <w:pPr>
              <w:spacing w:after="20" w:before="20"/>
            </w:pPr>
            <w:r/>
            <w:r>
              <w:rPr>
                <w:rFonts w:ascii="Times New Roman" w:hAnsi="Times New Roman" w:eastAsia="宋体"/>
                <w:b w:val="0"/>
                <w:sz w:val="21"/>
              </w:rPr>
              <w:t>刘恺琪</w:t>
            </w:r>
          </w:p>
        </w:tc>
        <w:tc>
          <w:tcPr>
            <w:tcW w:type="dxa" w:w="1439"/>
          </w:tcPr>
          <w:p>
            <w:pPr>
              <w:spacing w:after="20" w:before="20"/>
            </w:pPr>
            <w:r/>
            <w:r>
              <w:rPr>
                <w:rFonts w:ascii="Times New Roman" w:hAnsi="Times New Roman" w:eastAsia="宋体"/>
                <w:b w:val="0"/>
                <w:sz w:val="21"/>
              </w:rPr>
              <w:t>102125102120055</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87.0</w:t>
            </w:r>
          </w:p>
        </w:tc>
      </w:tr>
      <w:tr>
        <w:tc>
          <w:tcPr>
            <w:tcW w:type="dxa" w:w="1439"/>
          </w:tcPr>
          <w:p>
            <w:pPr>
              <w:spacing w:after="20" w:before="20"/>
            </w:pPr>
            <w:r/>
            <w:r>
              <w:rPr>
                <w:rFonts w:ascii="Times New Roman" w:hAnsi="Times New Roman" w:eastAsia="宋体"/>
                <w:b w:val="0"/>
                <w:sz w:val="21"/>
              </w:rPr>
              <w:t>56</w:t>
            </w:r>
          </w:p>
        </w:tc>
        <w:tc>
          <w:tcPr>
            <w:tcW w:type="dxa" w:w="1439"/>
          </w:tcPr>
          <w:p>
            <w:pPr>
              <w:spacing w:after="20" w:before="20"/>
            </w:pPr>
            <w:r/>
            <w:r>
              <w:rPr>
                <w:rFonts w:ascii="Times New Roman" w:hAnsi="Times New Roman" w:eastAsia="宋体"/>
                <w:b w:val="0"/>
                <w:sz w:val="21"/>
              </w:rPr>
              <w:t>李怡菲</w:t>
            </w:r>
          </w:p>
        </w:tc>
        <w:tc>
          <w:tcPr>
            <w:tcW w:type="dxa" w:w="1439"/>
          </w:tcPr>
          <w:p>
            <w:pPr>
              <w:spacing w:after="20" w:before="20"/>
            </w:pPr>
            <w:r/>
            <w:r>
              <w:rPr>
                <w:rFonts w:ascii="Times New Roman" w:hAnsi="Times New Roman" w:eastAsia="宋体"/>
                <w:b w:val="0"/>
                <w:sz w:val="21"/>
              </w:rPr>
              <w:t>102125114140056</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86.0</w:t>
            </w:r>
          </w:p>
        </w:tc>
      </w:tr>
      <w:tr>
        <w:tc>
          <w:tcPr>
            <w:tcW w:type="dxa" w:w="1439"/>
          </w:tcPr>
          <w:p>
            <w:pPr>
              <w:spacing w:after="20" w:before="20"/>
            </w:pPr>
            <w:r/>
            <w:r>
              <w:rPr>
                <w:rFonts w:ascii="Times New Roman" w:hAnsi="Times New Roman" w:eastAsia="宋体"/>
                <w:b w:val="0"/>
                <w:sz w:val="21"/>
              </w:rPr>
              <w:t>57</w:t>
            </w:r>
          </w:p>
        </w:tc>
        <w:tc>
          <w:tcPr>
            <w:tcW w:type="dxa" w:w="1439"/>
          </w:tcPr>
          <w:p>
            <w:pPr>
              <w:spacing w:after="20" w:before="20"/>
            </w:pPr>
            <w:r/>
            <w:r>
              <w:rPr>
                <w:rFonts w:ascii="Times New Roman" w:hAnsi="Times New Roman" w:eastAsia="宋体"/>
                <w:b w:val="0"/>
                <w:sz w:val="21"/>
              </w:rPr>
              <w:t>禹琪</w:t>
            </w:r>
          </w:p>
        </w:tc>
        <w:tc>
          <w:tcPr>
            <w:tcW w:type="dxa" w:w="1439"/>
          </w:tcPr>
          <w:p>
            <w:pPr>
              <w:spacing w:after="20" w:before="20"/>
            </w:pPr>
            <w:r/>
            <w:r>
              <w:rPr>
                <w:rFonts w:ascii="Times New Roman" w:hAnsi="Times New Roman" w:eastAsia="宋体"/>
                <w:b w:val="0"/>
                <w:sz w:val="21"/>
              </w:rPr>
              <w:t>102125101450057</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82.8</w:t>
            </w:r>
          </w:p>
        </w:tc>
      </w:tr>
      <w:tr>
        <w:tc>
          <w:tcPr>
            <w:tcW w:type="dxa" w:w="1439"/>
          </w:tcPr>
          <w:p>
            <w:pPr>
              <w:spacing w:after="20" w:before="20"/>
            </w:pPr>
            <w:r/>
            <w:r>
              <w:rPr>
                <w:rFonts w:ascii="Times New Roman" w:hAnsi="Times New Roman" w:eastAsia="宋体"/>
                <w:b w:val="0"/>
                <w:sz w:val="21"/>
              </w:rPr>
              <w:t>58</w:t>
            </w:r>
          </w:p>
        </w:tc>
        <w:tc>
          <w:tcPr>
            <w:tcW w:type="dxa" w:w="1439"/>
          </w:tcPr>
          <w:p>
            <w:pPr>
              <w:spacing w:after="20" w:before="20"/>
            </w:pPr>
            <w:r/>
            <w:r>
              <w:rPr>
                <w:rFonts w:ascii="Times New Roman" w:hAnsi="Times New Roman" w:eastAsia="宋体"/>
                <w:b w:val="0"/>
                <w:sz w:val="21"/>
              </w:rPr>
              <w:t>于秀婷</w:t>
            </w:r>
          </w:p>
        </w:tc>
        <w:tc>
          <w:tcPr>
            <w:tcW w:type="dxa" w:w="1439"/>
          </w:tcPr>
          <w:p>
            <w:pPr>
              <w:spacing w:after="20" w:before="20"/>
            </w:pPr>
            <w:r/>
            <w:r>
              <w:rPr>
                <w:rFonts w:ascii="Times New Roman" w:hAnsi="Times New Roman" w:eastAsia="宋体"/>
                <w:b w:val="0"/>
                <w:sz w:val="21"/>
              </w:rPr>
              <w:t>102125102120058</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81.9</w:t>
            </w:r>
          </w:p>
        </w:tc>
      </w:tr>
      <w:tr>
        <w:tc>
          <w:tcPr>
            <w:tcW w:type="dxa" w:w="1439"/>
          </w:tcPr>
          <w:p>
            <w:pPr>
              <w:spacing w:after="20" w:before="20"/>
            </w:pPr>
            <w:r/>
            <w:r>
              <w:rPr>
                <w:rFonts w:ascii="Times New Roman" w:hAnsi="Times New Roman" w:eastAsia="宋体"/>
                <w:b w:val="0"/>
                <w:sz w:val="21"/>
              </w:rPr>
              <w:t>59</w:t>
            </w:r>
          </w:p>
        </w:tc>
        <w:tc>
          <w:tcPr>
            <w:tcW w:type="dxa" w:w="1439"/>
          </w:tcPr>
          <w:p>
            <w:pPr>
              <w:spacing w:after="20" w:before="20"/>
            </w:pPr>
            <w:r/>
            <w:r>
              <w:rPr>
                <w:rFonts w:ascii="Times New Roman" w:hAnsi="Times New Roman" w:eastAsia="宋体"/>
                <w:b w:val="0"/>
                <w:sz w:val="21"/>
              </w:rPr>
              <w:t>陈婉婷</w:t>
            </w:r>
          </w:p>
        </w:tc>
        <w:tc>
          <w:tcPr>
            <w:tcW w:type="dxa" w:w="1439"/>
          </w:tcPr>
          <w:p>
            <w:pPr>
              <w:spacing w:after="20" w:before="20"/>
            </w:pPr>
            <w:r/>
            <w:r>
              <w:rPr>
                <w:rFonts w:ascii="Times New Roman" w:hAnsi="Times New Roman" w:eastAsia="宋体"/>
                <w:b w:val="0"/>
                <w:sz w:val="21"/>
              </w:rPr>
              <w:t>102125102120059</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77.6</w:t>
            </w:r>
          </w:p>
        </w:tc>
      </w:tr>
      <w:tr>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董世华</w:t>
            </w:r>
          </w:p>
        </w:tc>
        <w:tc>
          <w:tcPr>
            <w:tcW w:type="dxa" w:w="1439"/>
          </w:tcPr>
          <w:p>
            <w:pPr>
              <w:spacing w:after="20" w:before="20"/>
            </w:pPr>
            <w:r/>
            <w:r>
              <w:rPr>
                <w:rFonts w:ascii="Times New Roman" w:hAnsi="Times New Roman" w:eastAsia="宋体"/>
                <w:b w:val="0"/>
                <w:sz w:val="21"/>
              </w:rPr>
              <w:t>102125102310060</w:t>
            </w:r>
          </w:p>
        </w:tc>
        <w:tc>
          <w:tcPr>
            <w:tcW w:type="dxa" w:w="1439"/>
          </w:tcPr>
          <w:p>
            <w:pPr>
              <w:spacing w:after="20" w:before="20"/>
            </w:pPr>
            <w:r/>
            <w:r>
              <w:rPr>
                <w:rFonts w:ascii="Times New Roman" w:hAnsi="Times New Roman" w:eastAsia="宋体"/>
                <w:b w:val="0"/>
                <w:sz w:val="21"/>
              </w:rPr>
              <w:t>俄语学院</w:t>
            </w:r>
          </w:p>
        </w:tc>
        <w:tc>
          <w:tcPr>
            <w:tcW w:type="dxa" w:w="1439"/>
          </w:tcPr>
          <w:p>
            <w:pPr>
              <w:spacing w:after="20" w:before="20"/>
            </w:pPr>
            <w:r/>
            <w:r>
              <w:rPr>
                <w:rFonts w:ascii="Times New Roman" w:hAnsi="Times New Roman" w:eastAsia="宋体"/>
                <w:b w:val="0"/>
                <w:sz w:val="21"/>
              </w:rPr>
              <w:t>俄语语言文学</w:t>
            </w:r>
          </w:p>
        </w:tc>
        <w:tc>
          <w:tcPr>
            <w:tcW w:type="dxa" w:w="1439"/>
          </w:tcPr>
          <w:p>
            <w:pPr>
              <w:spacing w:after="20" w:before="20"/>
            </w:pPr>
            <w:r/>
            <w:r>
              <w:rPr>
                <w:rFonts w:ascii="Times New Roman" w:hAnsi="Times New Roman" w:eastAsia="宋体"/>
                <w:b w:val="0"/>
                <w:sz w:val="21"/>
              </w:rPr>
              <w:t>75.2</w:t>
            </w:r>
          </w:p>
        </w:tc>
      </w:tr>
      <w:tr>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王思予</w:t>
            </w:r>
          </w:p>
        </w:tc>
        <w:tc>
          <w:tcPr>
            <w:tcW w:type="dxa" w:w="1439"/>
          </w:tcPr>
          <w:p>
            <w:pPr>
              <w:spacing w:after="20" w:before="20"/>
            </w:pPr>
            <w:r/>
            <w:r>
              <w:rPr>
                <w:rFonts w:ascii="Times New Roman" w:hAnsi="Times New Roman" w:eastAsia="宋体"/>
                <w:b w:val="0"/>
                <w:sz w:val="21"/>
              </w:rPr>
              <w:t>102125102400061</w:t>
            </w:r>
          </w:p>
        </w:tc>
        <w:tc>
          <w:tcPr>
            <w:tcW w:type="dxa" w:w="1439"/>
          </w:tcPr>
          <w:p>
            <w:pPr>
              <w:spacing w:after="20" w:before="20"/>
            </w:pPr>
            <w:r/>
            <w:r>
              <w:rPr>
                <w:rFonts w:ascii="Times New Roman" w:hAnsi="Times New Roman" w:eastAsia="宋体"/>
                <w:b w:val="0"/>
                <w:sz w:val="21"/>
              </w:rPr>
              <w:t>新闻传播学院</w:t>
            </w:r>
          </w:p>
        </w:tc>
        <w:tc>
          <w:tcPr>
            <w:tcW w:type="dxa" w:w="1439"/>
          </w:tcPr>
          <w:p>
            <w:pPr>
              <w:spacing w:after="20" w:before="20"/>
            </w:pPr>
            <w:r/>
            <w:r>
              <w:rPr>
                <w:rFonts w:ascii="Times New Roman" w:hAnsi="Times New Roman" w:eastAsia="宋体"/>
                <w:b w:val="0"/>
                <w:sz w:val="21"/>
              </w:rPr>
              <w:t>新闻传播学</w:t>
            </w:r>
          </w:p>
        </w:tc>
        <w:tc>
          <w:tcPr>
            <w:tcW w:type="dxa" w:w="1439"/>
          </w:tcPr>
          <w:p>
            <w:pPr>
              <w:spacing w:after="20" w:before="20"/>
            </w:pPr>
            <w:r/>
            <w:r>
              <w:rPr>
                <w:rFonts w:ascii="Times New Roman" w:hAnsi="Times New Roman" w:eastAsia="宋体"/>
                <w:b w:val="0"/>
                <w:sz w:val="21"/>
              </w:rPr>
              <w:t>83.7</w:t>
            </w:r>
          </w:p>
        </w:tc>
      </w:tr>
      <w:tr>
        <w:tc>
          <w:tcPr>
            <w:tcW w:type="dxa" w:w="1439"/>
          </w:tcPr>
          <w:p>
            <w:pPr>
              <w:spacing w:after="20" w:before="20"/>
            </w:pPr>
            <w:r/>
            <w:r>
              <w:rPr>
                <w:rFonts w:ascii="Times New Roman" w:hAnsi="Times New Roman" w:eastAsia="宋体"/>
                <w:b w:val="0"/>
                <w:sz w:val="21"/>
              </w:rPr>
              <w:t>62</w:t>
            </w:r>
          </w:p>
        </w:tc>
        <w:tc>
          <w:tcPr>
            <w:tcW w:type="dxa" w:w="1439"/>
          </w:tcPr>
          <w:p>
            <w:pPr>
              <w:spacing w:after="20" w:before="20"/>
            </w:pPr>
            <w:r/>
            <w:r>
              <w:rPr>
                <w:rFonts w:ascii="Times New Roman" w:hAnsi="Times New Roman" w:eastAsia="宋体"/>
                <w:b w:val="0"/>
                <w:sz w:val="21"/>
              </w:rPr>
              <w:t>王靖媛</w:t>
            </w:r>
          </w:p>
        </w:tc>
        <w:tc>
          <w:tcPr>
            <w:tcW w:type="dxa" w:w="1439"/>
          </w:tcPr>
          <w:p>
            <w:pPr>
              <w:spacing w:after="20" w:before="20"/>
            </w:pPr>
            <w:r/>
            <w:r>
              <w:rPr>
                <w:rFonts w:ascii="Times New Roman" w:hAnsi="Times New Roman" w:eastAsia="宋体"/>
                <w:b w:val="0"/>
                <w:sz w:val="21"/>
              </w:rPr>
              <w:t>102125102120062</w:t>
            </w:r>
          </w:p>
        </w:tc>
        <w:tc>
          <w:tcPr>
            <w:tcW w:type="dxa" w:w="1439"/>
          </w:tcPr>
          <w:p>
            <w:pPr>
              <w:spacing w:after="20" w:before="20"/>
            </w:pPr>
            <w:r/>
            <w:r>
              <w:rPr>
                <w:rFonts w:ascii="Times New Roman" w:hAnsi="Times New Roman" w:eastAsia="宋体"/>
                <w:b w:val="0"/>
                <w:sz w:val="21"/>
              </w:rPr>
              <w:t>新闻传播学院</w:t>
            </w:r>
          </w:p>
        </w:tc>
        <w:tc>
          <w:tcPr>
            <w:tcW w:type="dxa" w:w="1439"/>
          </w:tcPr>
          <w:p>
            <w:pPr>
              <w:spacing w:after="20" w:before="20"/>
            </w:pPr>
            <w:r/>
            <w:r>
              <w:rPr>
                <w:rFonts w:ascii="Times New Roman" w:hAnsi="Times New Roman" w:eastAsia="宋体"/>
                <w:b w:val="0"/>
                <w:sz w:val="21"/>
              </w:rPr>
              <w:t>新闻传播学</w:t>
            </w:r>
          </w:p>
        </w:tc>
        <w:tc>
          <w:tcPr>
            <w:tcW w:type="dxa" w:w="1439"/>
          </w:tcPr>
          <w:p>
            <w:pPr>
              <w:spacing w:after="20" w:before="20"/>
            </w:pPr>
            <w:r/>
            <w:r>
              <w:rPr>
                <w:rFonts w:ascii="Times New Roman" w:hAnsi="Times New Roman" w:eastAsia="宋体"/>
                <w:b w:val="0"/>
                <w:sz w:val="21"/>
              </w:rPr>
              <w:t>83.3</w:t>
            </w:r>
          </w:p>
        </w:tc>
      </w:tr>
      <w:tr>
        <w:tc>
          <w:tcPr>
            <w:tcW w:type="dxa" w:w="1439"/>
          </w:tcPr>
          <w:p>
            <w:pPr>
              <w:spacing w:after="20" w:before="20"/>
            </w:pPr>
            <w:r/>
            <w:r>
              <w:rPr>
                <w:rFonts w:ascii="Times New Roman" w:hAnsi="Times New Roman" w:eastAsia="宋体"/>
                <w:b w:val="0"/>
                <w:sz w:val="21"/>
              </w:rPr>
              <w:t>63</w:t>
            </w:r>
          </w:p>
        </w:tc>
        <w:tc>
          <w:tcPr>
            <w:tcW w:type="dxa" w:w="1439"/>
          </w:tcPr>
          <w:p>
            <w:pPr>
              <w:spacing w:after="20" w:before="20"/>
            </w:pPr>
            <w:r/>
            <w:r>
              <w:rPr>
                <w:rFonts w:ascii="Times New Roman" w:hAnsi="Times New Roman" w:eastAsia="宋体"/>
                <w:b w:val="0"/>
                <w:sz w:val="21"/>
              </w:rPr>
              <w:t>刘美彤</w:t>
            </w:r>
          </w:p>
        </w:tc>
        <w:tc>
          <w:tcPr>
            <w:tcW w:type="dxa" w:w="1439"/>
          </w:tcPr>
          <w:p>
            <w:pPr>
              <w:spacing w:after="20" w:before="20"/>
            </w:pPr>
            <w:r/>
            <w:r>
              <w:rPr>
                <w:rFonts w:ascii="Times New Roman" w:hAnsi="Times New Roman" w:eastAsia="宋体"/>
                <w:b w:val="0"/>
                <w:sz w:val="21"/>
              </w:rPr>
              <w:t>102125102120063</w:t>
            </w:r>
          </w:p>
        </w:tc>
        <w:tc>
          <w:tcPr>
            <w:tcW w:type="dxa" w:w="1439"/>
          </w:tcPr>
          <w:p>
            <w:pPr>
              <w:spacing w:after="20" w:before="20"/>
            </w:pPr>
            <w:r/>
            <w:r>
              <w:rPr>
                <w:rFonts w:ascii="Times New Roman" w:hAnsi="Times New Roman" w:eastAsia="宋体"/>
                <w:b w:val="0"/>
                <w:sz w:val="21"/>
              </w:rPr>
              <w:t>新闻传播学院</w:t>
            </w:r>
          </w:p>
        </w:tc>
        <w:tc>
          <w:tcPr>
            <w:tcW w:type="dxa" w:w="1439"/>
          </w:tcPr>
          <w:p>
            <w:pPr>
              <w:spacing w:after="20" w:before="20"/>
            </w:pPr>
            <w:r/>
            <w:r>
              <w:rPr>
                <w:rFonts w:ascii="Times New Roman" w:hAnsi="Times New Roman" w:eastAsia="宋体"/>
                <w:b w:val="0"/>
                <w:sz w:val="21"/>
              </w:rPr>
              <w:t>新闻传播学</w:t>
            </w:r>
          </w:p>
        </w:tc>
        <w:tc>
          <w:tcPr>
            <w:tcW w:type="dxa" w:w="1439"/>
          </w:tcPr>
          <w:p>
            <w:pPr>
              <w:spacing w:after="20" w:before="20"/>
            </w:pPr>
            <w:r/>
            <w:r>
              <w:rPr>
                <w:rFonts w:ascii="Times New Roman" w:hAnsi="Times New Roman" w:eastAsia="宋体"/>
                <w:b w:val="0"/>
                <w:sz w:val="21"/>
              </w:rPr>
              <w:t>79.0</w:t>
            </w:r>
          </w:p>
        </w:tc>
      </w:tr>
      <w:tr>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王璐璐</w:t>
            </w:r>
          </w:p>
        </w:tc>
        <w:tc>
          <w:tcPr>
            <w:tcW w:type="dxa" w:w="1439"/>
          </w:tcPr>
          <w:p>
            <w:pPr>
              <w:spacing w:after="20" w:before="20"/>
            </w:pPr>
            <w:r/>
            <w:r>
              <w:rPr>
                <w:rFonts w:ascii="Times New Roman" w:hAnsi="Times New Roman" w:eastAsia="宋体"/>
                <w:b w:val="0"/>
                <w:sz w:val="21"/>
              </w:rPr>
              <w:t>102125102120064</w:t>
            </w:r>
          </w:p>
        </w:tc>
        <w:tc>
          <w:tcPr>
            <w:tcW w:type="dxa" w:w="1439"/>
          </w:tcPr>
          <w:p>
            <w:pPr>
              <w:spacing w:after="20" w:before="20"/>
            </w:pPr>
            <w:r/>
            <w:r>
              <w:rPr>
                <w:rFonts w:ascii="Times New Roman" w:hAnsi="Times New Roman" w:eastAsia="宋体"/>
                <w:b w:val="0"/>
                <w:sz w:val="21"/>
              </w:rPr>
              <w:t>新闻传播学院</w:t>
            </w:r>
          </w:p>
        </w:tc>
        <w:tc>
          <w:tcPr>
            <w:tcW w:type="dxa" w:w="1439"/>
          </w:tcPr>
          <w:p>
            <w:pPr>
              <w:spacing w:after="20" w:before="20"/>
            </w:pPr>
            <w:r/>
            <w:r>
              <w:rPr>
                <w:rFonts w:ascii="Times New Roman" w:hAnsi="Times New Roman" w:eastAsia="宋体"/>
                <w:b w:val="0"/>
                <w:sz w:val="21"/>
              </w:rPr>
              <w:t>新闻传播学</w:t>
            </w:r>
          </w:p>
        </w:tc>
        <w:tc>
          <w:tcPr>
            <w:tcW w:type="dxa" w:w="1439"/>
          </w:tcPr>
          <w:p>
            <w:pPr>
              <w:spacing w:after="20" w:before="20"/>
            </w:pPr>
            <w:r/>
            <w:r>
              <w:rPr>
                <w:rFonts w:ascii="Times New Roman" w:hAnsi="Times New Roman" w:eastAsia="宋体"/>
                <w:b w:val="0"/>
                <w:sz w:val="21"/>
              </w:rPr>
              <w:t>78.6</w:t>
            </w:r>
          </w:p>
        </w:tc>
      </w:tr>
      <w:tr>
        <w:tc>
          <w:tcPr>
            <w:tcW w:type="dxa" w:w="1439"/>
          </w:tcPr>
          <w:p>
            <w:pPr>
              <w:spacing w:after="20" w:before="20"/>
            </w:pPr>
            <w:r/>
            <w:r>
              <w:rPr>
                <w:rFonts w:ascii="Times New Roman" w:hAnsi="Times New Roman" w:eastAsia="宋体"/>
                <w:b w:val="0"/>
                <w:sz w:val="21"/>
              </w:rPr>
              <w:t>65</w:t>
            </w:r>
          </w:p>
        </w:tc>
        <w:tc>
          <w:tcPr>
            <w:tcW w:type="dxa" w:w="1439"/>
          </w:tcPr>
          <w:p>
            <w:pPr>
              <w:spacing w:after="20" w:before="20"/>
            </w:pPr>
            <w:r/>
            <w:r>
              <w:rPr>
                <w:rFonts w:ascii="Times New Roman" w:hAnsi="Times New Roman" w:eastAsia="宋体"/>
                <w:b w:val="0"/>
                <w:sz w:val="21"/>
              </w:rPr>
              <w:t>于世朗</w:t>
            </w:r>
          </w:p>
        </w:tc>
        <w:tc>
          <w:tcPr>
            <w:tcW w:type="dxa" w:w="1439"/>
          </w:tcPr>
          <w:p>
            <w:pPr>
              <w:spacing w:after="20" w:before="20"/>
            </w:pPr>
            <w:r/>
            <w:r>
              <w:rPr>
                <w:rFonts w:ascii="Times New Roman" w:hAnsi="Times New Roman" w:eastAsia="宋体"/>
                <w:b w:val="0"/>
                <w:sz w:val="21"/>
              </w:rPr>
              <w:t>102125102120065</w:t>
            </w:r>
          </w:p>
        </w:tc>
        <w:tc>
          <w:tcPr>
            <w:tcW w:type="dxa" w:w="1439"/>
          </w:tcPr>
          <w:p>
            <w:pPr>
              <w:spacing w:after="20" w:before="20"/>
            </w:pPr>
            <w:r/>
            <w:r>
              <w:rPr>
                <w:rFonts w:ascii="Times New Roman" w:hAnsi="Times New Roman" w:eastAsia="宋体"/>
                <w:b w:val="0"/>
                <w:sz w:val="21"/>
              </w:rPr>
              <w:t>新闻传播学院</w:t>
            </w:r>
          </w:p>
        </w:tc>
        <w:tc>
          <w:tcPr>
            <w:tcW w:type="dxa" w:w="1439"/>
          </w:tcPr>
          <w:p>
            <w:pPr>
              <w:spacing w:after="20" w:before="20"/>
            </w:pPr>
            <w:r/>
            <w:r>
              <w:rPr>
                <w:rFonts w:ascii="Times New Roman" w:hAnsi="Times New Roman" w:eastAsia="宋体"/>
                <w:b w:val="0"/>
                <w:sz w:val="21"/>
              </w:rPr>
              <w:t>新闻与传播</w:t>
            </w:r>
          </w:p>
        </w:tc>
        <w:tc>
          <w:tcPr>
            <w:tcW w:type="dxa" w:w="1439"/>
          </w:tcPr>
          <w:p>
            <w:pPr>
              <w:spacing w:after="20" w:before="20"/>
            </w:pPr>
            <w:r/>
            <w:r>
              <w:rPr>
                <w:rFonts w:ascii="Times New Roman" w:hAnsi="Times New Roman" w:eastAsia="宋体"/>
                <w:b w:val="0"/>
                <w:sz w:val="21"/>
              </w:rPr>
              <w:t>86.9</w:t>
            </w:r>
          </w:p>
        </w:tc>
      </w:tr>
      <w:tr>
        <w:tc>
          <w:tcPr>
            <w:tcW w:type="dxa" w:w="1439"/>
          </w:tcPr>
          <w:p>
            <w:pPr>
              <w:spacing w:after="20" w:before="20"/>
            </w:pPr>
            <w:r/>
            <w:r>
              <w:rPr>
                <w:rFonts w:ascii="Times New Roman" w:hAnsi="Times New Roman" w:eastAsia="宋体"/>
                <w:b w:val="0"/>
                <w:sz w:val="21"/>
              </w:rPr>
              <w:t>66</w:t>
            </w:r>
          </w:p>
        </w:tc>
        <w:tc>
          <w:tcPr>
            <w:tcW w:type="dxa" w:w="1439"/>
          </w:tcPr>
          <w:p>
            <w:pPr>
              <w:spacing w:after="20" w:before="20"/>
            </w:pPr>
            <w:r/>
            <w:r>
              <w:rPr>
                <w:rFonts w:ascii="Times New Roman" w:hAnsi="Times New Roman" w:eastAsia="宋体"/>
                <w:b w:val="0"/>
                <w:sz w:val="21"/>
              </w:rPr>
              <w:t>侯佳帅</w:t>
            </w:r>
          </w:p>
        </w:tc>
        <w:tc>
          <w:tcPr>
            <w:tcW w:type="dxa" w:w="1439"/>
          </w:tcPr>
          <w:p>
            <w:pPr>
              <w:spacing w:after="20" w:before="20"/>
            </w:pPr>
            <w:r/>
            <w:r>
              <w:rPr>
                <w:rFonts w:ascii="Times New Roman" w:hAnsi="Times New Roman" w:eastAsia="宋体"/>
                <w:b w:val="0"/>
                <w:sz w:val="21"/>
              </w:rPr>
              <w:t>102125102120066</w:t>
            </w:r>
          </w:p>
        </w:tc>
        <w:tc>
          <w:tcPr>
            <w:tcW w:type="dxa" w:w="1439"/>
          </w:tcPr>
          <w:p>
            <w:pPr>
              <w:spacing w:after="20" w:before="20"/>
            </w:pPr>
            <w:r/>
            <w:r>
              <w:rPr>
                <w:rFonts w:ascii="Times New Roman" w:hAnsi="Times New Roman" w:eastAsia="宋体"/>
                <w:b w:val="0"/>
                <w:sz w:val="21"/>
              </w:rPr>
              <w:t>历史文化旅游学院</w:t>
            </w:r>
          </w:p>
        </w:tc>
        <w:tc>
          <w:tcPr>
            <w:tcW w:type="dxa" w:w="1439"/>
          </w:tcPr>
          <w:p>
            <w:pPr>
              <w:spacing w:after="20" w:before="20"/>
            </w:pPr>
            <w:r/>
            <w:r>
              <w:rPr>
                <w:rFonts w:ascii="Times New Roman" w:hAnsi="Times New Roman" w:eastAsia="宋体"/>
                <w:b w:val="0"/>
                <w:sz w:val="21"/>
              </w:rPr>
              <w:t>考古学</w:t>
            </w:r>
          </w:p>
        </w:tc>
        <w:tc>
          <w:tcPr>
            <w:tcW w:type="dxa" w:w="1439"/>
          </w:tcPr>
          <w:p>
            <w:pPr>
              <w:spacing w:after="20" w:before="20"/>
            </w:pPr>
            <w:r/>
            <w:r>
              <w:rPr>
                <w:rFonts w:ascii="Times New Roman" w:hAnsi="Times New Roman" w:eastAsia="宋体"/>
                <w:b w:val="0"/>
                <w:sz w:val="21"/>
              </w:rPr>
              <w:t>91.3</w:t>
            </w:r>
          </w:p>
        </w:tc>
      </w:tr>
      <w:tr>
        <w:tc>
          <w:tcPr>
            <w:tcW w:type="dxa" w:w="1439"/>
          </w:tcPr>
          <w:p>
            <w:pPr>
              <w:spacing w:after="20" w:before="20"/>
            </w:pPr>
            <w:r/>
            <w:r>
              <w:rPr>
                <w:rFonts w:ascii="Times New Roman" w:hAnsi="Times New Roman" w:eastAsia="宋体"/>
                <w:b w:val="0"/>
                <w:sz w:val="21"/>
              </w:rPr>
              <w:t>67</w:t>
            </w:r>
          </w:p>
        </w:tc>
        <w:tc>
          <w:tcPr>
            <w:tcW w:type="dxa" w:w="1439"/>
          </w:tcPr>
          <w:p>
            <w:pPr>
              <w:spacing w:after="20" w:before="20"/>
            </w:pPr>
            <w:r/>
            <w:r>
              <w:rPr>
                <w:rFonts w:ascii="Times New Roman" w:hAnsi="Times New Roman" w:eastAsia="宋体"/>
                <w:b w:val="0"/>
                <w:sz w:val="21"/>
              </w:rPr>
              <w:t>石莉婷</w:t>
            </w:r>
          </w:p>
        </w:tc>
        <w:tc>
          <w:tcPr>
            <w:tcW w:type="dxa" w:w="1439"/>
          </w:tcPr>
          <w:p>
            <w:pPr>
              <w:spacing w:after="20" w:before="20"/>
            </w:pPr>
            <w:r/>
            <w:r>
              <w:rPr>
                <w:rFonts w:ascii="Times New Roman" w:hAnsi="Times New Roman" w:eastAsia="宋体"/>
                <w:b w:val="0"/>
                <w:sz w:val="21"/>
              </w:rPr>
              <w:t>102125102120067</w:t>
            </w:r>
          </w:p>
        </w:tc>
        <w:tc>
          <w:tcPr>
            <w:tcW w:type="dxa" w:w="1439"/>
          </w:tcPr>
          <w:p>
            <w:pPr>
              <w:spacing w:after="20" w:before="20"/>
            </w:pPr>
            <w:r/>
            <w:r>
              <w:rPr>
                <w:rFonts w:ascii="Times New Roman" w:hAnsi="Times New Roman" w:eastAsia="宋体"/>
                <w:b w:val="0"/>
                <w:sz w:val="21"/>
              </w:rPr>
              <w:t>数学科学学院</w:t>
            </w:r>
          </w:p>
        </w:tc>
        <w:tc>
          <w:tcPr>
            <w:tcW w:type="dxa" w:w="1439"/>
          </w:tcPr>
          <w:p>
            <w:pPr>
              <w:spacing w:after="20" w:before="20"/>
            </w:pPr>
            <w:r/>
            <w:r>
              <w:rPr>
                <w:rFonts w:ascii="Times New Roman" w:hAnsi="Times New Roman" w:eastAsia="宋体"/>
                <w:b w:val="0"/>
                <w:sz w:val="21"/>
              </w:rPr>
              <w:t>数学</w:t>
            </w:r>
          </w:p>
        </w:tc>
        <w:tc>
          <w:tcPr>
            <w:tcW w:type="dxa" w:w="1439"/>
          </w:tcPr>
          <w:p>
            <w:pPr>
              <w:spacing w:after="20" w:before="20"/>
            </w:pPr>
            <w:r/>
            <w:r>
              <w:rPr>
                <w:rFonts w:ascii="Times New Roman" w:hAnsi="Times New Roman" w:eastAsia="宋体"/>
                <w:b w:val="0"/>
                <w:sz w:val="21"/>
              </w:rPr>
              <w:t>83.4</w:t>
            </w:r>
          </w:p>
        </w:tc>
      </w:tr>
      <w:tr>
        <w:tc>
          <w:tcPr>
            <w:tcW w:type="dxa" w:w="1439"/>
          </w:tcPr>
          <w:p>
            <w:pPr>
              <w:spacing w:after="20" w:before="20"/>
            </w:pPr>
            <w:r/>
            <w:r>
              <w:rPr>
                <w:rFonts w:ascii="Times New Roman" w:hAnsi="Times New Roman" w:eastAsia="宋体"/>
                <w:b w:val="0"/>
                <w:sz w:val="21"/>
              </w:rPr>
              <w:t>68</w:t>
            </w:r>
          </w:p>
        </w:tc>
        <w:tc>
          <w:tcPr>
            <w:tcW w:type="dxa" w:w="1439"/>
          </w:tcPr>
          <w:p>
            <w:pPr>
              <w:spacing w:after="20" w:before="20"/>
            </w:pPr>
            <w:r/>
            <w:r>
              <w:rPr>
                <w:rFonts w:ascii="Times New Roman" w:hAnsi="Times New Roman" w:eastAsia="宋体"/>
                <w:b w:val="0"/>
                <w:sz w:val="21"/>
              </w:rPr>
              <w:t>陈瑞敏</w:t>
            </w:r>
          </w:p>
        </w:tc>
        <w:tc>
          <w:tcPr>
            <w:tcW w:type="dxa" w:w="1439"/>
          </w:tcPr>
          <w:p>
            <w:pPr>
              <w:spacing w:after="20" w:before="20"/>
            </w:pPr>
            <w:r/>
            <w:r>
              <w:rPr>
                <w:rFonts w:ascii="Times New Roman" w:hAnsi="Times New Roman" w:eastAsia="宋体"/>
                <w:b w:val="0"/>
                <w:sz w:val="21"/>
              </w:rPr>
              <w:t>102125102120068</w:t>
            </w:r>
          </w:p>
        </w:tc>
        <w:tc>
          <w:tcPr>
            <w:tcW w:type="dxa" w:w="1439"/>
          </w:tcPr>
          <w:p>
            <w:pPr>
              <w:spacing w:after="20" w:before="20"/>
            </w:pPr>
            <w:r/>
            <w:r>
              <w:rPr>
                <w:rFonts w:ascii="Times New Roman" w:hAnsi="Times New Roman" w:eastAsia="宋体"/>
                <w:b w:val="0"/>
                <w:sz w:val="21"/>
              </w:rPr>
              <w:t>数学科学学院</w:t>
            </w:r>
          </w:p>
        </w:tc>
        <w:tc>
          <w:tcPr>
            <w:tcW w:type="dxa" w:w="1439"/>
          </w:tcPr>
          <w:p>
            <w:pPr>
              <w:spacing w:after="20" w:before="20"/>
            </w:pPr>
            <w:r/>
            <w:r>
              <w:rPr>
                <w:rFonts w:ascii="Times New Roman" w:hAnsi="Times New Roman" w:eastAsia="宋体"/>
                <w:b w:val="0"/>
                <w:sz w:val="21"/>
              </w:rPr>
              <w:t>数学</w:t>
            </w:r>
          </w:p>
        </w:tc>
        <w:tc>
          <w:tcPr>
            <w:tcW w:type="dxa" w:w="1439"/>
          </w:tcPr>
          <w:p>
            <w:pPr>
              <w:spacing w:after="20" w:before="20"/>
            </w:pPr>
            <w:r/>
            <w:r>
              <w:rPr>
                <w:rFonts w:ascii="Times New Roman" w:hAnsi="Times New Roman" w:eastAsia="宋体"/>
                <w:b w:val="0"/>
                <w:sz w:val="21"/>
              </w:rPr>
              <w:t>81.6</w:t>
            </w:r>
          </w:p>
        </w:tc>
      </w:tr>
      <w:tr>
        <w:tc>
          <w:tcPr>
            <w:tcW w:type="dxa" w:w="1439"/>
          </w:tcPr>
          <w:p>
            <w:pPr>
              <w:spacing w:after="20" w:before="20"/>
            </w:pPr>
            <w:r/>
            <w:r>
              <w:rPr>
                <w:rFonts w:ascii="Times New Roman" w:hAnsi="Times New Roman" w:eastAsia="宋体"/>
                <w:b w:val="0"/>
                <w:sz w:val="21"/>
              </w:rPr>
              <w:t>69</w:t>
            </w:r>
          </w:p>
        </w:tc>
        <w:tc>
          <w:tcPr>
            <w:tcW w:type="dxa" w:w="1439"/>
          </w:tcPr>
          <w:p>
            <w:pPr>
              <w:spacing w:after="20" w:before="20"/>
            </w:pPr>
            <w:r/>
            <w:r>
              <w:rPr>
                <w:rFonts w:ascii="Times New Roman" w:hAnsi="Times New Roman" w:eastAsia="宋体"/>
                <w:b w:val="0"/>
                <w:sz w:val="21"/>
              </w:rPr>
              <w:t>孙玉婷</w:t>
            </w:r>
          </w:p>
        </w:tc>
        <w:tc>
          <w:tcPr>
            <w:tcW w:type="dxa" w:w="1439"/>
          </w:tcPr>
          <w:p>
            <w:pPr>
              <w:spacing w:after="20" w:before="20"/>
            </w:pPr>
            <w:r/>
            <w:r>
              <w:rPr>
                <w:rFonts w:ascii="Times New Roman" w:hAnsi="Times New Roman" w:eastAsia="宋体"/>
                <w:b w:val="0"/>
                <w:sz w:val="21"/>
              </w:rPr>
              <w:t>102125102120069</w:t>
            </w:r>
          </w:p>
        </w:tc>
        <w:tc>
          <w:tcPr>
            <w:tcW w:type="dxa" w:w="1439"/>
          </w:tcPr>
          <w:p>
            <w:pPr>
              <w:spacing w:after="20" w:before="20"/>
            </w:pPr>
            <w:r/>
            <w:r>
              <w:rPr>
                <w:rFonts w:ascii="Times New Roman" w:hAnsi="Times New Roman" w:eastAsia="宋体"/>
                <w:b w:val="0"/>
                <w:sz w:val="21"/>
              </w:rPr>
              <w:t>数学科学学院</w:t>
            </w:r>
          </w:p>
        </w:tc>
        <w:tc>
          <w:tcPr>
            <w:tcW w:type="dxa" w:w="1439"/>
          </w:tcPr>
          <w:p>
            <w:pPr>
              <w:spacing w:after="20" w:before="20"/>
            </w:pPr>
            <w:r/>
            <w:r>
              <w:rPr>
                <w:rFonts w:ascii="Times New Roman" w:hAnsi="Times New Roman" w:eastAsia="宋体"/>
                <w:b w:val="0"/>
                <w:sz w:val="21"/>
              </w:rPr>
              <w:t>统计学</w:t>
            </w:r>
          </w:p>
        </w:tc>
        <w:tc>
          <w:tcPr>
            <w:tcW w:type="dxa" w:w="1439"/>
          </w:tcPr>
          <w:p>
            <w:pPr>
              <w:spacing w:after="20" w:before="20"/>
            </w:pPr>
            <w:r/>
            <w:r>
              <w:rPr>
                <w:rFonts w:ascii="Times New Roman" w:hAnsi="Times New Roman" w:eastAsia="宋体"/>
                <w:b w:val="0"/>
                <w:sz w:val="21"/>
              </w:rPr>
              <w:t>84.6</w:t>
            </w:r>
          </w:p>
        </w:tc>
      </w:tr>
      <w:tr>
        <w:tc>
          <w:tcPr>
            <w:tcW w:type="dxa" w:w="1439"/>
          </w:tcPr>
          <w:p>
            <w:pPr>
              <w:spacing w:after="20" w:before="20"/>
            </w:pPr>
            <w:r/>
            <w:r>
              <w:rPr>
                <w:rFonts w:ascii="Times New Roman" w:hAnsi="Times New Roman" w:eastAsia="宋体"/>
                <w:b w:val="0"/>
                <w:sz w:val="21"/>
              </w:rPr>
              <w:t>70</w:t>
            </w:r>
          </w:p>
        </w:tc>
        <w:tc>
          <w:tcPr>
            <w:tcW w:type="dxa" w:w="1439"/>
          </w:tcPr>
          <w:p>
            <w:pPr>
              <w:spacing w:after="20" w:before="20"/>
            </w:pPr>
            <w:r/>
            <w:r>
              <w:rPr>
                <w:rFonts w:ascii="Times New Roman" w:hAnsi="Times New Roman" w:eastAsia="宋体"/>
                <w:b w:val="0"/>
                <w:sz w:val="21"/>
              </w:rPr>
              <w:t>刘雨晴</w:t>
            </w:r>
          </w:p>
        </w:tc>
        <w:tc>
          <w:tcPr>
            <w:tcW w:type="dxa" w:w="1439"/>
          </w:tcPr>
          <w:p>
            <w:pPr>
              <w:spacing w:after="20" w:before="20"/>
            </w:pPr>
            <w:r/>
            <w:r>
              <w:rPr>
                <w:rFonts w:ascii="Times New Roman" w:hAnsi="Times New Roman" w:eastAsia="宋体"/>
                <w:b w:val="0"/>
                <w:sz w:val="21"/>
              </w:rPr>
              <w:t>102125102120070</w:t>
            </w:r>
          </w:p>
        </w:tc>
        <w:tc>
          <w:tcPr>
            <w:tcW w:type="dxa" w:w="1439"/>
          </w:tcPr>
          <w:p>
            <w:pPr>
              <w:spacing w:after="20" w:before="20"/>
            </w:pPr>
            <w:r/>
            <w:r>
              <w:rPr>
                <w:rFonts w:ascii="Times New Roman" w:hAnsi="Times New Roman" w:eastAsia="宋体"/>
                <w:b w:val="0"/>
                <w:sz w:val="21"/>
              </w:rPr>
              <w:t>物理科学与技术学院</w:t>
            </w:r>
          </w:p>
        </w:tc>
        <w:tc>
          <w:tcPr>
            <w:tcW w:type="dxa" w:w="1439"/>
          </w:tcPr>
          <w:p>
            <w:pPr>
              <w:spacing w:after="20" w:before="20"/>
            </w:pPr>
            <w:r/>
            <w:r>
              <w:rPr>
                <w:rFonts w:ascii="Times New Roman" w:hAnsi="Times New Roman" w:eastAsia="宋体"/>
                <w:b w:val="0"/>
                <w:sz w:val="21"/>
              </w:rPr>
              <w:t>物理学</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71</w:t>
            </w:r>
          </w:p>
        </w:tc>
        <w:tc>
          <w:tcPr>
            <w:tcW w:type="dxa" w:w="1439"/>
          </w:tcPr>
          <w:p>
            <w:pPr>
              <w:spacing w:after="20" w:before="20"/>
            </w:pPr>
            <w:r/>
            <w:r>
              <w:rPr>
                <w:rFonts w:ascii="Times New Roman" w:hAnsi="Times New Roman" w:eastAsia="宋体"/>
                <w:b w:val="0"/>
                <w:sz w:val="21"/>
              </w:rPr>
              <w:t>韩程</w:t>
            </w:r>
          </w:p>
        </w:tc>
        <w:tc>
          <w:tcPr>
            <w:tcW w:type="dxa" w:w="1439"/>
          </w:tcPr>
          <w:p>
            <w:pPr>
              <w:spacing w:after="20" w:before="20"/>
            </w:pPr>
            <w:r/>
            <w:r>
              <w:rPr>
                <w:rFonts w:ascii="Times New Roman" w:hAnsi="Times New Roman" w:eastAsia="宋体"/>
                <w:b w:val="0"/>
                <w:sz w:val="21"/>
              </w:rPr>
              <w:t>102125102120071</w:t>
            </w:r>
          </w:p>
        </w:tc>
        <w:tc>
          <w:tcPr>
            <w:tcW w:type="dxa" w:w="1439"/>
          </w:tcPr>
          <w:p>
            <w:pPr>
              <w:spacing w:after="20" w:before="20"/>
            </w:pPr>
            <w:r/>
            <w:r>
              <w:rPr>
                <w:rFonts w:ascii="Times New Roman" w:hAnsi="Times New Roman" w:eastAsia="宋体"/>
                <w:b w:val="0"/>
                <w:sz w:val="21"/>
              </w:rPr>
              <w:t>物理科学与技术学院</w:t>
            </w:r>
          </w:p>
        </w:tc>
        <w:tc>
          <w:tcPr>
            <w:tcW w:type="dxa" w:w="1439"/>
          </w:tcPr>
          <w:p>
            <w:pPr>
              <w:spacing w:after="20" w:before="20"/>
            </w:pPr>
            <w:r/>
            <w:r>
              <w:rPr>
                <w:rFonts w:ascii="Times New Roman" w:hAnsi="Times New Roman" w:eastAsia="宋体"/>
                <w:b w:val="0"/>
                <w:sz w:val="21"/>
              </w:rPr>
              <w:t>物理学</w:t>
            </w:r>
          </w:p>
        </w:tc>
        <w:tc>
          <w:tcPr>
            <w:tcW w:type="dxa" w:w="1439"/>
          </w:tcPr>
          <w:p>
            <w:pPr>
              <w:spacing w:after="20" w:before="20"/>
            </w:pPr>
            <w:r/>
            <w:r>
              <w:rPr>
                <w:rFonts w:ascii="Times New Roman" w:hAnsi="Times New Roman" w:eastAsia="宋体"/>
                <w:b w:val="0"/>
                <w:sz w:val="21"/>
              </w:rPr>
              <w:t>84.3</w:t>
            </w:r>
          </w:p>
        </w:tc>
      </w:tr>
      <w:tr>
        <w:tc>
          <w:tcPr>
            <w:tcW w:type="dxa" w:w="1439"/>
          </w:tcPr>
          <w:p>
            <w:pPr>
              <w:spacing w:after="20" w:before="20"/>
            </w:pPr>
            <w:r/>
            <w:r>
              <w:rPr>
                <w:rFonts w:ascii="Times New Roman" w:hAnsi="Times New Roman" w:eastAsia="宋体"/>
                <w:b w:val="0"/>
                <w:sz w:val="21"/>
              </w:rPr>
              <w:t>72</w:t>
            </w:r>
          </w:p>
        </w:tc>
        <w:tc>
          <w:tcPr>
            <w:tcW w:type="dxa" w:w="1439"/>
          </w:tcPr>
          <w:p>
            <w:pPr>
              <w:spacing w:after="20" w:before="20"/>
            </w:pPr>
            <w:r/>
            <w:r>
              <w:rPr>
                <w:rFonts w:ascii="Times New Roman" w:hAnsi="Times New Roman" w:eastAsia="宋体"/>
                <w:b w:val="0"/>
                <w:sz w:val="21"/>
              </w:rPr>
              <w:t>武子怡</w:t>
            </w:r>
          </w:p>
        </w:tc>
        <w:tc>
          <w:tcPr>
            <w:tcW w:type="dxa" w:w="1439"/>
          </w:tcPr>
          <w:p>
            <w:pPr>
              <w:spacing w:after="20" w:before="20"/>
            </w:pPr>
            <w:r/>
            <w:r>
              <w:rPr>
                <w:rFonts w:ascii="Times New Roman" w:hAnsi="Times New Roman" w:eastAsia="宋体"/>
                <w:b w:val="0"/>
                <w:sz w:val="21"/>
              </w:rPr>
              <w:t>102125102120072</w:t>
            </w:r>
          </w:p>
        </w:tc>
        <w:tc>
          <w:tcPr>
            <w:tcW w:type="dxa" w:w="1439"/>
          </w:tcPr>
          <w:p>
            <w:pPr>
              <w:spacing w:after="20" w:before="20"/>
            </w:pPr>
            <w:r/>
            <w:r>
              <w:rPr>
                <w:rFonts w:ascii="Times New Roman" w:hAnsi="Times New Roman" w:eastAsia="宋体"/>
                <w:b w:val="0"/>
                <w:sz w:val="21"/>
              </w:rPr>
              <w:t>物理科学与技术学院</w:t>
            </w:r>
          </w:p>
        </w:tc>
        <w:tc>
          <w:tcPr>
            <w:tcW w:type="dxa" w:w="1439"/>
          </w:tcPr>
          <w:p>
            <w:pPr>
              <w:spacing w:after="20" w:before="20"/>
            </w:pPr>
            <w:r/>
            <w:r>
              <w:rPr>
                <w:rFonts w:ascii="Times New Roman" w:hAnsi="Times New Roman" w:eastAsia="宋体"/>
                <w:b w:val="0"/>
                <w:sz w:val="21"/>
              </w:rPr>
              <w:t>物理学</w:t>
            </w:r>
          </w:p>
        </w:tc>
        <w:tc>
          <w:tcPr>
            <w:tcW w:type="dxa" w:w="1439"/>
          </w:tcPr>
          <w:p>
            <w:pPr>
              <w:spacing w:after="20" w:before="20"/>
            </w:pPr>
            <w:r/>
            <w:r>
              <w:rPr>
                <w:rFonts w:ascii="Times New Roman" w:hAnsi="Times New Roman" w:eastAsia="宋体"/>
                <w:b w:val="0"/>
                <w:sz w:val="21"/>
              </w:rPr>
              <w:t>81.8</w:t>
            </w:r>
          </w:p>
        </w:tc>
      </w:tr>
      <w:tr>
        <w:tc>
          <w:tcPr>
            <w:tcW w:type="dxa" w:w="1439"/>
          </w:tcPr>
          <w:p>
            <w:pPr>
              <w:spacing w:after="20" w:before="20"/>
            </w:pPr>
            <w:r/>
            <w:r>
              <w:rPr>
                <w:rFonts w:ascii="Times New Roman" w:hAnsi="Times New Roman" w:eastAsia="宋体"/>
                <w:b w:val="0"/>
                <w:sz w:val="21"/>
              </w:rPr>
              <w:t>73</w:t>
            </w:r>
          </w:p>
        </w:tc>
        <w:tc>
          <w:tcPr>
            <w:tcW w:type="dxa" w:w="1439"/>
          </w:tcPr>
          <w:p>
            <w:pPr>
              <w:spacing w:after="20" w:before="20"/>
            </w:pPr>
            <w:r/>
            <w:r>
              <w:rPr>
                <w:rFonts w:ascii="Times New Roman" w:hAnsi="Times New Roman" w:eastAsia="宋体"/>
                <w:b w:val="0"/>
                <w:sz w:val="21"/>
              </w:rPr>
              <w:t>司金铭</w:t>
            </w:r>
          </w:p>
        </w:tc>
        <w:tc>
          <w:tcPr>
            <w:tcW w:type="dxa" w:w="1439"/>
          </w:tcPr>
          <w:p>
            <w:pPr>
              <w:spacing w:after="20" w:before="20"/>
            </w:pPr>
            <w:r/>
            <w:r>
              <w:rPr>
                <w:rFonts w:ascii="Times New Roman" w:hAnsi="Times New Roman" w:eastAsia="宋体"/>
                <w:b w:val="0"/>
                <w:sz w:val="21"/>
              </w:rPr>
              <w:t>102125102120073</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90.4</w:t>
            </w:r>
          </w:p>
        </w:tc>
      </w:tr>
      <w:tr>
        <w:tc>
          <w:tcPr>
            <w:tcW w:type="dxa" w:w="1439"/>
          </w:tcPr>
          <w:p>
            <w:pPr>
              <w:spacing w:after="20" w:before="20"/>
            </w:pPr>
            <w:r/>
            <w:r>
              <w:rPr>
                <w:rFonts w:ascii="Times New Roman" w:hAnsi="Times New Roman" w:eastAsia="宋体"/>
                <w:b w:val="0"/>
                <w:sz w:val="21"/>
              </w:rPr>
              <w:t>74</w:t>
            </w:r>
          </w:p>
        </w:tc>
        <w:tc>
          <w:tcPr>
            <w:tcW w:type="dxa" w:w="1439"/>
          </w:tcPr>
          <w:p>
            <w:pPr>
              <w:spacing w:after="20" w:before="20"/>
            </w:pPr>
            <w:r/>
            <w:r>
              <w:rPr>
                <w:rFonts w:ascii="Times New Roman" w:hAnsi="Times New Roman" w:eastAsia="宋体"/>
                <w:b w:val="0"/>
                <w:sz w:val="21"/>
              </w:rPr>
              <w:t>潘桐</w:t>
            </w:r>
          </w:p>
        </w:tc>
        <w:tc>
          <w:tcPr>
            <w:tcW w:type="dxa" w:w="1439"/>
          </w:tcPr>
          <w:p>
            <w:pPr>
              <w:spacing w:after="20" w:before="20"/>
            </w:pPr>
            <w:r/>
            <w:r>
              <w:rPr>
                <w:rFonts w:ascii="Times New Roman" w:hAnsi="Times New Roman" w:eastAsia="宋体"/>
                <w:b w:val="0"/>
                <w:sz w:val="21"/>
              </w:rPr>
              <w:t>102125102120074</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88.6</w:t>
            </w:r>
          </w:p>
        </w:tc>
      </w:tr>
      <w:tr>
        <w:tc>
          <w:tcPr>
            <w:tcW w:type="dxa" w:w="1439"/>
          </w:tcPr>
          <w:p>
            <w:pPr>
              <w:spacing w:after="20" w:before="20"/>
            </w:pPr>
            <w:r/>
            <w:r>
              <w:rPr>
                <w:rFonts w:ascii="Times New Roman" w:hAnsi="Times New Roman" w:eastAsia="宋体"/>
                <w:b w:val="0"/>
                <w:sz w:val="21"/>
              </w:rPr>
              <w:t>75</w:t>
            </w:r>
          </w:p>
        </w:tc>
        <w:tc>
          <w:tcPr>
            <w:tcW w:type="dxa" w:w="1439"/>
          </w:tcPr>
          <w:p>
            <w:pPr>
              <w:spacing w:after="20" w:before="20"/>
            </w:pPr>
            <w:r/>
            <w:r>
              <w:rPr>
                <w:rFonts w:ascii="Times New Roman" w:hAnsi="Times New Roman" w:eastAsia="宋体"/>
                <w:b w:val="0"/>
                <w:sz w:val="21"/>
              </w:rPr>
              <w:t>刘萍</w:t>
            </w:r>
          </w:p>
        </w:tc>
        <w:tc>
          <w:tcPr>
            <w:tcW w:type="dxa" w:w="1439"/>
          </w:tcPr>
          <w:p>
            <w:pPr>
              <w:spacing w:after="20" w:before="20"/>
            </w:pPr>
            <w:r/>
            <w:r>
              <w:rPr>
                <w:rFonts w:ascii="Times New Roman" w:hAnsi="Times New Roman" w:eastAsia="宋体"/>
                <w:b w:val="0"/>
                <w:sz w:val="21"/>
              </w:rPr>
              <w:t>102125102120075</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87.4</w:t>
            </w:r>
          </w:p>
        </w:tc>
      </w:tr>
      <w:tr>
        <w:tc>
          <w:tcPr>
            <w:tcW w:type="dxa" w:w="1439"/>
          </w:tcPr>
          <w:p>
            <w:pPr>
              <w:spacing w:after="20" w:before="20"/>
            </w:pPr>
            <w:r/>
            <w:r>
              <w:rPr>
                <w:rFonts w:ascii="Times New Roman" w:hAnsi="Times New Roman" w:eastAsia="宋体"/>
                <w:b w:val="0"/>
                <w:sz w:val="21"/>
              </w:rPr>
              <w:t>76</w:t>
            </w:r>
          </w:p>
        </w:tc>
        <w:tc>
          <w:tcPr>
            <w:tcW w:type="dxa" w:w="1439"/>
          </w:tcPr>
          <w:p>
            <w:pPr>
              <w:spacing w:after="20" w:before="20"/>
            </w:pPr>
            <w:r/>
            <w:r>
              <w:rPr>
                <w:rFonts w:ascii="Times New Roman" w:hAnsi="Times New Roman" w:eastAsia="宋体"/>
                <w:b w:val="0"/>
                <w:sz w:val="21"/>
              </w:rPr>
              <w:t>王磊</w:t>
            </w:r>
          </w:p>
        </w:tc>
        <w:tc>
          <w:tcPr>
            <w:tcW w:type="dxa" w:w="1439"/>
          </w:tcPr>
          <w:p>
            <w:pPr>
              <w:spacing w:after="20" w:before="20"/>
            </w:pPr>
            <w:r/>
            <w:r>
              <w:rPr>
                <w:rFonts w:ascii="Times New Roman" w:hAnsi="Times New Roman" w:eastAsia="宋体"/>
                <w:b w:val="0"/>
                <w:sz w:val="21"/>
              </w:rPr>
              <w:t>102125102120076</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86.0</w:t>
            </w:r>
          </w:p>
        </w:tc>
      </w:tr>
      <w:tr>
        <w:tc>
          <w:tcPr>
            <w:tcW w:type="dxa" w:w="1439"/>
          </w:tcPr>
          <w:p>
            <w:pPr>
              <w:spacing w:after="20" w:before="20"/>
            </w:pPr>
            <w:r/>
            <w:r>
              <w:rPr>
                <w:rFonts w:ascii="Times New Roman" w:hAnsi="Times New Roman" w:eastAsia="宋体"/>
                <w:b w:val="0"/>
                <w:sz w:val="21"/>
              </w:rPr>
              <w:t>77</w:t>
            </w:r>
          </w:p>
        </w:tc>
        <w:tc>
          <w:tcPr>
            <w:tcW w:type="dxa" w:w="1439"/>
          </w:tcPr>
          <w:p>
            <w:pPr>
              <w:spacing w:after="20" w:before="20"/>
            </w:pPr>
            <w:r/>
            <w:r>
              <w:rPr>
                <w:rFonts w:ascii="Times New Roman" w:hAnsi="Times New Roman" w:eastAsia="宋体"/>
                <w:b w:val="0"/>
                <w:sz w:val="21"/>
              </w:rPr>
              <w:t>张立婷</w:t>
            </w:r>
          </w:p>
        </w:tc>
        <w:tc>
          <w:tcPr>
            <w:tcW w:type="dxa" w:w="1439"/>
          </w:tcPr>
          <w:p>
            <w:pPr>
              <w:spacing w:after="20" w:before="20"/>
            </w:pPr>
            <w:r/>
            <w:r>
              <w:rPr>
                <w:rFonts w:ascii="Times New Roman" w:hAnsi="Times New Roman" w:eastAsia="宋体"/>
                <w:b w:val="0"/>
                <w:sz w:val="21"/>
              </w:rPr>
              <w:t>102125102120077</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85.6</w:t>
            </w:r>
          </w:p>
        </w:tc>
      </w:tr>
      <w:tr>
        <w:tc>
          <w:tcPr>
            <w:tcW w:type="dxa" w:w="1439"/>
          </w:tcPr>
          <w:p>
            <w:pPr>
              <w:spacing w:after="20" w:before="20"/>
            </w:pPr>
            <w:r/>
            <w:r>
              <w:rPr>
                <w:rFonts w:ascii="Times New Roman" w:hAnsi="Times New Roman" w:eastAsia="宋体"/>
                <w:b w:val="0"/>
                <w:sz w:val="21"/>
              </w:rPr>
              <w:t>78</w:t>
            </w:r>
          </w:p>
        </w:tc>
        <w:tc>
          <w:tcPr>
            <w:tcW w:type="dxa" w:w="1439"/>
          </w:tcPr>
          <w:p>
            <w:pPr>
              <w:spacing w:after="20" w:before="20"/>
            </w:pPr>
            <w:r/>
            <w:r>
              <w:rPr>
                <w:rFonts w:ascii="Times New Roman" w:hAnsi="Times New Roman" w:eastAsia="宋体"/>
                <w:b w:val="0"/>
                <w:sz w:val="21"/>
              </w:rPr>
              <w:t>焦艳棋</w:t>
            </w:r>
          </w:p>
        </w:tc>
        <w:tc>
          <w:tcPr>
            <w:tcW w:type="dxa" w:w="1439"/>
          </w:tcPr>
          <w:p>
            <w:pPr>
              <w:spacing w:after="20" w:before="20"/>
            </w:pPr>
            <w:r/>
            <w:r>
              <w:rPr>
                <w:rFonts w:ascii="Times New Roman" w:hAnsi="Times New Roman" w:eastAsia="宋体"/>
                <w:b w:val="0"/>
                <w:sz w:val="21"/>
              </w:rPr>
              <w:t>102125102120078</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无机化学</w:t>
            </w:r>
          </w:p>
        </w:tc>
        <w:tc>
          <w:tcPr>
            <w:tcW w:type="dxa" w:w="1439"/>
          </w:tcPr>
          <w:p>
            <w:pPr>
              <w:spacing w:after="20" w:before="20"/>
            </w:pPr>
            <w:r/>
            <w:r>
              <w:rPr>
                <w:rFonts w:ascii="Times New Roman" w:hAnsi="Times New Roman" w:eastAsia="宋体"/>
                <w:b w:val="0"/>
                <w:sz w:val="21"/>
              </w:rPr>
              <w:t>84.8</w:t>
            </w:r>
          </w:p>
        </w:tc>
      </w:tr>
      <w:tr>
        <w:tc>
          <w:tcPr>
            <w:tcW w:type="dxa" w:w="1439"/>
          </w:tcPr>
          <w:p>
            <w:pPr>
              <w:spacing w:after="20" w:before="20"/>
            </w:pPr>
            <w:r/>
            <w:r>
              <w:rPr>
                <w:rFonts w:ascii="Times New Roman" w:hAnsi="Times New Roman" w:eastAsia="宋体"/>
                <w:b w:val="0"/>
                <w:sz w:val="21"/>
              </w:rPr>
              <w:t>79</w:t>
            </w:r>
          </w:p>
        </w:tc>
        <w:tc>
          <w:tcPr>
            <w:tcW w:type="dxa" w:w="1439"/>
          </w:tcPr>
          <w:p>
            <w:pPr>
              <w:spacing w:after="20" w:before="20"/>
            </w:pPr>
            <w:r/>
            <w:r>
              <w:rPr>
                <w:rFonts w:ascii="Times New Roman" w:hAnsi="Times New Roman" w:eastAsia="宋体"/>
                <w:b w:val="0"/>
                <w:sz w:val="21"/>
              </w:rPr>
              <w:t>关晶晶</w:t>
            </w:r>
          </w:p>
        </w:tc>
        <w:tc>
          <w:tcPr>
            <w:tcW w:type="dxa" w:w="1439"/>
          </w:tcPr>
          <w:p>
            <w:pPr>
              <w:spacing w:after="20" w:before="20"/>
            </w:pPr>
            <w:r/>
            <w:r>
              <w:rPr>
                <w:rFonts w:ascii="Times New Roman" w:hAnsi="Times New Roman" w:eastAsia="宋体"/>
                <w:b w:val="0"/>
                <w:sz w:val="21"/>
              </w:rPr>
              <w:t>102125102120079</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分析化学</w:t>
            </w:r>
          </w:p>
        </w:tc>
        <w:tc>
          <w:tcPr>
            <w:tcW w:type="dxa" w:w="1439"/>
          </w:tcPr>
          <w:p>
            <w:pPr>
              <w:spacing w:after="20" w:before="20"/>
            </w:pPr>
            <w:r/>
            <w:r>
              <w:rPr>
                <w:rFonts w:ascii="Times New Roman" w:hAnsi="Times New Roman" w:eastAsia="宋体"/>
                <w:b w:val="0"/>
                <w:sz w:val="21"/>
              </w:rPr>
              <w:t>88.2</w:t>
            </w:r>
          </w:p>
        </w:tc>
      </w:tr>
      <w:tr>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王珂</w:t>
            </w:r>
          </w:p>
        </w:tc>
        <w:tc>
          <w:tcPr>
            <w:tcW w:type="dxa" w:w="1439"/>
          </w:tcPr>
          <w:p>
            <w:pPr>
              <w:spacing w:after="20" w:before="20"/>
            </w:pPr>
            <w:r/>
            <w:r>
              <w:rPr>
                <w:rFonts w:ascii="Times New Roman" w:hAnsi="Times New Roman" w:eastAsia="宋体"/>
                <w:b w:val="0"/>
                <w:sz w:val="21"/>
              </w:rPr>
              <w:t>102125102120080</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89.4</w:t>
            </w:r>
          </w:p>
        </w:tc>
      </w:tr>
      <w:tr>
        <w:tc>
          <w:tcPr>
            <w:tcW w:type="dxa" w:w="1439"/>
          </w:tcPr>
          <w:p>
            <w:pPr>
              <w:spacing w:after="20" w:before="20"/>
            </w:pPr>
            <w:r/>
            <w:r>
              <w:rPr>
                <w:rFonts w:ascii="Times New Roman" w:hAnsi="Times New Roman" w:eastAsia="宋体"/>
                <w:b w:val="0"/>
                <w:sz w:val="21"/>
              </w:rPr>
              <w:t>81</w:t>
            </w:r>
          </w:p>
        </w:tc>
        <w:tc>
          <w:tcPr>
            <w:tcW w:type="dxa" w:w="1439"/>
          </w:tcPr>
          <w:p>
            <w:pPr>
              <w:spacing w:after="20" w:before="20"/>
            </w:pPr>
            <w:r/>
            <w:r>
              <w:rPr>
                <w:rFonts w:ascii="Times New Roman" w:hAnsi="Times New Roman" w:eastAsia="宋体"/>
                <w:b w:val="0"/>
                <w:sz w:val="21"/>
              </w:rPr>
              <w:t>王丽娜</w:t>
            </w:r>
          </w:p>
        </w:tc>
        <w:tc>
          <w:tcPr>
            <w:tcW w:type="dxa" w:w="1439"/>
          </w:tcPr>
          <w:p>
            <w:pPr>
              <w:spacing w:after="20" w:before="20"/>
            </w:pPr>
            <w:r/>
            <w:r>
              <w:rPr>
                <w:rFonts w:ascii="Times New Roman" w:hAnsi="Times New Roman" w:eastAsia="宋体"/>
                <w:b w:val="0"/>
                <w:sz w:val="21"/>
              </w:rPr>
              <w:t>102125102120081</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88.4</w:t>
            </w:r>
          </w:p>
        </w:tc>
      </w:tr>
      <w:tr>
        <w:tc>
          <w:tcPr>
            <w:tcW w:type="dxa" w:w="1439"/>
          </w:tcPr>
          <w:p>
            <w:pPr>
              <w:spacing w:after="20" w:before="20"/>
            </w:pPr>
            <w:r/>
            <w:r>
              <w:rPr>
                <w:rFonts w:ascii="Times New Roman" w:hAnsi="Times New Roman" w:eastAsia="宋体"/>
                <w:b w:val="0"/>
                <w:sz w:val="21"/>
              </w:rPr>
              <w:t>82</w:t>
            </w:r>
          </w:p>
        </w:tc>
        <w:tc>
          <w:tcPr>
            <w:tcW w:type="dxa" w:w="1439"/>
          </w:tcPr>
          <w:p>
            <w:pPr>
              <w:spacing w:after="20" w:before="20"/>
            </w:pPr>
            <w:r/>
            <w:r>
              <w:rPr>
                <w:rFonts w:ascii="Times New Roman" w:hAnsi="Times New Roman" w:eastAsia="宋体"/>
                <w:b w:val="0"/>
                <w:sz w:val="21"/>
              </w:rPr>
              <w:t>王梦园</w:t>
            </w:r>
          </w:p>
        </w:tc>
        <w:tc>
          <w:tcPr>
            <w:tcW w:type="dxa" w:w="1439"/>
          </w:tcPr>
          <w:p>
            <w:pPr>
              <w:spacing w:after="20" w:before="20"/>
            </w:pPr>
            <w:r/>
            <w:r>
              <w:rPr>
                <w:rFonts w:ascii="Times New Roman" w:hAnsi="Times New Roman" w:eastAsia="宋体"/>
                <w:b w:val="0"/>
                <w:sz w:val="21"/>
              </w:rPr>
              <w:t>102125102120082</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83</w:t>
            </w:r>
          </w:p>
        </w:tc>
        <w:tc>
          <w:tcPr>
            <w:tcW w:type="dxa" w:w="1439"/>
          </w:tcPr>
          <w:p>
            <w:pPr>
              <w:spacing w:after="20" w:before="20"/>
            </w:pPr>
            <w:r/>
            <w:r>
              <w:rPr>
                <w:rFonts w:ascii="Times New Roman" w:hAnsi="Times New Roman" w:eastAsia="宋体"/>
                <w:b w:val="0"/>
                <w:sz w:val="21"/>
              </w:rPr>
              <w:t>曹秋菊</w:t>
            </w:r>
          </w:p>
        </w:tc>
        <w:tc>
          <w:tcPr>
            <w:tcW w:type="dxa" w:w="1439"/>
          </w:tcPr>
          <w:p>
            <w:pPr>
              <w:spacing w:after="20" w:before="20"/>
            </w:pPr>
            <w:r/>
            <w:r>
              <w:rPr>
                <w:rFonts w:ascii="Times New Roman" w:hAnsi="Times New Roman" w:eastAsia="宋体"/>
                <w:b w:val="0"/>
                <w:sz w:val="21"/>
              </w:rPr>
              <w:t>102125102120083</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87.8</w:t>
            </w:r>
          </w:p>
        </w:tc>
      </w:tr>
      <w:tr>
        <w:tc>
          <w:tcPr>
            <w:tcW w:type="dxa" w:w="1439"/>
          </w:tcPr>
          <w:p>
            <w:pPr>
              <w:spacing w:after="20" w:before="20"/>
            </w:pPr>
            <w:r/>
            <w:r>
              <w:rPr>
                <w:rFonts w:ascii="Times New Roman" w:hAnsi="Times New Roman" w:eastAsia="宋体"/>
                <w:b w:val="0"/>
                <w:sz w:val="21"/>
              </w:rPr>
              <w:t>84</w:t>
            </w:r>
          </w:p>
        </w:tc>
        <w:tc>
          <w:tcPr>
            <w:tcW w:type="dxa" w:w="1439"/>
          </w:tcPr>
          <w:p>
            <w:pPr>
              <w:spacing w:after="20" w:before="20"/>
            </w:pPr>
            <w:r/>
            <w:r>
              <w:rPr>
                <w:rFonts w:ascii="Times New Roman" w:hAnsi="Times New Roman" w:eastAsia="宋体"/>
                <w:b w:val="0"/>
                <w:sz w:val="21"/>
              </w:rPr>
              <w:t>李伟豪</w:t>
            </w:r>
          </w:p>
        </w:tc>
        <w:tc>
          <w:tcPr>
            <w:tcW w:type="dxa" w:w="1439"/>
          </w:tcPr>
          <w:p>
            <w:pPr>
              <w:spacing w:after="20" w:before="20"/>
            </w:pPr>
            <w:r/>
            <w:r>
              <w:rPr>
                <w:rFonts w:ascii="Times New Roman" w:hAnsi="Times New Roman" w:eastAsia="宋体"/>
                <w:b w:val="0"/>
                <w:sz w:val="21"/>
              </w:rPr>
              <w:t>102125102120084</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87.4</w:t>
            </w:r>
          </w:p>
        </w:tc>
      </w:tr>
      <w:tr>
        <w:tc>
          <w:tcPr>
            <w:tcW w:type="dxa" w:w="1439"/>
          </w:tcPr>
          <w:p>
            <w:pPr>
              <w:spacing w:after="20" w:before="20"/>
            </w:pPr>
            <w:r/>
            <w:r>
              <w:rPr>
                <w:rFonts w:ascii="Times New Roman" w:hAnsi="Times New Roman" w:eastAsia="宋体"/>
                <w:b w:val="0"/>
                <w:sz w:val="21"/>
              </w:rPr>
              <w:t>85</w:t>
            </w:r>
          </w:p>
        </w:tc>
        <w:tc>
          <w:tcPr>
            <w:tcW w:type="dxa" w:w="1439"/>
          </w:tcPr>
          <w:p>
            <w:pPr>
              <w:spacing w:after="20" w:before="20"/>
            </w:pPr>
            <w:r/>
            <w:r>
              <w:rPr>
                <w:rFonts w:ascii="Times New Roman" w:hAnsi="Times New Roman" w:eastAsia="宋体"/>
                <w:b w:val="0"/>
                <w:sz w:val="21"/>
              </w:rPr>
              <w:t>黄丹丹</w:t>
            </w:r>
          </w:p>
        </w:tc>
        <w:tc>
          <w:tcPr>
            <w:tcW w:type="dxa" w:w="1439"/>
          </w:tcPr>
          <w:p>
            <w:pPr>
              <w:spacing w:after="20" w:before="20"/>
            </w:pPr>
            <w:r/>
            <w:r>
              <w:rPr>
                <w:rFonts w:ascii="Times New Roman" w:hAnsi="Times New Roman" w:eastAsia="宋体"/>
                <w:b w:val="0"/>
                <w:sz w:val="21"/>
              </w:rPr>
              <w:t>102125102120085</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有机化学</w:t>
            </w:r>
          </w:p>
        </w:tc>
        <w:tc>
          <w:tcPr>
            <w:tcW w:type="dxa" w:w="1439"/>
          </w:tcPr>
          <w:p>
            <w:pPr>
              <w:spacing w:after="20" w:before="20"/>
            </w:pPr>
            <w:r/>
            <w:r>
              <w:rPr>
                <w:rFonts w:ascii="Times New Roman" w:hAnsi="Times New Roman" w:eastAsia="宋体"/>
                <w:b w:val="0"/>
                <w:sz w:val="21"/>
              </w:rPr>
              <w:t>85.4</w:t>
            </w:r>
          </w:p>
        </w:tc>
      </w:tr>
      <w:tr>
        <w:tc>
          <w:tcPr>
            <w:tcW w:type="dxa" w:w="1439"/>
          </w:tcPr>
          <w:p>
            <w:pPr>
              <w:spacing w:after="20" w:before="20"/>
            </w:pPr>
            <w:r/>
            <w:r>
              <w:rPr>
                <w:rFonts w:ascii="Times New Roman" w:hAnsi="Times New Roman" w:eastAsia="宋体"/>
                <w:b w:val="0"/>
                <w:sz w:val="21"/>
              </w:rPr>
              <w:t>86</w:t>
            </w:r>
          </w:p>
        </w:tc>
        <w:tc>
          <w:tcPr>
            <w:tcW w:type="dxa" w:w="1439"/>
          </w:tcPr>
          <w:p>
            <w:pPr>
              <w:spacing w:after="20" w:before="20"/>
            </w:pPr>
            <w:r/>
            <w:r>
              <w:rPr>
                <w:rFonts w:ascii="Times New Roman" w:hAnsi="Times New Roman" w:eastAsia="宋体"/>
                <w:b w:val="0"/>
                <w:sz w:val="21"/>
              </w:rPr>
              <w:t>余浪</w:t>
            </w:r>
          </w:p>
        </w:tc>
        <w:tc>
          <w:tcPr>
            <w:tcW w:type="dxa" w:w="1439"/>
          </w:tcPr>
          <w:p>
            <w:pPr>
              <w:spacing w:after="20" w:before="20"/>
            </w:pPr>
            <w:r/>
            <w:r>
              <w:rPr>
                <w:rFonts w:ascii="Times New Roman" w:hAnsi="Times New Roman" w:eastAsia="宋体"/>
                <w:b w:val="0"/>
                <w:sz w:val="21"/>
              </w:rPr>
              <w:t>102125102120086</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物理化学</w:t>
            </w:r>
          </w:p>
        </w:tc>
        <w:tc>
          <w:tcPr>
            <w:tcW w:type="dxa" w:w="1439"/>
          </w:tcPr>
          <w:p>
            <w:pPr>
              <w:spacing w:after="20" w:before="20"/>
            </w:pPr>
            <w:r/>
            <w:r>
              <w:rPr>
                <w:rFonts w:ascii="Times New Roman" w:hAnsi="Times New Roman" w:eastAsia="宋体"/>
                <w:b w:val="0"/>
                <w:sz w:val="21"/>
              </w:rPr>
              <w:t>91.4</w:t>
            </w:r>
          </w:p>
        </w:tc>
      </w:tr>
      <w:tr>
        <w:tc>
          <w:tcPr>
            <w:tcW w:type="dxa" w:w="1439"/>
          </w:tcPr>
          <w:p>
            <w:pPr>
              <w:spacing w:after="20" w:before="20"/>
            </w:pPr>
            <w:r/>
            <w:r>
              <w:rPr>
                <w:rFonts w:ascii="Times New Roman" w:hAnsi="Times New Roman" w:eastAsia="宋体"/>
                <w:b w:val="0"/>
                <w:sz w:val="21"/>
              </w:rPr>
              <w:t>87</w:t>
            </w:r>
          </w:p>
        </w:tc>
        <w:tc>
          <w:tcPr>
            <w:tcW w:type="dxa" w:w="1439"/>
          </w:tcPr>
          <w:p>
            <w:pPr>
              <w:spacing w:after="20" w:before="20"/>
            </w:pPr>
            <w:r/>
            <w:r>
              <w:rPr>
                <w:rFonts w:ascii="Times New Roman" w:hAnsi="Times New Roman" w:eastAsia="宋体"/>
                <w:b w:val="0"/>
                <w:sz w:val="21"/>
              </w:rPr>
              <w:t>穆清风</w:t>
            </w:r>
          </w:p>
        </w:tc>
        <w:tc>
          <w:tcPr>
            <w:tcW w:type="dxa" w:w="1439"/>
          </w:tcPr>
          <w:p>
            <w:pPr>
              <w:spacing w:after="20" w:before="20"/>
            </w:pPr>
            <w:r/>
            <w:r>
              <w:rPr>
                <w:rFonts w:ascii="Times New Roman" w:hAnsi="Times New Roman" w:eastAsia="宋体"/>
                <w:b w:val="0"/>
                <w:sz w:val="21"/>
              </w:rPr>
              <w:t>102125102120087</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物理化学</w:t>
            </w:r>
          </w:p>
        </w:tc>
        <w:tc>
          <w:tcPr>
            <w:tcW w:type="dxa" w:w="1439"/>
          </w:tcPr>
          <w:p>
            <w:pPr>
              <w:spacing w:after="20" w:before="20"/>
            </w:pPr>
            <w:r/>
            <w:r>
              <w:rPr>
                <w:rFonts w:ascii="Times New Roman" w:hAnsi="Times New Roman" w:eastAsia="宋体"/>
                <w:b w:val="0"/>
                <w:sz w:val="21"/>
              </w:rPr>
              <w:t>88.8</w:t>
            </w:r>
          </w:p>
        </w:tc>
      </w:tr>
      <w:tr>
        <w:tc>
          <w:tcPr>
            <w:tcW w:type="dxa" w:w="1439"/>
          </w:tcPr>
          <w:p>
            <w:pPr>
              <w:spacing w:after="20" w:before="20"/>
            </w:pPr>
            <w:r/>
            <w:r>
              <w:rPr>
                <w:rFonts w:ascii="Times New Roman" w:hAnsi="Times New Roman" w:eastAsia="宋体"/>
                <w:b w:val="0"/>
                <w:sz w:val="21"/>
              </w:rPr>
              <w:t>88</w:t>
            </w:r>
          </w:p>
        </w:tc>
        <w:tc>
          <w:tcPr>
            <w:tcW w:type="dxa" w:w="1439"/>
          </w:tcPr>
          <w:p>
            <w:pPr>
              <w:spacing w:after="20" w:before="20"/>
            </w:pPr>
            <w:r/>
            <w:r>
              <w:rPr>
                <w:rFonts w:ascii="Times New Roman" w:hAnsi="Times New Roman" w:eastAsia="宋体"/>
                <w:b w:val="0"/>
                <w:sz w:val="21"/>
              </w:rPr>
              <w:t>王一童</w:t>
            </w:r>
          </w:p>
        </w:tc>
        <w:tc>
          <w:tcPr>
            <w:tcW w:type="dxa" w:w="1439"/>
          </w:tcPr>
          <w:p>
            <w:pPr>
              <w:spacing w:after="20" w:before="20"/>
            </w:pPr>
            <w:r/>
            <w:r>
              <w:rPr>
                <w:rFonts w:ascii="Times New Roman" w:hAnsi="Times New Roman" w:eastAsia="宋体"/>
                <w:b w:val="0"/>
                <w:sz w:val="21"/>
              </w:rPr>
              <w:t>102125102120088</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物理化学</w:t>
            </w:r>
          </w:p>
        </w:tc>
        <w:tc>
          <w:tcPr>
            <w:tcW w:type="dxa" w:w="1439"/>
          </w:tcPr>
          <w:p>
            <w:pPr>
              <w:spacing w:after="20" w:before="20"/>
            </w:pPr>
            <w:r/>
            <w:r>
              <w:rPr>
                <w:rFonts w:ascii="Times New Roman" w:hAnsi="Times New Roman" w:eastAsia="宋体"/>
                <w:b w:val="0"/>
                <w:sz w:val="21"/>
              </w:rPr>
              <w:t>86.6</w:t>
            </w:r>
          </w:p>
        </w:tc>
      </w:tr>
      <w:tr>
        <w:tc>
          <w:tcPr>
            <w:tcW w:type="dxa" w:w="1439"/>
          </w:tcPr>
          <w:p>
            <w:pPr>
              <w:spacing w:after="20" w:before="20"/>
            </w:pPr>
            <w:r/>
            <w:r>
              <w:rPr>
                <w:rFonts w:ascii="Times New Roman" w:hAnsi="Times New Roman" w:eastAsia="宋体"/>
                <w:b w:val="0"/>
                <w:sz w:val="21"/>
              </w:rPr>
              <w:t>89</w:t>
            </w:r>
          </w:p>
        </w:tc>
        <w:tc>
          <w:tcPr>
            <w:tcW w:type="dxa" w:w="1439"/>
          </w:tcPr>
          <w:p>
            <w:pPr>
              <w:spacing w:after="20" w:before="20"/>
            </w:pPr>
            <w:r/>
            <w:r>
              <w:rPr>
                <w:rFonts w:ascii="Times New Roman" w:hAnsi="Times New Roman" w:eastAsia="宋体"/>
                <w:b w:val="0"/>
                <w:sz w:val="21"/>
              </w:rPr>
              <w:t>张婧</w:t>
            </w:r>
          </w:p>
        </w:tc>
        <w:tc>
          <w:tcPr>
            <w:tcW w:type="dxa" w:w="1439"/>
          </w:tcPr>
          <w:p>
            <w:pPr>
              <w:spacing w:after="20" w:before="20"/>
            </w:pPr>
            <w:r/>
            <w:r>
              <w:rPr>
                <w:rFonts w:ascii="Times New Roman" w:hAnsi="Times New Roman" w:eastAsia="宋体"/>
                <w:b w:val="0"/>
                <w:sz w:val="21"/>
              </w:rPr>
              <w:t>102125102120089</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物理化学</w:t>
            </w:r>
          </w:p>
        </w:tc>
        <w:tc>
          <w:tcPr>
            <w:tcW w:type="dxa" w:w="1439"/>
          </w:tcPr>
          <w:p>
            <w:pPr>
              <w:spacing w:after="20" w:before="20"/>
            </w:pPr>
            <w:r/>
            <w:r>
              <w:rPr>
                <w:rFonts w:ascii="Times New Roman" w:hAnsi="Times New Roman" w:eastAsia="宋体"/>
                <w:b w:val="0"/>
                <w:sz w:val="21"/>
              </w:rPr>
              <w:t>85.6</w:t>
            </w:r>
          </w:p>
        </w:tc>
      </w:tr>
      <w:tr>
        <w:tc>
          <w:tcPr>
            <w:tcW w:type="dxa" w:w="1439"/>
          </w:tcPr>
          <w:p>
            <w:pPr>
              <w:spacing w:after="20" w:before="20"/>
            </w:pPr>
            <w:r/>
            <w:r>
              <w:rPr>
                <w:rFonts w:ascii="Times New Roman" w:hAnsi="Times New Roman" w:eastAsia="宋体"/>
                <w:b w:val="0"/>
                <w:sz w:val="21"/>
              </w:rPr>
              <w:t>90</w:t>
            </w:r>
          </w:p>
        </w:tc>
        <w:tc>
          <w:tcPr>
            <w:tcW w:type="dxa" w:w="1439"/>
          </w:tcPr>
          <w:p>
            <w:pPr>
              <w:spacing w:after="20" w:before="20"/>
            </w:pPr>
            <w:r/>
            <w:r>
              <w:rPr>
                <w:rFonts w:ascii="Times New Roman" w:hAnsi="Times New Roman" w:eastAsia="宋体"/>
                <w:b w:val="0"/>
                <w:sz w:val="21"/>
              </w:rPr>
              <w:t>吴珺慈</w:t>
            </w:r>
          </w:p>
        </w:tc>
        <w:tc>
          <w:tcPr>
            <w:tcW w:type="dxa" w:w="1439"/>
          </w:tcPr>
          <w:p>
            <w:pPr>
              <w:spacing w:after="20" w:before="20"/>
            </w:pPr>
            <w:r/>
            <w:r>
              <w:rPr>
                <w:rFonts w:ascii="Times New Roman" w:hAnsi="Times New Roman" w:eastAsia="宋体"/>
                <w:b w:val="0"/>
                <w:sz w:val="21"/>
              </w:rPr>
              <w:t>102125102120090</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高分子化学与物理</w:t>
            </w:r>
          </w:p>
        </w:tc>
        <w:tc>
          <w:tcPr>
            <w:tcW w:type="dxa" w:w="1439"/>
          </w:tcPr>
          <w:p>
            <w:pPr>
              <w:spacing w:after="20" w:before="20"/>
            </w:pPr>
            <w:r/>
            <w:r>
              <w:rPr>
                <w:rFonts w:ascii="Times New Roman" w:hAnsi="Times New Roman" w:eastAsia="宋体"/>
                <w:b w:val="0"/>
                <w:sz w:val="21"/>
              </w:rPr>
              <w:t>87.2</w:t>
            </w:r>
          </w:p>
        </w:tc>
      </w:tr>
      <w:tr>
        <w:tc>
          <w:tcPr>
            <w:tcW w:type="dxa" w:w="1439"/>
          </w:tcPr>
          <w:p>
            <w:pPr>
              <w:spacing w:after="20" w:before="20"/>
            </w:pPr>
            <w:r/>
            <w:r>
              <w:rPr>
                <w:rFonts w:ascii="Times New Roman" w:hAnsi="Times New Roman" w:eastAsia="宋体"/>
                <w:b w:val="0"/>
                <w:sz w:val="21"/>
              </w:rPr>
              <w:t>91</w:t>
            </w:r>
          </w:p>
        </w:tc>
        <w:tc>
          <w:tcPr>
            <w:tcW w:type="dxa" w:w="1439"/>
          </w:tcPr>
          <w:p>
            <w:pPr>
              <w:spacing w:after="20" w:before="20"/>
            </w:pPr>
            <w:r/>
            <w:r>
              <w:rPr>
                <w:rFonts w:ascii="Times New Roman" w:hAnsi="Times New Roman" w:eastAsia="宋体"/>
                <w:b w:val="0"/>
                <w:sz w:val="21"/>
              </w:rPr>
              <w:t>郑志鹏</w:t>
            </w:r>
          </w:p>
        </w:tc>
        <w:tc>
          <w:tcPr>
            <w:tcW w:type="dxa" w:w="1439"/>
          </w:tcPr>
          <w:p>
            <w:pPr>
              <w:spacing w:after="20" w:before="20"/>
            </w:pPr>
            <w:r/>
            <w:r>
              <w:rPr>
                <w:rFonts w:ascii="Times New Roman" w:hAnsi="Times New Roman" w:eastAsia="宋体"/>
                <w:b w:val="0"/>
                <w:sz w:val="21"/>
              </w:rPr>
              <w:t>102125102120091</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材料科学与工程</w:t>
            </w:r>
          </w:p>
        </w:tc>
        <w:tc>
          <w:tcPr>
            <w:tcW w:type="dxa" w:w="1439"/>
          </w:tcPr>
          <w:p>
            <w:pPr>
              <w:spacing w:after="20" w:before="20"/>
            </w:pPr>
            <w:r/>
            <w:r>
              <w:rPr>
                <w:rFonts w:ascii="Times New Roman" w:hAnsi="Times New Roman" w:eastAsia="宋体"/>
                <w:b w:val="0"/>
                <w:sz w:val="21"/>
              </w:rPr>
              <w:t>91.2</w:t>
            </w:r>
          </w:p>
        </w:tc>
      </w:tr>
      <w:tr>
        <w:tc>
          <w:tcPr>
            <w:tcW w:type="dxa" w:w="1439"/>
          </w:tcPr>
          <w:p>
            <w:pPr>
              <w:spacing w:after="20" w:before="20"/>
            </w:pPr>
            <w:r/>
            <w:r>
              <w:rPr>
                <w:rFonts w:ascii="Times New Roman" w:hAnsi="Times New Roman" w:eastAsia="宋体"/>
                <w:b w:val="0"/>
                <w:sz w:val="21"/>
              </w:rPr>
              <w:t>92</w:t>
            </w:r>
          </w:p>
        </w:tc>
        <w:tc>
          <w:tcPr>
            <w:tcW w:type="dxa" w:w="1439"/>
          </w:tcPr>
          <w:p>
            <w:pPr>
              <w:spacing w:after="20" w:before="20"/>
            </w:pPr>
            <w:r/>
            <w:r>
              <w:rPr>
                <w:rFonts w:ascii="Times New Roman" w:hAnsi="Times New Roman" w:eastAsia="宋体"/>
                <w:b w:val="0"/>
                <w:sz w:val="21"/>
              </w:rPr>
              <w:t>周欣琪</w:t>
            </w:r>
          </w:p>
        </w:tc>
        <w:tc>
          <w:tcPr>
            <w:tcW w:type="dxa" w:w="1439"/>
          </w:tcPr>
          <w:p>
            <w:pPr>
              <w:spacing w:after="20" w:before="20"/>
            </w:pPr>
            <w:r/>
            <w:r>
              <w:rPr>
                <w:rFonts w:ascii="Times New Roman" w:hAnsi="Times New Roman" w:eastAsia="宋体"/>
                <w:b w:val="0"/>
                <w:sz w:val="21"/>
              </w:rPr>
              <w:t>102125102120092</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化学工程与技术</w:t>
            </w:r>
          </w:p>
        </w:tc>
        <w:tc>
          <w:tcPr>
            <w:tcW w:type="dxa" w:w="1439"/>
          </w:tcPr>
          <w:p>
            <w:pPr>
              <w:spacing w:after="20" w:before="20"/>
            </w:pPr>
            <w:r/>
            <w:r>
              <w:rPr>
                <w:rFonts w:ascii="Times New Roman" w:hAnsi="Times New Roman" w:eastAsia="宋体"/>
                <w:b w:val="0"/>
                <w:sz w:val="21"/>
              </w:rPr>
              <w:t>90.2</w:t>
            </w:r>
          </w:p>
        </w:tc>
      </w:tr>
      <w:tr>
        <w:tc>
          <w:tcPr>
            <w:tcW w:type="dxa" w:w="1439"/>
          </w:tcPr>
          <w:p>
            <w:pPr>
              <w:spacing w:after="20" w:before="20"/>
            </w:pPr>
            <w:r/>
            <w:r>
              <w:rPr>
                <w:rFonts w:ascii="Times New Roman" w:hAnsi="Times New Roman" w:eastAsia="宋体"/>
                <w:b w:val="0"/>
                <w:sz w:val="21"/>
              </w:rPr>
              <w:t>93</w:t>
            </w:r>
          </w:p>
        </w:tc>
        <w:tc>
          <w:tcPr>
            <w:tcW w:type="dxa" w:w="1439"/>
          </w:tcPr>
          <w:p>
            <w:pPr>
              <w:spacing w:after="20" w:before="20"/>
            </w:pPr>
            <w:r/>
            <w:r>
              <w:rPr>
                <w:rFonts w:ascii="Times New Roman" w:hAnsi="Times New Roman" w:eastAsia="宋体"/>
                <w:b w:val="0"/>
                <w:sz w:val="21"/>
              </w:rPr>
              <w:t>崔杰</w:t>
            </w:r>
          </w:p>
        </w:tc>
        <w:tc>
          <w:tcPr>
            <w:tcW w:type="dxa" w:w="1439"/>
          </w:tcPr>
          <w:p>
            <w:pPr>
              <w:spacing w:after="20" w:before="20"/>
            </w:pPr>
            <w:r/>
            <w:r>
              <w:rPr>
                <w:rFonts w:ascii="Times New Roman" w:hAnsi="Times New Roman" w:eastAsia="宋体"/>
                <w:b w:val="0"/>
                <w:sz w:val="21"/>
              </w:rPr>
              <w:t>102125102120093</w:t>
            </w:r>
          </w:p>
        </w:tc>
        <w:tc>
          <w:tcPr>
            <w:tcW w:type="dxa" w:w="1439"/>
          </w:tcPr>
          <w:p>
            <w:pPr>
              <w:spacing w:after="20" w:before="20"/>
            </w:pPr>
            <w:r/>
            <w:r>
              <w:rPr>
                <w:rFonts w:ascii="Times New Roman" w:hAnsi="Times New Roman" w:eastAsia="宋体"/>
                <w:b w:val="0"/>
                <w:sz w:val="21"/>
              </w:rPr>
              <w:t>化学化工与材料学院</w:t>
            </w:r>
          </w:p>
        </w:tc>
        <w:tc>
          <w:tcPr>
            <w:tcW w:type="dxa" w:w="1439"/>
          </w:tcPr>
          <w:p>
            <w:pPr>
              <w:spacing w:after="20" w:before="20"/>
            </w:pPr>
            <w:r/>
            <w:r>
              <w:rPr>
                <w:rFonts w:ascii="Times New Roman" w:hAnsi="Times New Roman" w:eastAsia="宋体"/>
                <w:b w:val="0"/>
                <w:sz w:val="21"/>
              </w:rPr>
              <w:t>环境科学与工程</w:t>
            </w:r>
          </w:p>
        </w:tc>
        <w:tc>
          <w:tcPr>
            <w:tcW w:type="dxa" w:w="1439"/>
          </w:tcPr>
          <w:p>
            <w:pPr>
              <w:spacing w:after="20" w:before="20"/>
            </w:pPr>
            <w:r/>
            <w:r>
              <w:rPr>
                <w:rFonts w:ascii="Times New Roman" w:hAnsi="Times New Roman" w:eastAsia="宋体"/>
                <w:b w:val="0"/>
                <w:sz w:val="21"/>
              </w:rPr>
              <w:t>88.6</w:t>
            </w:r>
          </w:p>
        </w:tc>
      </w:tr>
      <w:tr>
        <w:tc>
          <w:tcPr>
            <w:tcW w:type="dxa" w:w="1439"/>
          </w:tcPr>
          <w:p>
            <w:pPr>
              <w:spacing w:after="20" w:before="20"/>
            </w:pPr>
            <w:r/>
            <w:r>
              <w:rPr>
                <w:rFonts w:ascii="Times New Roman" w:hAnsi="Times New Roman" w:eastAsia="宋体"/>
                <w:b w:val="0"/>
                <w:sz w:val="21"/>
              </w:rPr>
              <w:t>94</w:t>
            </w:r>
          </w:p>
        </w:tc>
        <w:tc>
          <w:tcPr>
            <w:tcW w:type="dxa" w:w="1439"/>
          </w:tcPr>
          <w:p>
            <w:pPr>
              <w:spacing w:after="20" w:before="20"/>
            </w:pPr>
            <w:r/>
            <w:r>
              <w:rPr>
                <w:rFonts w:ascii="Times New Roman" w:hAnsi="Times New Roman" w:eastAsia="宋体"/>
                <w:b w:val="0"/>
                <w:sz w:val="21"/>
              </w:rPr>
              <w:t>任太萍</w:t>
            </w:r>
          </w:p>
        </w:tc>
        <w:tc>
          <w:tcPr>
            <w:tcW w:type="dxa" w:w="1439"/>
          </w:tcPr>
          <w:p>
            <w:pPr>
              <w:spacing w:after="20" w:before="20"/>
            </w:pPr>
            <w:r/>
            <w:r>
              <w:rPr>
                <w:rFonts w:ascii="Times New Roman" w:hAnsi="Times New Roman" w:eastAsia="宋体"/>
                <w:b w:val="0"/>
                <w:sz w:val="21"/>
              </w:rPr>
              <w:t>102125102120094</w:t>
            </w:r>
          </w:p>
        </w:tc>
        <w:tc>
          <w:tcPr>
            <w:tcW w:type="dxa" w:w="1439"/>
          </w:tcPr>
          <w:p>
            <w:pPr>
              <w:spacing w:after="20" w:before="20"/>
            </w:pPr>
            <w:r/>
            <w:r>
              <w:rPr>
                <w:rFonts w:ascii="Times New Roman" w:hAnsi="Times New Roman" w:eastAsia="宋体"/>
                <w:b w:val="0"/>
                <w:sz w:val="21"/>
              </w:rPr>
              <w:t>生命科学学院</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89.6</w:t>
            </w:r>
          </w:p>
        </w:tc>
      </w:tr>
      <w:tr>
        <w:tc>
          <w:tcPr>
            <w:tcW w:type="dxa" w:w="1439"/>
          </w:tcPr>
          <w:p>
            <w:pPr>
              <w:spacing w:after="20" w:before="20"/>
            </w:pPr>
            <w:r/>
            <w:r>
              <w:rPr>
                <w:rFonts w:ascii="Times New Roman" w:hAnsi="Times New Roman" w:eastAsia="宋体"/>
                <w:b w:val="0"/>
                <w:sz w:val="21"/>
              </w:rPr>
              <w:t>95</w:t>
            </w:r>
          </w:p>
        </w:tc>
        <w:tc>
          <w:tcPr>
            <w:tcW w:type="dxa" w:w="1439"/>
          </w:tcPr>
          <w:p>
            <w:pPr>
              <w:spacing w:after="20" w:before="20"/>
            </w:pPr>
            <w:r/>
            <w:r>
              <w:rPr>
                <w:rFonts w:ascii="Times New Roman" w:hAnsi="Times New Roman" w:eastAsia="宋体"/>
                <w:b w:val="0"/>
                <w:sz w:val="21"/>
              </w:rPr>
              <w:t>李莹</w:t>
            </w:r>
          </w:p>
        </w:tc>
        <w:tc>
          <w:tcPr>
            <w:tcW w:type="dxa" w:w="1439"/>
          </w:tcPr>
          <w:p>
            <w:pPr>
              <w:spacing w:after="20" w:before="20"/>
            </w:pPr>
            <w:r/>
            <w:r>
              <w:rPr>
                <w:rFonts w:ascii="Times New Roman" w:hAnsi="Times New Roman" w:eastAsia="宋体"/>
                <w:b w:val="0"/>
                <w:sz w:val="21"/>
              </w:rPr>
              <w:t>102125102120095</w:t>
            </w:r>
          </w:p>
        </w:tc>
        <w:tc>
          <w:tcPr>
            <w:tcW w:type="dxa" w:w="1439"/>
          </w:tcPr>
          <w:p>
            <w:pPr>
              <w:spacing w:after="20" w:before="20"/>
            </w:pPr>
            <w:r/>
            <w:r>
              <w:rPr>
                <w:rFonts w:ascii="Times New Roman" w:hAnsi="Times New Roman" w:eastAsia="宋体"/>
                <w:b w:val="0"/>
                <w:sz w:val="21"/>
              </w:rPr>
              <w:t>生命科学学院</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79.8</w:t>
            </w:r>
          </w:p>
        </w:tc>
      </w:tr>
      <w:tr>
        <w:tc>
          <w:tcPr>
            <w:tcW w:type="dxa" w:w="1439"/>
          </w:tcPr>
          <w:p>
            <w:pPr>
              <w:spacing w:after="20" w:before="20"/>
            </w:pPr>
            <w:r/>
            <w:r>
              <w:rPr>
                <w:rFonts w:ascii="Times New Roman" w:hAnsi="Times New Roman" w:eastAsia="宋体"/>
                <w:b w:val="0"/>
                <w:sz w:val="21"/>
              </w:rPr>
              <w:t>96</w:t>
            </w:r>
          </w:p>
        </w:tc>
        <w:tc>
          <w:tcPr>
            <w:tcW w:type="dxa" w:w="1439"/>
          </w:tcPr>
          <w:p>
            <w:pPr>
              <w:spacing w:after="20" w:before="20"/>
            </w:pPr>
            <w:r/>
            <w:r>
              <w:rPr>
                <w:rFonts w:ascii="Times New Roman" w:hAnsi="Times New Roman" w:eastAsia="宋体"/>
                <w:b w:val="0"/>
                <w:sz w:val="21"/>
              </w:rPr>
              <w:t>王思予</w:t>
            </w:r>
          </w:p>
        </w:tc>
        <w:tc>
          <w:tcPr>
            <w:tcW w:type="dxa" w:w="1439"/>
          </w:tcPr>
          <w:p>
            <w:pPr>
              <w:spacing w:after="20" w:before="20"/>
            </w:pPr>
            <w:r/>
            <w:r>
              <w:rPr>
                <w:rFonts w:ascii="Times New Roman" w:hAnsi="Times New Roman" w:eastAsia="宋体"/>
                <w:b w:val="0"/>
                <w:sz w:val="21"/>
              </w:rPr>
              <w:t>102125102120096</w:t>
            </w:r>
          </w:p>
        </w:tc>
        <w:tc>
          <w:tcPr>
            <w:tcW w:type="dxa" w:w="1439"/>
          </w:tcPr>
          <w:p>
            <w:pPr>
              <w:spacing w:after="20" w:before="20"/>
            </w:pPr>
            <w:r/>
            <w:r>
              <w:rPr>
                <w:rFonts w:ascii="Times New Roman" w:hAnsi="Times New Roman" w:eastAsia="宋体"/>
                <w:b w:val="0"/>
                <w:sz w:val="21"/>
              </w:rPr>
              <w:t>生命科学学院</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97</w:t>
            </w:r>
          </w:p>
        </w:tc>
        <w:tc>
          <w:tcPr>
            <w:tcW w:type="dxa" w:w="1439"/>
          </w:tcPr>
          <w:p>
            <w:pPr>
              <w:spacing w:after="20" w:before="20"/>
            </w:pPr>
            <w:r/>
            <w:r>
              <w:rPr>
                <w:rFonts w:ascii="Times New Roman" w:hAnsi="Times New Roman" w:eastAsia="宋体"/>
                <w:b w:val="0"/>
                <w:sz w:val="21"/>
              </w:rPr>
              <w:t>明熙雅</w:t>
            </w:r>
          </w:p>
        </w:tc>
        <w:tc>
          <w:tcPr>
            <w:tcW w:type="dxa" w:w="1439"/>
          </w:tcPr>
          <w:p>
            <w:pPr>
              <w:spacing w:after="20" w:before="20"/>
            </w:pPr>
            <w:r/>
            <w:r>
              <w:rPr>
                <w:rFonts w:ascii="Times New Roman" w:hAnsi="Times New Roman" w:eastAsia="宋体"/>
                <w:b w:val="0"/>
                <w:sz w:val="21"/>
              </w:rPr>
              <w:t>102125102120097</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物理电子学</w:t>
            </w:r>
          </w:p>
        </w:tc>
        <w:tc>
          <w:tcPr>
            <w:tcW w:type="dxa" w:w="1439"/>
          </w:tcPr>
          <w:p>
            <w:pPr>
              <w:spacing w:after="20" w:before="20"/>
            </w:pPr>
            <w:r/>
            <w:r>
              <w:rPr>
                <w:rFonts w:ascii="Times New Roman" w:hAnsi="Times New Roman" w:eastAsia="宋体"/>
                <w:b w:val="0"/>
                <w:sz w:val="21"/>
              </w:rPr>
              <w:t>83.9</w:t>
            </w:r>
          </w:p>
        </w:tc>
      </w:tr>
      <w:tr>
        <w:tc>
          <w:tcPr>
            <w:tcW w:type="dxa" w:w="1439"/>
          </w:tcPr>
          <w:p>
            <w:pPr>
              <w:spacing w:after="20" w:before="20"/>
            </w:pPr>
            <w:r/>
            <w:r>
              <w:rPr>
                <w:rFonts w:ascii="Times New Roman" w:hAnsi="Times New Roman" w:eastAsia="宋体"/>
                <w:b w:val="0"/>
                <w:sz w:val="21"/>
              </w:rPr>
              <w:t>98</w:t>
            </w:r>
          </w:p>
        </w:tc>
        <w:tc>
          <w:tcPr>
            <w:tcW w:type="dxa" w:w="1439"/>
          </w:tcPr>
          <w:p>
            <w:pPr>
              <w:spacing w:after="20" w:before="20"/>
            </w:pPr>
            <w:r/>
            <w:r>
              <w:rPr>
                <w:rFonts w:ascii="Times New Roman" w:hAnsi="Times New Roman" w:eastAsia="宋体"/>
                <w:b w:val="0"/>
                <w:sz w:val="21"/>
              </w:rPr>
              <w:t>唐梦</w:t>
            </w:r>
          </w:p>
        </w:tc>
        <w:tc>
          <w:tcPr>
            <w:tcW w:type="dxa" w:w="1439"/>
          </w:tcPr>
          <w:p>
            <w:pPr>
              <w:spacing w:after="20" w:before="20"/>
            </w:pPr>
            <w:r/>
            <w:r>
              <w:rPr>
                <w:rFonts w:ascii="Times New Roman" w:hAnsi="Times New Roman" w:eastAsia="宋体"/>
                <w:b w:val="0"/>
                <w:sz w:val="21"/>
              </w:rPr>
              <w:t>102125102120098</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微电子学与固体电子学</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99</w:t>
            </w:r>
          </w:p>
        </w:tc>
        <w:tc>
          <w:tcPr>
            <w:tcW w:type="dxa" w:w="1439"/>
          </w:tcPr>
          <w:p>
            <w:pPr>
              <w:spacing w:after="20" w:before="20"/>
            </w:pPr>
            <w:r/>
            <w:r>
              <w:rPr>
                <w:rFonts w:ascii="Times New Roman" w:hAnsi="Times New Roman" w:eastAsia="宋体"/>
                <w:b w:val="0"/>
                <w:sz w:val="21"/>
              </w:rPr>
              <w:t>尉浩泽</w:t>
            </w:r>
          </w:p>
        </w:tc>
        <w:tc>
          <w:tcPr>
            <w:tcW w:type="dxa" w:w="1439"/>
          </w:tcPr>
          <w:p>
            <w:pPr>
              <w:spacing w:after="20" w:before="20"/>
            </w:pPr>
            <w:r/>
            <w:r>
              <w:rPr>
                <w:rFonts w:ascii="Times New Roman" w:hAnsi="Times New Roman" w:eastAsia="宋体"/>
                <w:b w:val="0"/>
                <w:sz w:val="21"/>
              </w:rPr>
              <w:t>102125102120099</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微电子学与固体电子学</w:t>
            </w:r>
          </w:p>
        </w:tc>
        <w:tc>
          <w:tcPr>
            <w:tcW w:type="dxa" w:w="1439"/>
          </w:tcPr>
          <w:p>
            <w:pPr>
              <w:spacing w:after="20" w:before="20"/>
            </w:pPr>
            <w:r/>
            <w:r>
              <w:rPr>
                <w:rFonts w:ascii="Times New Roman" w:hAnsi="Times New Roman" w:eastAsia="宋体"/>
                <w:b w:val="0"/>
                <w:sz w:val="21"/>
              </w:rPr>
              <w:t>82.4</w:t>
            </w:r>
          </w:p>
        </w:tc>
      </w:tr>
      <w:tr>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刘宇航</w:t>
            </w:r>
          </w:p>
        </w:tc>
        <w:tc>
          <w:tcPr>
            <w:tcW w:type="dxa" w:w="1439"/>
          </w:tcPr>
          <w:p>
            <w:pPr>
              <w:spacing w:after="20" w:before="20"/>
            </w:pPr>
            <w:r/>
            <w:r>
              <w:rPr>
                <w:rFonts w:ascii="Times New Roman" w:hAnsi="Times New Roman" w:eastAsia="宋体"/>
                <w:b w:val="0"/>
                <w:sz w:val="21"/>
              </w:rPr>
              <w:t>102125102120100</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微电子学与固体电子学</w:t>
            </w:r>
          </w:p>
        </w:tc>
        <w:tc>
          <w:tcPr>
            <w:tcW w:type="dxa" w:w="1439"/>
          </w:tcPr>
          <w:p>
            <w:pPr>
              <w:spacing w:after="20" w:before="20"/>
            </w:pPr>
            <w:r/>
            <w:r>
              <w:rPr>
                <w:rFonts w:ascii="Times New Roman" w:hAnsi="Times New Roman" w:eastAsia="宋体"/>
                <w:b w:val="0"/>
                <w:sz w:val="21"/>
              </w:rPr>
              <w:t>81.5</w:t>
            </w:r>
          </w:p>
        </w:tc>
      </w:tr>
      <w:tr>
        <w:tc>
          <w:tcPr>
            <w:tcW w:type="dxa" w:w="1439"/>
          </w:tcPr>
          <w:p>
            <w:pPr>
              <w:spacing w:after="20" w:before="20"/>
            </w:pPr>
            <w:r/>
            <w:r>
              <w:rPr>
                <w:rFonts w:ascii="Times New Roman" w:hAnsi="Times New Roman" w:eastAsia="宋体"/>
                <w:b w:val="0"/>
                <w:sz w:val="21"/>
              </w:rPr>
              <w:t>101</w:t>
            </w:r>
          </w:p>
        </w:tc>
        <w:tc>
          <w:tcPr>
            <w:tcW w:type="dxa" w:w="1439"/>
          </w:tcPr>
          <w:p>
            <w:pPr>
              <w:spacing w:after="20" w:before="20"/>
            </w:pPr>
            <w:r/>
            <w:r>
              <w:rPr>
                <w:rFonts w:ascii="Times New Roman" w:hAnsi="Times New Roman" w:eastAsia="宋体"/>
                <w:b w:val="0"/>
                <w:sz w:val="21"/>
              </w:rPr>
              <w:t>郑威</w:t>
            </w:r>
          </w:p>
        </w:tc>
        <w:tc>
          <w:tcPr>
            <w:tcW w:type="dxa" w:w="1439"/>
          </w:tcPr>
          <w:p>
            <w:pPr>
              <w:spacing w:after="20" w:before="20"/>
            </w:pPr>
            <w:r/>
            <w:r>
              <w:rPr>
                <w:rFonts w:ascii="Times New Roman" w:hAnsi="Times New Roman" w:eastAsia="宋体"/>
                <w:b w:val="0"/>
                <w:sz w:val="21"/>
              </w:rPr>
              <w:t>102125102120101</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微电子学与固体电子学</w:t>
            </w:r>
          </w:p>
        </w:tc>
        <w:tc>
          <w:tcPr>
            <w:tcW w:type="dxa" w:w="1439"/>
          </w:tcPr>
          <w:p>
            <w:pPr>
              <w:spacing w:after="20" w:before="20"/>
            </w:pPr>
            <w:r/>
            <w:r>
              <w:rPr>
                <w:rFonts w:ascii="Times New Roman" w:hAnsi="Times New Roman" w:eastAsia="宋体"/>
                <w:b w:val="0"/>
                <w:sz w:val="21"/>
              </w:rPr>
              <w:t>75.7</w:t>
            </w:r>
          </w:p>
        </w:tc>
      </w:tr>
      <w:tr>
        <w:tc>
          <w:tcPr>
            <w:tcW w:type="dxa" w:w="1439"/>
          </w:tcPr>
          <w:p>
            <w:pPr>
              <w:spacing w:after="20" w:before="20"/>
            </w:pPr>
            <w:r/>
            <w:r>
              <w:rPr>
                <w:rFonts w:ascii="Times New Roman" w:hAnsi="Times New Roman" w:eastAsia="宋体"/>
                <w:b w:val="0"/>
                <w:sz w:val="21"/>
              </w:rPr>
              <w:t>102</w:t>
            </w:r>
          </w:p>
        </w:tc>
        <w:tc>
          <w:tcPr>
            <w:tcW w:type="dxa" w:w="1439"/>
          </w:tcPr>
          <w:p>
            <w:pPr>
              <w:spacing w:after="20" w:before="20"/>
            </w:pPr>
            <w:r/>
            <w:r>
              <w:rPr>
                <w:rFonts w:ascii="Times New Roman" w:hAnsi="Times New Roman" w:eastAsia="宋体"/>
                <w:b w:val="0"/>
                <w:sz w:val="21"/>
              </w:rPr>
              <w:t>朱艺婷</w:t>
            </w:r>
          </w:p>
        </w:tc>
        <w:tc>
          <w:tcPr>
            <w:tcW w:type="dxa" w:w="1439"/>
          </w:tcPr>
          <w:p>
            <w:pPr>
              <w:spacing w:after="20" w:before="20"/>
            </w:pPr>
            <w:r/>
            <w:r>
              <w:rPr>
                <w:rFonts w:ascii="Times New Roman" w:hAnsi="Times New Roman" w:eastAsia="宋体"/>
                <w:b w:val="0"/>
                <w:sz w:val="21"/>
              </w:rPr>
              <w:t>102125102120102</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信息与通信工程</w:t>
            </w:r>
          </w:p>
        </w:tc>
        <w:tc>
          <w:tcPr>
            <w:tcW w:type="dxa" w:w="1439"/>
          </w:tcPr>
          <w:p>
            <w:pPr>
              <w:spacing w:after="20" w:before="20"/>
            </w:pPr>
            <w:r/>
            <w:r>
              <w:rPr>
                <w:rFonts w:ascii="Times New Roman" w:hAnsi="Times New Roman" w:eastAsia="宋体"/>
                <w:b w:val="0"/>
                <w:sz w:val="21"/>
              </w:rPr>
              <w:t>92.3</w:t>
            </w:r>
          </w:p>
        </w:tc>
      </w:tr>
      <w:tr>
        <w:tc>
          <w:tcPr>
            <w:tcW w:type="dxa" w:w="1439"/>
          </w:tcPr>
          <w:p>
            <w:pPr>
              <w:spacing w:after="20" w:before="20"/>
            </w:pPr>
            <w:r/>
            <w:r>
              <w:rPr>
                <w:rFonts w:ascii="Times New Roman" w:hAnsi="Times New Roman" w:eastAsia="宋体"/>
                <w:b w:val="0"/>
                <w:sz w:val="21"/>
              </w:rPr>
              <w:t>103</w:t>
            </w:r>
          </w:p>
        </w:tc>
        <w:tc>
          <w:tcPr>
            <w:tcW w:type="dxa" w:w="1439"/>
          </w:tcPr>
          <w:p>
            <w:pPr>
              <w:spacing w:after="20" w:before="20"/>
            </w:pPr>
            <w:r/>
            <w:r>
              <w:rPr>
                <w:rFonts w:ascii="Times New Roman" w:hAnsi="Times New Roman" w:eastAsia="宋体"/>
                <w:b w:val="0"/>
                <w:sz w:val="21"/>
              </w:rPr>
              <w:t>张远哲</w:t>
            </w:r>
          </w:p>
        </w:tc>
        <w:tc>
          <w:tcPr>
            <w:tcW w:type="dxa" w:w="1439"/>
          </w:tcPr>
          <w:p>
            <w:pPr>
              <w:spacing w:after="20" w:before="20"/>
            </w:pPr>
            <w:r/>
            <w:r>
              <w:rPr>
                <w:rFonts w:ascii="Times New Roman" w:hAnsi="Times New Roman" w:eastAsia="宋体"/>
                <w:b w:val="0"/>
                <w:sz w:val="21"/>
              </w:rPr>
              <w:t>102125102120103</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信息与通信工程</w:t>
            </w:r>
          </w:p>
        </w:tc>
        <w:tc>
          <w:tcPr>
            <w:tcW w:type="dxa" w:w="1439"/>
          </w:tcPr>
          <w:p>
            <w:pPr>
              <w:spacing w:after="20" w:before="20"/>
            </w:pPr>
            <w:r/>
            <w:r>
              <w:rPr>
                <w:rFonts w:ascii="Times New Roman" w:hAnsi="Times New Roman" w:eastAsia="宋体"/>
                <w:b w:val="0"/>
                <w:sz w:val="21"/>
              </w:rPr>
              <w:t>89.3</w:t>
            </w:r>
          </w:p>
        </w:tc>
      </w:tr>
      <w:tr>
        <w:tc>
          <w:tcPr>
            <w:tcW w:type="dxa" w:w="1439"/>
          </w:tcPr>
          <w:p>
            <w:pPr>
              <w:spacing w:after="20" w:before="20"/>
            </w:pPr>
            <w:r/>
            <w:r>
              <w:rPr>
                <w:rFonts w:ascii="Times New Roman" w:hAnsi="Times New Roman" w:eastAsia="宋体"/>
                <w:b w:val="0"/>
                <w:sz w:val="21"/>
              </w:rPr>
              <w:t>104</w:t>
            </w:r>
          </w:p>
        </w:tc>
        <w:tc>
          <w:tcPr>
            <w:tcW w:type="dxa" w:w="1439"/>
          </w:tcPr>
          <w:p>
            <w:pPr>
              <w:spacing w:after="20" w:before="20"/>
            </w:pPr>
            <w:r/>
            <w:r>
              <w:rPr>
                <w:rFonts w:ascii="Times New Roman" w:hAnsi="Times New Roman" w:eastAsia="宋体"/>
                <w:b w:val="0"/>
                <w:sz w:val="21"/>
              </w:rPr>
              <w:t>夏可新</w:t>
            </w:r>
          </w:p>
        </w:tc>
        <w:tc>
          <w:tcPr>
            <w:tcW w:type="dxa" w:w="1439"/>
          </w:tcPr>
          <w:p>
            <w:pPr>
              <w:spacing w:after="20" w:before="20"/>
            </w:pPr>
            <w:r/>
            <w:r>
              <w:rPr>
                <w:rFonts w:ascii="Times New Roman" w:hAnsi="Times New Roman" w:eastAsia="宋体"/>
                <w:b w:val="0"/>
                <w:sz w:val="21"/>
              </w:rPr>
              <w:t>102125102120104</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信息与通信工程</w:t>
            </w:r>
          </w:p>
        </w:tc>
        <w:tc>
          <w:tcPr>
            <w:tcW w:type="dxa" w:w="1439"/>
          </w:tcPr>
          <w:p>
            <w:pPr>
              <w:spacing w:after="20" w:before="20"/>
            </w:pPr>
            <w:r/>
            <w:r>
              <w:rPr>
                <w:rFonts w:ascii="Times New Roman" w:hAnsi="Times New Roman" w:eastAsia="宋体"/>
                <w:b w:val="0"/>
                <w:sz w:val="21"/>
              </w:rPr>
              <w:t>87.5</w:t>
            </w:r>
          </w:p>
        </w:tc>
      </w:tr>
      <w:tr>
        <w:tc>
          <w:tcPr>
            <w:tcW w:type="dxa" w:w="1439"/>
          </w:tcPr>
          <w:p>
            <w:pPr>
              <w:spacing w:after="20" w:before="20"/>
            </w:pPr>
            <w:r/>
            <w:r>
              <w:rPr>
                <w:rFonts w:ascii="Times New Roman" w:hAnsi="Times New Roman" w:eastAsia="宋体"/>
                <w:b w:val="0"/>
                <w:sz w:val="21"/>
              </w:rPr>
              <w:t>105</w:t>
            </w:r>
          </w:p>
        </w:tc>
        <w:tc>
          <w:tcPr>
            <w:tcW w:type="dxa" w:w="1439"/>
          </w:tcPr>
          <w:p>
            <w:pPr>
              <w:spacing w:after="20" w:before="20"/>
            </w:pPr>
            <w:r/>
            <w:r>
              <w:rPr>
                <w:rFonts w:ascii="Times New Roman" w:hAnsi="Times New Roman" w:eastAsia="宋体"/>
                <w:b w:val="0"/>
                <w:sz w:val="21"/>
              </w:rPr>
              <w:t>陈珂玎</w:t>
            </w:r>
          </w:p>
        </w:tc>
        <w:tc>
          <w:tcPr>
            <w:tcW w:type="dxa" w:w="1439"/>
          </w:tcPr>
          <w:p>
            <w:pPr>
              <w:spacing w:after="20" w:before="20"/>
            </w:pPr>
            <w:r/>
            <w:r>
              <w:rPr>
                <w:rFonts w:ascii="Times New Roman" w:hAnsi="Times New Roman" w:eastAsia="宋体"/>
                <w:b w:val="0"/>
                <w:sz w:val="21"/>
              </w:rPr>
              <w:t>102125102120105</w:t>
            </w:r>
          </w:p>
        </w:tc>
        <w:tc>
          <w:tcPr>
            <w:tcW w:type="dxa" w:w="1439"/>
          </w:tcPr>
          <w:p>
            <w:pPr>
              <w:spacing w:after="20" w:before="20"/>
            </w:pPr>
            <w:r/>
            <w:r>
              <w:rPr>
                <w:rFonts w:ascii="Times New Roman" w:hAnsi="Times New Roman" w:eastAsia="宋体"/>
                <w:b w:val="0"/>
                <w:sz w:val="21"/>
              </w:rPr>
              <w:t>电子工程学院</w:t>
            </w:r>
          </w:p>
        </w:tc>
        <w:tc>
          <w:tcPr>
            <w:tcW w:type="dxa" w:w="1439"/>
          </w:tcPr>
          <w:p>
            <w:pPr>
              <w:spacing w:after="20" w:before="20"/>
            </w:pPr>
            <w:r/>
            <w:r>
              <w:rPr>
                <w:rFonts w:ascii="Times New Roman" w:hAnsi="Times New Roman" w:eastAsia="宋体"/>
                <w:b w:val="0"/>
                <w:sz w:val="21"/>
              </w:rPr>
              <w:t>控制科学与工程</w:t>
            </w:r>
          </w:p>
        </w:tc>
        <w:tc>
          <w:tcPr>
            <w:tcW w:type="dxa" w:w="1439"/>
          </w:tcPr>
          <w:p>
            <w:pPr>
              <w:spacing w:after="20" w:before="20"/>
            </w:pPr>
            <w:r/>
            <w:r>
              <w:rPr>
                <w:rFonts w:ascii="Times New Roman" w:hAnsi="Times New Roman" w:eastAsia="宋体"/>
                <w:b w:val="0"/>
                <w:sz w:val="21"/>
              </w:rPr>
              <w:t>85.0</w:t>
            </w:r>
          </w:p>
        </w:tc>
      </w:tr>
      <w:tr>
        <w:tc>
          <w:tcPr>
            <w:tcW w:type="dxa" w:w="1439"/>
          </w:tcPr>
          <w:p>
            <w:pPr>
              <w:spacing w:after="20" w:before="20"/>
            </w:pPr>
            <w:r/>
            <w:r>
              <w:rPr>
                <w:rFonts w:ascii="Times New Roman" w:hAnsi="Times New Roman" w:eastAsia="宋体"/>
                <w:b w:val="0"/>
                <w:sz w:val="21"/>
              </w:rPr>
              <w:t>106</w:t>
            </w:r>
          </w:p>
        </w:tc>
        <w:tc>
          <w:tcPr>
            <w:tcW w:type="dxa" w:w="1439"/>
          </w:tcPr>
          <w:p>
            <w:pPr>
              <w:spacing w:after="20" w:before="20"/>
            </w:pPr>
            <w:r/>
            <w:r>
              <w:rPr>
                <w:rFonts w:ascii="Times New Roman" w:hAnsi="Times New Roman" w:eastAsia="宋体"/>
                <w:b w:val="0"/>
                <w:sz w:val="21"/>
              </w:rPr>
              <w:t>李婧</w:t>
            </w:r>
          </w:p>
        </w:tc>
        <w:tc>
          <w:tcPr>
            <w:tcW w:type="dxa" w:w="1439"/>
          </w:tcPr>
          <w:p>
            <w:pPr>
              <w:spacing w:after="20" w:before="20"/>
            </w:pPr>
            <w:r/>
            <w:r>
              <w:rPr>
                <w:rFonts w:ascii="Times New Roman" w:hAnsi="Times New Roman" w:eastAsia="宋体"/>
                <w:b w:val="0"/>
                <w:sz w:val="21"/>
              </w:rPr>
              <w:t>102125102120106</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92.1</w:t>
            </w:r>
          </w:p>
        </w:tc>
      </w:tr>
      <w:tr>
        <w:tc>
          <w:tcPr>
            <w:tcW w:type="dxa" w:w="1439"/>
          </w:tcPr>
          <w:p>
            <w:pPr>
              <w:spacing w:after="20" w:before="20"/>
            </w:pPr>
            <w:r/>
            <w:r>
              <w:rPr>
                <w:rFonts w:ascii="Times New Roman" w:hAnsi="Times New Roman" w:eastAsia="宋体"/>
                <w:b w:val="0"/>
                <w:sz w:val="21"/>
              </w:rPr>
              <w:t>107</w:t>
            </w:r>
          </w:p>
        </w:tc>
        <w:tc>
          <w:tcPr>
            <w:tcW w:type="dxa" w:w="1439"/>
          </w:tcPr>
          <w:p>
            <w:pPr>
              <w:spacing w:after="20" w:before="20"/>
            </w:pPr>
            <w:r/>
            <w:r>
              <w:rPr>
                <w:rFonts w:ascii="Times New Roman" w:hAnsi="Times New Roman" w:eastAsia="宋体"/>
                <w:b w:val="0"/>
                <w:sz w:val="21"/>
              </w:rPr>
              <w:t>沈航</w:t>
            </w:r>
          </w:p>
        </w:tc>
        <w:tc>
          <w:tcPr>
            <w:tcW w:type="dxa" w:w="1439"/>
          </w:tcPr>
          <w:p>
            <w:pPr>
              <w:spacing w:after="20" w:before="20"/>
            </w:pPr>
            <w:r/>
            <w:r>
              <w:rPr>
                <w:rFonts w:ascii="Times New Roman" w:hAnsi="Times New Roman" w:eastAsia="宋体"/>
                <w:b w:val="0"/>
                <w:sz w:val="21"/>
              </w:rPr>
              <w:t>102125102120107</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89.9</w:t>
            </w:r>
          </w:p>
        </w:tc>
      </w:tr>
      <w:tr>
        <w:tc>
          <w:tcPr>
            <w:tcW w:type="dxa" w:w="1439"/>
          </w:tcPr>
          <w:p>
            <w:pPr>
              <w:spacing w:after="20" w:before="20"/>
            </w:pPr>
            <w:r/>
            <w:r>
              <w:rPr>
                <w:rFonts w:ascii="Times New Roman" w:hAnsi="Times New Roman" w:eastAsia="宋体"/>
                <w:b w:val="0"/>
                <w:sz w:val="21"/>
              </w:rPr>
              <w:t>108</w:t>
            </w:r>
          </w:p>
        </w:tc>
        <w:tc>
          <w:tcPr>
            <w:tcW w:type="dxa" w:w="1439"/>
          </w:tcPr>
          <w:p>
            <w:pPr>
              <w:spacing w:after="20" w:before="20"/>
            </w:pPr>
            <w:r/>
            <w:r>
              <w:rPr>
                <w:rFonts w:ascii="Times New Roman" w:hAnsi="Times New Roman" w:eastAsia="宋体"/>
                <w:b w:val="0"/>
                <w:sz w:val="21"/>
              </w:rPr>
              <w:t>杨钧博</w:t>
            </w:r>
          </w:p>
        </w:tc>
        <w:tc>
          <w:tcPr>
            <w:tcW w:type="dxa" w:w="1439"/>
          </w:tcPr>
          <w:p>
            <w:pPr>
              <w:spacing w:after="20" w:before="20"/>
            </w:pPr>
            <w:r/>
            <w:r>
              <w:rPr>
                <w:rFonts w:ascii="Times New Roman" w:hAnsi="Times New Roman" w:eastAsia="宋体"/>
                <w:b w:val="0"/>
                <w:sz w:val="21"/>
              </w:rPr>
              <w:t>102125102120108</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87.4</w:t>
            </w:r>
          </w:p>
        </w:tc>
      </w:tr>
      <w:tr>
        <w:tc>
          <w:tcPr>
            <w:tcW w:type="dxa" w:w="1439"/>
          </w:tcPr>
          <w:p>
            <w:pPr>
              <w:spacing w:after="20" w:before="20"/>
            </w:pPr>
            <w:r/>
            <w:r>
              <w:rPr>
                <w:rFonts w:ascii="Times New Roman" w:hAnsi="Times New Roman" w:eastAsia="宋体"/>
                <w:b w:val="0"/>
                <w:sz w:val="21"/>
              </w:rPr>
              <w:t>109</w:t>
            </w:r>
          </w:p>
        </w:tc>
        <w:tc>
          <w:tcPr>
            <w:tcW w:type="dxa" w:w="1439"/>
          </w:tcPr>
          <w:p>
            <w:pPr>
              <w:spacing w:after="20" w:before="20"/>
            </w:pPr>
            <w:r/>
            <w:r>
              <w:rPr>
                <w:rFonts w:ascii="Times New Roman" w:hAnsi="Times New Roman" w:eastAsia="宋体"/>
                <w:b w:val="0"/>
                <w:sz w:val="21"/>
              </w:rPr>
              <w:t>朱智平</w:t>
            </w:r>
          </w:p>
        </w:tc>
        <w:tc>
          <w:tcPr>
            <w:tcW w:type="dxa" w:w="1439"/>
          </w:tcPr>
          <w:p>
            <w:pPr>
              <w:spacing w:after="20" w:before="20"/>
            </w:pPr>
            <w:r/>
            <w:r>
              <w:rPr>
                <w:rFonts w:ascii="Times New Roman" w:hAnsi="Times New Roman" w:eastAsia="宋体"/>
                <w:b w:val="0"/>
                <w:sz w:val="21"/>
              </w:rPr>
              <w:t>102125102120109</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85.8</w:t>
            </w:r>
          </w:p>
        </w:tc>
      </w:tr>
      <w:tr>
        <w:tc>
          <w:tcPr>
            <w:tcW w:type="dxa" w:w="1439"/>
          </w:tcPr>
          <w:p>
            <w:pPr>
              <w:spacing w:after="20" w:before="20"/>
            </w:pPr>
            <w:r/>
            <w:r>
              <w:rPr>
                <w:rFonts w:ascii="Times New Roman" w:hAnsi="Times New Roman" w:eastAsia="宋体"/>
                <w:b w:val="0"/>
                <w:sz w:val="21"/>
              </w:rPr>
              <w:t>110</w:t>
            </w:r>
          </w:p>
        </w:tc>
        <w:tc>
          <w:tcPr>
            <w:tcW w:type="dxa" w:w="1439"/>
          </w:tcPr>
          <w:p>
            <w:pPr>
              <w:spacing w:after="20" w:before="20"/>
            </w:pPr>
            <w:r/>
            <w:r>
              <w:rPr>
                <w:rFonts w:ascii="Times New Roman" w:hAnsi="Times New Roman" w:eastAsia="宋体"/>
                <w:b w:val="0"/>
                <w:sz w:val="21"/>
              </w:rPr>
              <w:t>赵家艺</w:t>
            </w:r>
          </w:p>
        </w:tc>
        <w:tc>
          <w:tcPr>
            <w:tcW w:type="dxa" w:w="1439"/>
          </w:tcPr>
          <w:p>
            <w:pPr>
              <w:spacing w:after="20" w:before="20"/>
            </w:pPr>
            <w:r/>
            <w:r>
              <w:rPr>
                <w:rFonts w:ascii="Times New Roman" w:hAnsi="Times New Roman" w:eastAsia="宋体"/>
                <w:b w:val="0"/>
                <w:sz w:val="21"/>
              </w:rPr>
              <w:t>102125102120110</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85.6</w:t>
            </w:r>
          </w:p>
        </w:tc>
      </w:tr>
      <w:tr>
        <w:tc>
          <w:tcPr>
            <w:tcW w:type="dxa" w:w="1439"/>
          </w:tcPr>
          <w:p>
            <w:pPr>
              <w:spacing w:after="20" w:before="20"/>
            </w:pPr>
            <w:r/>
            <w:r>
              <w:rPr>
                <w:rFonts w:ascii="Times New Roman" w:hAnsi="Times New Roman" w:eastAsia="宋体"/>
                <w:b w:val="0"/>
                <w:sz w:val="21"/>
              </w:rPr>
              <w:t>111</w:t>
            </w:r>
          </w:p>
        </w:tc>
        <w:tc>
          <w:tcPr>
            <w:tcW w:type="dxa" w:w="1439"/>
          </w:tcPr>
          <w:p>
            <w:pPr>
              <w:spacing w:after="20" w:before="20"/>
            </w:pPr>
            <w:r/>
            <w:r>
              <w:rPr>
                <w:rFonts w:ascii="Times New Roman" w:hAnsi="Times New Roman" w:eastAsia="宋体"/>
                <w:b w:val="0"/>
                <w:sz w:val="21"/>
              </w:rPr>
              <w:t>郑秀文</w:t>
            </w:r>
          </w:p>
        </w:tc>
        <w:tc>
          <w:tcPr>
            <w:tcW w:type="dxa" w:w="1439"/>
          </w:tcPr>
          <w:p>
            <w:pPr>
              <w:spacing w:after="20" w:before="20"/>
            </w:pPr>
            <w:r/>
            <w:r>
              <w:rPr>
                <w:rFonts w:ascii="Times New Roman" w:hAnsi="Times New Roman" w:eastAsia="宋体"/>
                <w:b w:val="0"/>
                <w:sz w:val="21"/>
              </w:rPr>
              <w:t>102125102120111</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85.1</w:t>
            </w:r>
          </w:p>
        </w:tc>
      </w:tr>
      <w:tr>
        <w:tc>
          <w:tcPr>
            <w:tcW w:type="dxa" w:w="1439"/>
          </w:tcPr>
          <w:p>
            <w:pPr>
              <w:spacing w:after="20" w:before="20"/>
            </w:pPr>
            <w:r/>
            <w:r>
              <w:rPr>
                <w:rFonts w:ascii="Times New Roman" w:hAnsi="Times New Roman" w:eastAsia="宋体"/>
                <w:b w:val="0"/>
                <w:sz w:val="21"/>
              </w:rPr>
              <w:t>112</w:t>
            </w:r>
          </w:p>
        </w:tc>
        <w:tc>
          <w:tcPr>
            <w:tcW w:type="dxa" w:w="1439"/>
          </w:tcPr>
          <w:p>
            <w:pPr>
              <w:spacing w:after="20" w:before="20"/>
            </w:pPr>
            <w:r/>
            <w:r>
              <w:rPr>
                <w:rFonts w:ascii="Times New Roman" w:hAnsi="Times New Roman" w:eastAsia="宋体"/>
                <w:b w:val="0"/>
                <w:sz w:val="21"/>
              </w:rPr>
              <w:t>赵芯悦</w:t>
            </w:r>
          </w:p>
        </w:tc>
        <w:tc>
          <w:tcPr>
            <w:tcW w:type="dxa" w:w="1439"/>
          </w:tcPr>
          <w:p>
            <w:pPr>
              <w:spacing w:after="20" w:before="20"/>
            </w:pPr>
            <w:r/>
            <w:r>
              <w:rPr>
                <w:rFonts w:ascii="Times New Roman" w:hAnsi="Times New Roman" w:eastAsia="宋体"/>
                <w:b w:val="0"/>
                <w:sz w:val="21"/>
              </w:rPr>
              <w:t>102125102120112</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83.3</w:t>
            </w:r>
          </w:p>
        </w:tc>
      </w:tr>
      <w:tr>
        <w:tc>
          <w:tcPr>
            <w:tcW w:type="dxa" w:w="1439"/>
          </w:tcPr>
          <w:p>
            <w:pPr>
              <w:spacing w:after="20" w:before="20"/>
            </w:pPr>
            <w:r/>
            <w:r>
              <w:rPr>
                <w:rFonts w:ascii="Times New Roman" w:hAnsi="Times New Roman" w:eastAsia="宋体"/>
                <w:b w:val="0"/>
                <w:sz w:val="21"/>
              </w:rPr>
              <w:t>113</w:t>
            </w:r>
          </w:p>
        </w:tc>
        <w:tc>
          <w:tcPr>
            <w:tcW w:type="dxa" w:w="1439"/>
          </w:tcPr>
          <w:p>
            <w:pPr>
              <w:spacing w:after="20" w:before="20"/>
            </w:pPr>
            <w:r/>
            <w:r>
              <w:rPr>
                <w:rFonts w:ascii="Times New Roman" w:hAnsi="Times New Roman" w:eastAsia="宋体"/>
                <w:b w:val="0"/>
                <w:sz w:val="21"/>
              </w:rPr>
              <w:t>张佳怡</w:t>
            </w:r>
          </w:p>
        </w:tc>
        <w:tc>
          <w:tcPr>
            <w:tcW w:type="dxa" w:w="1439"/>
          </w:tcPr>
          <w:p>
            <w:pPr>
              <w:spacing w:after="20" w:before="20"/>
            </w:pPr>
            <w:r/>
            <w:r>
              <w:rPr>
                <w:rFonts w:ascii="Times New Roman" w:hAnsi="Times New Roman" w:eastAsia="宋体"/>
                <w:b w:val="0"/>
                <w:sz w:val="21"/>
              </w:rPr>
              <w:t>102125102120113</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植物保护</w:t>
            </w:r>
          </w:p>
        </w:tc>
        <w:tc>
          <w:tcPr>
            <w:tcW w:type="dxa" w:w="1439"/>
          </w:tcPr>
          <w:p>
            <w:pPr>
              <w:spacing w:after="20" w:before="20"/>
            </w:pPr>
            <w:r/>
            <w:r>
              <w:rPr>
                <w:rFonts w:ascii="Times New Roman" w:hAnsi="Times New Roman" w:eastAsia="宋体"/>
                <w:b w:val="0"/>
                <w:sz w:val="21"/>
              </w:rPr>
              <w:t>82.3</w:t>
            </w:r>
          </w:p>
        </w:tc>
      </w:tr>
      <w:tr>
        <w:tc>
          <w:tcPr>
            <w:tcW w:type="dxa" w:w="1439"/>
          </w:tcPr>
          <w:p>
            <w:pPr>
              <w:spacing w:after="20" w:before="20"/>
            </w:pPr>
            <w:r/>
            <w:r>
              <w:rPr>
                <w:rFonts w:ascii="Times New Roman" w:hAnsi="Times New Roman" w:eastAsia="宋体"/>
                <w:b w:val="0"/>
                <w:sz w:val="21"/>
              </w:rPr>
              <w:t>114</w:t>
            </w:r>
          </w:p>
        </w:tc>
        <w:tc>
          <w:tcPr>
            <w:tcW w:type="dxa" w:w="1439"/>
          </w:tcPr>
          <w:p>
            <w:pPr>
              <w:spacing w:after="20" w:before="20"/>
            </w:pPr>
            <w:r/>
            <w:r>
              <w:rPr>
                <w:rFonts w:ascii="Times New Roman" w:hAnsi="Times New Roman" w:eastAsia="宋体"/>
                <w:b w:val="0"/>
                <w:sz w:val="21"/>
              </w:rPr>
              <w:t>秦雨虹</w:t>
            </w:r>
          </w:p>
        </w:tc>
        <w:tc>
          <w:tcPr>
            <w:tcW w:type="dxa" w:w="1439"/>
          </w:tcPr>
          <w:p>
            <w:pPr>
              <w:spacing w:after="20" w:before="20"/>
            </w:pPr>
            <w:r/>
            <w:r>
              <w:rPr>
                <w:rFonts w:ascii="Times New Roman" w:hAnsi="Times New Roman" w:eastAsia="宋体"/>
                <w:b w:val="0"/>
                <w:sz w:val="21"/>
              </w:rPr>
              <w:t>102125102120114</w:t>
            </w:r>
          </w:p>
        </w:tc>
        <w:tc>
          <w:tcPr>
            <w:tcW w:type="dxa" w:w="1439"/>
          </w:tcPr>
          <w:p>
            <w:pPr>
              <w:spacing w:after="20" w:before="20"/>
            </w:pPr>
            <w:r/>
            <w:r>
              <w:rPr>
                <w:rFonts w:ascii="Times New Roman" w:hAnsi="Times New Roman" w:eastAsia="宋体"/>
                <w:b w:val="0"/>
                <w:sz w:val="21"/>
              </w:rPr>
              <w:t>现代农业与生态环境学院</w:t>
            </w:r>
          </w:p>
        </w:tc>
        <w:tc>
          <w:tcPr>
            <w:tcW w:type="dxa" w:w="1439"/>
          </w:tcPr>
          <w:p>
            <w:pPr>
              <w:spacing w:after="20" w:before="20"/>
            </w:pPr>
            <w:r/>
            <w:r>
              <w:rPr>
                <w:rFonts w:ascii="Times New Roman" w:hAnsi="Times New Roman" w:eastAsia="宋体"/>
                <w:b w:val="0"/>
                <w:sz w:val="21"/>
              </w:rPr>
              <w:t>资源利用与植物保护</w:t>
            </w:r>
          </w:p>
        </w:tc>
        <w:tc>
          <w:tcPr>
            <w:tcW w:type="dxa" w:w="1439"/>
          </w:tcPr>
          <w:p>
            <w:pPr>
              <w:spacing w:after="20" w:before="20"/>
            </w:pPr>
            <w:r/>
            <w:r>
              <w:rPr>
                <w:rFonts w:ascii="Times New Roman" w:hAnsi="Times New Roman" w:eastAsia="宋体"/>
                <w:b w:val="0"/>
                <w:sz w:val="21"/>
              </w:rPr>
              <w:t>80.3</w:t>
            </w:r>
          </w:p>
        </w:tc>
      </w:tr>
      <w:tr>
        <w:tc>
          <w:tcPr>
            <w:tcW w:type="dxa" w:w="1439"/>
          </w:tcPr>
          <w:p>
            <w:pPr>
              <w:spacing w:after="20" w:before="20"/>
            </w:pPr>
            <w:r/>
            <w:r>
              <w:rPr>
                <w:rFonts w:ascii="Times New Roman" w:hAnsi="Times New Roman" w:eastAsia="宋体"/>
                <w:b w:val="0"/>
                <w:sz w:val="21"/>
              </w:rPr>
              <w:t>115</w:t>
            </w:r>
          </w:p>
        </w:tc>
        <w:tc>
          <w:tcPr>
            <w:tcW w:type="dxa" w:w="1439"/>
          </w:tcPr>
          <w:p>
            <w:pPr>
              <w:spacing w:after="20" w:before="20"/>
            </w:pPr>
            <w:r/>
            <w:r>
              <w:rPr>
                <w:rFonts w:ascii="Times New Roman" w:hAnsi="Times New Roman" w:eastAsia="宋体"/>
                <w:b w:val="0"/>
                <w:sz w:val="21"/>
              </w:rPr>
              <w:t>吴一兵</w:t>
            </w:r>
          </w:p>
        </w:tc>
        <w:tc>
          <w:tcPr>
            <w:tcW w:type="dxa" w:w="1439"/>
          </w:tcPr>
          <w:p>
            <w:pPr>
              <w:spacing w:after="20" w:before="20"/>
            </w:pPr>
            <w:r/>
            <w:r>
              <w:rPr>
                <w:rFonts w:ascii="Times New Roman" w:hAnsi="Times New Roman" w:eastAsia="宋体"/>
                <w:b w:val="0"/>
                <w:sz w:val="21"/>
              </w:rPr>
              <w:t>102125102120115</w:t>
            </w:r>
          </w:p>
        </w:tc>
        <w:tc>
          <w:tcPr>
            <w:tcW w:type="dxa" w:w="1439"/>
          </w:tcPr>
          <w:p>
            <w:pPr>
              <w:spacing w:after="20" w:before="20"/>
            </w:pPr>
            <w:r/>
            <w:r>
              <w:rPr>
                <w:rFonts w:ascii="Times New Roman" w:hAnsi="Times New Roman" w:eastAsia="宋体"/>
                <w:b w:val="0"/>
                <w:sz w:val="21"/>
              </w:rPr>
              <w:t>信息管理学院</w:t>
            </w:r>
          </w:p>
        </w:tc>
        <w:tc>
          <w:tcPr>
            <w:tcW w:type="dxa" w:w="1439"/>
          </w:tcPr>
          <w:p>
            <w:pPr>
              <w:spacing w:after="20" w:before="20"/>
            </w:pPr>
            <w:r/>
            <w:r>
              <w:rPr>
                <w:rFonts w:ascii="Times New Roman" w:hAnsi="Times New Roman" w:eastAsia="宋体"/>
                <w:b w:val="0"/>
                <w:sz w:val="21"/>
              </w:rPr>
              <w:t>图书馆学</w:t>
            </w:r>
          </w:p>
        </w:tc>
        <w:tc>
          <w:tcPr>
            <w:tcW w:type="dxa" w:w="1439"/>
          </w:tcPr>
          <w:p>
            <w:pPr>
              <w:spacing w:after="20" w:before="20"/>
            </w:pPr>
            <w:r/>
            <w:r>
              <w:rPr>
                <w:rFonts w:ascii="Times New Roman" w:hAnsi="Times New Roman" w:eastAsia="宋体"/>
                <w:b w:val="0"/>
                <w:sz w:val="21"/>
              </w:rPr>
              <w:t>92.6</w:t>
            </w:r>
          </w:p>
        </w:tc>
      </w:tr>
      <w:tr>
        <w:tc>
          <w:tcPr>
            <w:tcW w:type="dxa" w:w="1439"/>
          </w:tcPr>
          <w:p>
            <w:pPr>
              <w:spacing w:after="20" w:before="20"/>
            </w:pPr>
            <w:r/>
            <w:r>
              <w:rPr>
                <w:rFonts w:ascii="Times New Roman" w:hAnsi="Times New Roman" w:eastAsia="宋体"/>
                <w:b w:val="0"/>
                <w:sz w:val="21"/>
              </w:rPr>
              <w:t>116</w:t>
            </w:r>
          </w:p>
        </w:tc>
        <w:tc>
          <w:tcPr>
            <w:tcW w:type="dxa" w:w="1439"/>
          </w:tcPr>
          <w:p>
            <w:pPr>
              <w:spacing w:after="20" w:before="20"/>
            </w:pPr>
            <w:r/>
            <w:r>
              <w:rPr>
                <w:rFonts w:ascii="Times New Roman" w:hAnsi="Times New Roman" w:eastAsia="宋体"/>
                <w:b w:val="0"/>
                <w:sz w:val="21"/>
              </w:rPr>
              <w:t>曲文楚</w:t>
            </w:r>
          </w:p>
        </w:tc>
        <w:tc>
          <w:tcPr>
            <w:tcW w:type="dxa" w:w="1439"/>
          </w:tcPr>
          <w:p>
            <w:pPr>
              <w:spacing w:after="20" w:before="20"/>
            </w:pPr>
            <w:r/>
            <w:r>
              <w:rPr>
                <w:rFonts w:ascii="Times New Roman" w:hAnsi="Times New Roman" w:eastAsia="宋体"/>
                <w:b w:val="0"/>
                <w:sz w:val="21"/>
              </w:rPr>
              <w:t>102125102120116</w:t>
            </w:r>
          </w:p>
        </w:tc>
        <w:tc>
          <w:tcPr>
            <w:tcW w:type="dxa" w:w="1439"/>
          </w:tcPr>
          <w:p>
            <w:pPr>
              <w:spacing w:after="20" w:before="20"/>
            </w:pPr>
            <w:r/>
            <w:r>
              <w:rPr>
                <w:rFonts w:ascii="Times New Roman" w:hAnsi="Times New Roman" w:eastAsia="宋体"/>
                <w:b w:val="0"/>
                <w:sz w:val="21"/>
              </w:rPr>
              <w:t>信息管理学院</w:t>
            </w:r>
          </w:p>
        </w:tc>
        <w:tc>
          <w:tcPr>
            <w:tcW w:type="dxa" w:w="1439"/>
          </w:tcPr>
          <w:p>
            <w:pPr>
              <w:spacing w:after="20" w:before="20"/>
            </w:pPr>
            <w:r/>
            <w:r>
              <w:rPr>
                <w:rFonts w:ascii="Times New Roman" w:hAnsi="Times New Roman" w:eastAsia="宋体"/>
                <w:b w:val="0"/>
                <w:sz w:val="21"/>
              </w:rPr>
              <w:t>档案学</w:t>
            </w:r>
          </w:p>
        </w:tc>
        <w:tc>
          <w:tcPr>
            <w:tcW w:type="dxa" w:w="1439"/>
          </w:tcPr>
          <w:p>
            <w:pPr>
              <w:spacing w:after="20" w:before="20"/>
            </w:pPr>
            <w:r/>
            <w:r>
              <w:rPr>
                <w:rFonts w:ascii="Times New Roman" w:hAnsi="Times New Roman" w:eastAsia="宋体"/>
                <w:b w:val="0"/>
                <w:sz w:val="21"/>
              </w:rPr>
              <w:t>90.0</w:t>
            </w:r>
          </w:p>
        </w:tc>
      </w:tr>
      <w:tr>
        <w:tc>
          <w:tcPr>
            <w:tcW w:type="dxa" w:w="1439"/>
          </w:tcPr>
          <w:p>
            <w:pPr>
              <w:spacing w:after="20" w:before="20"/>
            </w:pPr>
            <w:r/>
            <w:r>
              <w:rPr>
                <w:rFonts w:ascii="Times New Roman" w:hAnsi="Times New Roman" w:eastAsia="宋体"/>
                <w:b w:val="0"/>
                <w:sz w:val="21"/>
              </w:rPr>
              <w:t>117</w:t>
            </w:r>
          </w:p>
        </w:tc>
        <w:tc>
          <w:tcPr>
            <w:tcW w:type="dxa" w:w="1439"/>
          </w:tcPr>
          <w:p>
            <w:pPr>
              <w:spacing w:after="20" w:before="20"/>
            </w:pPr>
            <w:r/>
            <w:r>
              <w:rPr>
                <w:rFonts w:ascii="Times New Roman" w:hAnsi="Times New Roman" w:eastAsia="宋体"/>
                <w:b w:val="0"/>
                <w:sz w:val="21"/>
              </w:rPr>
              <w:t>杨梅莉</w:t>
            </w:r>
          </w:p>
        </w:tc>
        <w:tc>
          <w:tcPr>
            <w:tcW w:type="dxa" w:w="1439"/>
          </w:tcPr>
          <w:p>
            <w:pPr>
              <w:spacing w:after="20" w:before="20"/>
            </w:pPr>
            <w:r/>
            <w:r>
              <w:rPr>
                <w:rFonts w:ascii="Times New Roman" w:hAnsi="Times New Roman" w:eastAsia="宋体"/>
                <w:b w:val="0"/>
                <w:sz w:val="21"/>
              </w:rPr>
              <w:t>102125102120117</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行政管理</w:t>
            </w:r>
          </w:p>
        </w:tc>
        <w:tc>
          <w:tcPr>
            <w:tcW w:type="dxa" w:w="1439"/>
          </w:tcPr>
          <w:p>
            <w:pPr>
              <w:spacing w:after="20" w:before="20"/>
            </w:pPr>
            <w:r/>
            <w:r>
              <w:rPr>
                <w:rFonts w:ascii="Times New Roman" w:hAnsi="Times New Roman" w:eastAsia="宋体"/>
                <w:b w:val="0"/>
                <w:sz w:val="21"/>
              </w:rPr>
              <w:t>86.2</w:t>
            </w:r>
          </w:p>
        </w:tc>
      </w:tr>
      <w:tr>
        <w:tc>
          <w:tcPr>
            <w:tcW w:type="dxa" w:w="1439"/>
          </w:tcPr>
          <w:p>
            <w:pPr>
              <w:spacing w:after="20" w:before="20"/>
            </w:pPr>
            <w:r/>
            <w:r>
              <w:rPr>
                <w:rFonts w:ascii="Times New Roman" w:hAnsi="Times New Roman" w:eastAsia="宋体"/>
                <w:b w:val="0"/>
                <w:sz w:val="21"/>
              </w:rPr>
              <w:t>118</w:t>
            </w:r>
          </w:p>
        </w:tc>
        <w:tc>
          <w:tcPr>
            <w:tcW w:type="dxa" w:w="1439"/>
          </w:tcPr>
          <w:p>
            <w:pPr>
              <w:spacing w:after="20" w:before="20"/>
            </w:pPr>
            <w:r/>
            <w:r>
              <w:rPr>
                <w:rFonts w:ascii="Times New Roman" w:hAnsi="Times New Roman" w:eastAsia="宋体"/>
                <w:b w:val="0"/>
                <w:sz w:val="21"/>
              </w:rPr>
              <w:t>张馨悦</w:t>
            </w:r>
          </w:p>
        </w:tc>
        <w:tc>
          <w:tcPr>
            <w:tcW w:type="dxa" w:w="1439"/>
          </w:tcPr>
          <w:p>
            <w:pPr>
              <w:spacing w:after="20" w:before="20"/>
            </w:pPr>
            <w:r/>
            <w:r>
              <w:rPr>
                <w:rFonts w:ascii="Times New Roman" w:hAnsi="Times New Roman" w:eastAsia="宋体"/>
                <w:b w:val="0"/>
                <w:sz w:val="21"/>
              </w:rPr>
              <w:t>102125102120118</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行政管理</w:t>
            </w:r>
          </w:p>
        </w:tc>
        <w:tc>
          <w:tcPr>
            <w:tcW w:type="dxa" w:w="1439"/>
          </w:tcPr>
          <w:p>
            <w:pPr>
              <w:spacing w:after="20" w:before="20"/>
            </w:pPr>
            <w:r/>
            <w:r>
              <w:rPr>
                <w:rFonts w:ascii="Times New Roman" w:hAnsi="Times New Roman" w:eastAsia="宋体"/>
                <w:b w:val="0"/>
                <w:sz w:val="21"/>
              </w:rPr>
              <w:t>85.5</w:t>
            </w:r>
          </w:p>
        </w:tc>
      </w:tr>
      <w:tr>
        <w:tc>
          <w:tcPr>
            <w:tcW w:type="dxa" w:w="1439"/>
          </w:tcPr>
          <w:p>
            <w:pPr>
              <w:spacing w:after="20" w:before="20"/>
            </w:pPr>
            <w:r/>
            <w:r>
              <w:rPr>
                <w:rFonts w:ascii="Times New Roman" w:hAnsi="Times New Roman" w:eastAsia="宋体"/>
                <w:b w:val="0"/>
                <w:sz w:val="21"/>
              </w:rPr>
              <w:t>119</w:t>
            </w:r>
          </w:p>
        </w:tc>
        <w:tc>
          <w:tcPr>
            <w:tcW w:type="dxa" w:w="1439"/>
          </w:tcPr>
          <w:p>
            <w:pPr>
              <w:spacing w:after="20" w:before="20"/>
            </w:pPr>
            <w:r/>
            <w:r>
              <w:rPr>
                <w:rFonts w:ascii="Times New Roman" w:hAnsi="Times New Roman" w:eastAsia="宋体"/>
                <w:b w:val="0"/>
                <w:sz w:val="21"/>
              </w:rPr>
              <w:t>吴亚洁</w:t>
            </w:r>
          </w:p>
        </w:tc>
        <w:tc>
          <w:tcPr>
            <w:tcW w:type="dxa" w:w="1439"/>
          </w:tcPr>
          <w:p>
            <w:pPr>
              <w:spacing w:after="20" w:before="20"/>
            </w:pPr>
            <w:r/>
            <w:r>
              <w:rPr>
                <w:rFonts w:ascii="Times New Roman" w:hAnsi="Times New Roman" w:eastAsia="宋体"/>
                <w:b w:val="0"/>
                <w:sz w:val="21"/>
              </w:rPr>
              <w:t>102125102120119</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行政管理</w:t>
            </w:r>
          </w:p>
        </w:tc>
        <w:tc>
          <w:tcPr>
            <w:tcW w:type="dxa" w:w="1439"/>
          </w:tcPr>
          <w:p>
            <w:pPr>
              <w:spacing w:after="20" w:before="20"/>
            </w:pPr>
            <w:r/>
            <w:r>
              <w:rPr>
                <w:rFonts w:ascii="Times New Roman" w:hAnsi="Times New Roman" w:eastAsia="宋体"/>
                <w:b w:val="0"/>
                <w:sz w:val="21"/>
              </w:rPr>
              <w:t>85.3</w:t>
            </w:r>
          </w:p>
        </w:tc>
      </w:tr>
      <w:tr>
        <w:tc>
          <w:tcPr>
            <w:tcW w:type="dxa" w:w="1439"/>
          </w:tcPr>
          <w:p>
            <w:pPr>
              <w:spacing w:after="20" w:before="20"/>
            </w:pPr>
            <w:r/>
            <w:r>
              <w:rPr>
                <w:rFonts w:ascii="Times New Roman" w:hAnsi="Times New Roman" w:eastAsia="宋体"/>
                <w:b w:val="0"/>
                <w:sz w:val="21"/>
              </w:rPr>
              <w:t>120</w:t>
            </w:r>
          </w:p>
        </w:tc>
        <w:tc>
          <w:tcPr>
            <w:tcW w:type="dxa" w:w="1439"/>
          </w:tcPr>
          <w:p>
            <w:pPr>
              <w:spacing w:after="20" w:before="20"/>
            </w:pPr>
            <w:r/>
            <w:r>
              <w:rPr>
                <w:rFonts w:ascii="Times New Roman" w:hAnsi="Times New Roman" w:eastAsia="宋体"/>
                <w:b w:val="0"/>
                <w:sz w:val="21"/>
              </w:rPr>
              <w:t>田丽新</w:t>
            </w:r>
          </w:p>
        </w:tc>
        <w:tc>
          <w:tcPr>
            <w:tcW w:type="dxa" w:w="1439"/>
          </w:tcPr>
          <w:p>
            <w:pPr>
              <w:spacing w:after="20" w:before="20"/>
            </w:pPr>
            <w:r/>
            <w:r>
              <w:rPr>
                <w:rFonts w:ascii="Times New Roman" w:hAnsi="Times New Roman" w:eastAsia="宋体"/>
                <w:b w:val="0"/>
                <w:sz w:val="21"/>
              </w:rPr>
              <w:t>102125102120120</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本段为推免名单第4至159名（序号4、125—159），共36人。名单按序号、姓名、学号、学院、专业、成绩（评分）排列，成绩为量化评分，精确到小数点后一位。</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陈然</w:t>
            </w:r>
          </w:p>
        </w:tc>
        <w:tc>
          <w:tcPr>
            <w:tcW w:type="dxa" w:w="1439"/>
          </w:tcPr>
          <w:p>
            <w:pPr>
              <w:spacing w:after="20" w:before="20"/>
            </w:pPr>
            <w:r/>
            <w:r>
              <w:rPr>
                <w:rFonts w:ascii="Times New Roman" w:hAnsi="Times New Roman" w:eastAsia="宋体"/>
                <w:b w:val="0"/>
                <w:sz w:val="21"/>
              </w:rPr>
              <w:t>102125102120124</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行政管理</w:t>
            </w:r>
          </w:p>
        </w:tc>
        <w:tc>
          <w:tcPr>
            <w:tcW w:type="dxa" w:w="1439"/>
          </w:tcPr>
          <w:p>
            <w:pPr>
              <w:spacing w:after="20" w:before="20"/>
            </w:pPr>
            <w:r/>
            <w:r>
              <w:rPr>
                <w:rFonts w:ascii="Times New Roman" w:hAnsi="Times New Roman" w:eastAsia="宋体"/>
                <w:b w:val="0"/>
                <w:sz w:val="21"/>
              </w:rPr>
              <w:t>82.1</w:t>
            </w:r>
          </w:p>
        </w:tc>
      </w:tr>
      <w:tr>
        <w:tc>
          <w:tcPr>
            <w:tcW w:type="dxa" w:w="1439"/>
          </w:tcPr>
          <w:p>
            <w:pPr>
              <w:spacing w:after="20" w:before="20"/>
            </w:pPr>
            <w:r/>
            <w:r>
              <w:rPr>
                <w:rFonts w:ascii="Times New Roman" w:hAnsi="Times New Roman" w:eastAsia="宋体"/>
                <w:b w:val="0"/>
                <w:sz w:val="21"/>
              </w:rPr>
              <w:t>125</w:t>
            </w:r>
          </w:p>
        </w:tc>
        <w:tc>
          <w:tcPr>
            <w:tcW w:type="dxa" w:w="1439"/>
          </w:tcPr>
          <w:p>
            <w:pPr>
              <w:spacing w:after="20" w:before="20"/>
            </w:pPr>
            <w:r/>
            <w:r>
              <w:rPr>
                <w:rFonts w:ascii="Times New Roman" w:hAnsi="Times New Roman" w:eastAsia="宋体"/>
                <w:b w:val="0"/>
                <w:sz w:val="21"/>
              </w:rPr>
              <w:t>袁甸伊</w:t>
            </w:r>
          </w:p>
        </w:tc>
        <w:tc>
          <w:tcPr>
            <w:tcW w:type="dxa" w:w="1439"/>
          </w:tcPr>
          <w:p>
            <w:pPr>
              <w:spacing w:after="20" w:before="20"/>
            </w:pPr>
            <w:r/>
            <w:r>
              <w:rPr>
                <w:rFonts w:ascii="Times New Roman" w:hAnsi="Times New Roman" w:eastAsia="宋体"/>
                <w:b w:val="0"/>
                <w:sz w:val="21"/>
              </w:rPr>
              <w:t>102125102120125</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土地资源管理</w:t>
            </w:r>
          </w:p>
        </w:tc>
        <w:tc>
          <w:tcPr>
            <w:tcW w:type="dxa" w:w="1439"/>
          </w:tcPr>
          <w:p>
            <w:pPr>
              <w:spacing w:after="20" w:before="20"/>
            </w:pPr>
            <w:r/>
            <w:r>
              <w:rPr>
                <w:rFonts w:ascii="Times New Roman" w:hAnsi="Times New Roman" w:eastAsia="宋体"/>
                <w:b w:val="0"/>
                <w:sz w:val="21"/>
              </w:rPr>
              <w:t>95.1</w:t>
            </w:r>
          </w:p>
        </w:tc>
      </w:tr>
      <w:tr>
        <w:tc>
          <w:tcPr>
            <w:tcW w:type="dxa" w:w="1439"/>
          </w:tcPr>
          <w:p>
            <w:pPr>
              <w:spacing w:after="20" w:before="20"/>
            </w:pPr>
            <w:r/>
            <w:r>
              <w:rPr>
                <w:rFonts w:ascii="Times New Roman" w:hAnsi="Times New Roman" w:eastAsia="宋体"/>
                <w:b w:val="0"/>
                <w:sz w:val="21"/>
              </w:rPr>
              <w:t>126</w:t>
            </w:r>
          </w:p>
        </w:tc>
        <w:tc>
          <w:tcPr>
            <w:tcW w:type="dxa" w:w="1439"/>
          </w:tcPr>
          <w:p>
            <w:pPr>
              <w:spacing w:after="20" w:before="20"/>
            </w:pPr>
            <w:r/>
            <w:r>
              <w:rPr>
                <w:rFonts w:ascii="Times New Roman" w:hAnsi="Times New Roman" w:eastAsia="宋体"/>
                <w:b w:val="0"/>
                <w:sz w:val="21"/>
              </w:rPr>
              <w:t>王铮</w:t>
            </w:r>
          </w:p>
        </w:tc>
        <w:tc>
          <w:tcPr>
            <w:tcW w:type="dxa" w:w="1439"/>
          </w:tcPr>
          <w:p>
            <w:pPr>
              <w:spacing w:after="20" w:before="20"/>
            </w:pPr>
            <w:r/>
            <w:r>
              <w:rPr>
                <w:rFonts w:ascii="Times New Roman" w:hAnsi="Times New Roman" w:eastAsia="宋体"/>
                <w:b w:val="0"/>
                <w:sz w:val="21"/>
              </w:rPr>
              <w:t>102125102120126</w:t>
            </w:r>
          </w:p>
        </w:tc>
        <w:tc>
          <w:tcPr>
            <w:tcW w:type="dxa" w:w="1439"/>
          </w:tcPr>
          <w:p>
            <w:pPr>
              <w:spacing w:after="20" w:before="20"/>
            </w:pPr>
            <w:r/>
            <w:r>
              <w:rPr>
                <w:rFonts w:ascii="Times New Roman" w:hAnsi="Times New Roman" w:eastAsia="宋体"/>
                <w:b w:val="0"/>
                <w:sz w:val="21"/>
              </w:rPr>
              <w:t>政府管理学院</w:t>
            </w:r>
          </w:p>
        </w:tc>
        <w:tc>
          <w:tcPr>
            <w:tcW w:type="dxa" w:w="1439"/>
          </w:tcPr>
          <w:p>
            <w:pPr>
              <w:spacing w:after="20" w:before="20"/>
            </w:pPr>
            <w:r/>
            <w:r>
              <w:rPr>
                <w:rFonts w:ascii="Times New Roman" w:hAnsi="Times New Roman" w:eastAsia="宋体"/>
                <w:b w:val="0"/>
                <w:sz w:val="21"/>
              </w:rPr>
              <w:t>土地资源管理</w:t>
            </w:r>
          </w:p>
        </w:tc>
        <w:tc>
          <w:tcPr>
            <w:tcW w:type="dxa" w:w="1439"/>
          </w:tcPr>
          <w:p>
            <w:pPr>
              <w:spacing w:after="20" w:before="20"/>
            </w:pPr>
            <w:r/>
            <w:r>
              <w:rPr>
                <w:rFonts w:ascii="Times New Roman" w:hAnsi="Times New Roman" w:eastAsia="宋体"/>
                <w:b w:val="0"/>
                <w:sz w:val="21"/>
              </w:rPr>
              <w:t>93.0</w:t>
            </w:r>
          </w:p>
        </w:tc>
      </w:tr>
      <w:tr>
        <w:tc>
          <w:tcPr>
            <w:tcW w:type="dxa" w:w="1439"/>
          </w:tcPr>
          <w:p>
            <w:pPr>
              <w:spacing w:after="20" w:before="20"/>
            </w:pPr>
            <w:r/>
            <w:r>
              <w:rPr>
                <w:rFonts w:ascii="Times New Roman" w:hAnsi="Times New Roman" w:eastAsia="宋体"/>
                <w:b w:val="0"/>
                <w:sz w:val="21"/>
              </w:rPr>
              <w:t>127</w:t>
            </w:r>
          </w:p>
        </w:tc>
        <w:tc>
          <w:tcPr>
            <w:tcW w:type="dxa" w:w="1439"/>
          </w:tcPr>
          <w:p>
            <w:pPr>
              <w:spacing w:after="20" w:before="20"/>
            </w:pPr>
            <w:r/>
            <w:r>
              <w:rPr>
                <w:rFonts w:ascii="Times New Roman" w:hAnsi="Times New Roman" w:eastAsia="宋体"/>
                <w:b w:val="0"/>
                <w:sz w:val="21"/>
              </w:rPr>
              <w:t>王雪婧</w:t>
            </w:r>
          </w:p>
        </w:tc>
        <w:tc>
          <w:tcPr>
            <w:tcW w:type="dxa" w:w="1439"/>
          </w:tcPr>
          <w:p>
            <w:pPr>
              <w:spacing w:after="20" w:before="20"/>
            </w:pPr>
            <w:r/>
            <w:r>
              <w:rPr>
                <w:rFonts w:ascii="Times New Roman" w:hAnsi="Times New Roman" w:eastAsia="宋体"/>
                <w:b w:val="0"/>
                <w:sz w:val="21"/>
              </w:rPr>
              <w:t>102125102120127</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音乐</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128</w:t>
            </w:r>
          </w:p>
        </w:tc>
        <w:tc>
          <w:tcPr>
            <w:tcW w:type="dxa" w:w="1439"/>
          </w:tcPr>
          <w:p>
            <w:pPr>
              <w:spacing w:after="20" w:before="20"/>
            </w:pPr>
            <w:r/>
            <w:r>
              <w:rPr>
                <w:rFonts w:ascii="Times New Roman" w:hAnsi="Times New Roman" w:eastAsia="宋体"/>
                <w:b w:val="0"/>
                <w:sz w:val="21"/>
              </w:rPr>
              <w:t>周洁</w:t>
            </w:r>
          </w:p>
        </w:tc>
        <w:tc>
          <w:tcPr>
            <w:tcW w:type="dxa" w:w="1439"/>
          </w:tcPr>
          <w:p>
            <w:pPr>
              <w:spacing w:after="20" w:before="20"/>
            </w:pPr>
            <w:r/>
            <w:r>
              <w:rPr>
                <w:rFonts w:ascii="Times New Roman" w:hAnsi="Times New Roman" w:eastAsia="宋体"/>
                <w:b w:val="0"/>
                <w:sz w:val="21"/>
              </w:rPr>
              <w:t>102125102120128</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音乐</w:t>
            </w:r>
          </w:p>
        </w:tc>
        <w:tc>
          <w:tcPr>
            <w:tcW w:type="dxa" w:w="1439"/>
          </w:tcPr>
          <w:p>
            <w:pPr>
              <w:spacing w:after="20" w:before="20"/>
            </w:pPr>
            <w:r/>
            <w:r>
              <w:rPr>
                <w:rFonts w:ascii="Times New Roman" w:hAnsi="Times New Roman" w:eastAsia="宋体"/>
                <w:b w:val="0"/>
                <w:sz w:val="21"/>
              </w:rPr>
              <w:t>81.9</w:t>
            </w:r>
          </w:p>
        </w:tc>
      </w:tr>
      <w:tr>
        <w:tc>
          <w:tcPr>
            <w:tcW w:type="dxa" w:w="1439"/>
          </w:tcPr>
          <w:p>
            <w:pPr>
              <w:spacing w:after="20" w:before="20"/>
            </w:pPr>
            <w:r/>
            <w:r>
              <w:rPr>
                <w:rFonts w:ascii="Times New Roman" w:hAnsi="Times New Roman" w:eastAsia="宋体"/>
                <w:b w:val="0"/>
                <w:sz w:val="21"/>
              </w:rPr>
              <w:t>129</w:t>
            </w:r>
          </w:p>
        </w:tc>
        <w:tc>
          <w:tcPr>
            <w:tcW w:type="dxa" w:w="1439"/>
          </w:tcPr>
          <w:p>
            <w:pPr>
              <w:spacing w:after="20" w:before="20"/>
            </w:pPr>
            <w:r/>
            <w:r>
              <w:rPr>
                <w:rFonts w:ascii="Times New Roman" w:hAnsi="Times New Roman" w:eastAsia="宋体"/>
                <w:b w:val="0"/>
                <w:sz w:val="21"/>
              </w:rPr>
              <w:t>刘杰</w:t>
            </w:r>
          </w:p>
        </w:tc>
        <w:tc>
          <w:tcPr>
            <w:tcW w:type="dxa" w:w="1439"/>
          </w:tcPr>
          <w:p>
            <w:pPr>
              <w:spacing w:after="20" w:before="20"/>
            </w:pPr>
            <w:r/>
            <w:r>
              <w:rPr>
                <w:rFonts w:ascii="Times New Roman" w:hAnsi="Times New Roman" w:eastAsia="宋体"/>
                <w:b w:val="0"/>
                <w:sz w:val="21"/>
              </w:rPr>
              <w:t>102125102120129</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设计</w:t>
            </w:r>
          </w:p>
        </w:tc>
        <w:tc>
          <w:tcPr>
            <w:tcW w:type="dxa" w:w="1439"/>
          </w:tcPr>
          <w:p>
            <w:pPr>
              <w:spacing w:after="20" w:before="20"/>
            </w:pPr>
            <w:r/>
            <w:r>
              <w:rPr>
                <w:rFonts w:ascii="Times New Roman" w:hAnsi="Times New Roman" w:eastAsia="宋体"/>
                <w:b w:val="0"/>
                <w:sz w:val="21"/>
              </w:rPr>
              <w:t>84.7</w:t>
            </w:r>
          </w:p>
        </w:tc>
      </w:tr>
      <w:tr>
        <w:tc>
          <w:tcPr>
            <w:tcW w:type="dxa" w:w="1439"/>
          </w:tcPr>
          <w:p>
            <w:pPr>
              <w:spacing w:after="20" w:before="20"/>
            </w:pPr>
            <w:r/>
            <w:r>
              <w:rPr>
                <w:rFonts w:ascii="Times New Roman" w:hAnsi="Times New Roman" w:eastAsia="宋体"/>
                <w:b w:val="0"/>
                <w:sz w:val="21"/>
              </w:rPr>
              <w:t>130</w:t>
            </w:r>
          </w:p>
        </w:tc>
        <w:tc>
          <w:tcPr>
            <w:tcW w:type="dxa" w:w="1439"/>
          </w:tcPr>
          <w:p>
            <w:pPr>
              <w:spacing w:after="20" w:before="20"/>
            </w:pPr>
            <w:r/>
            <w:r>
              <w:rPr>
                <w:rFonts w:ascii="Times New Roman" w:hAnsi="Times New Roman" w:eastAsia="宋体"/>
                <w:b w:val="0"/>
                <w:sz w:val="21"/>
              </w:rPr>
              <w:t>李嘉怡</w:t>
            </w:r>
          </w:p>
        </w:tc>
        <w:tc>
          <w:tcPr>
            <w:tcW w:type="dxa" w:w="1439"/>
          </w:tcPr>
          <w:p>
            <w:pPr>
              <w:spacing w:after="20" w:before="20"/>
            </w:pPr>
            <w:r/>
            <w:r>
              <w:rPr>
                <w:rFonts w:ascii="Times New Roman" w:hAnsi="Times New Roman" w:eastAsia="宋体"/>
                <w:b w:val="0"/>
                <w:sz w:val="21"/>
              </w:rPr>
              <w:t>102125102120130</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设计</w:t>
            </w:r>
          </w:p>
        </w:tc>
        <w:tc>
          <w:tcPr>
            <w:tcW w:type="dxa" w:w="1439"/>
          </w:tcPr>
          <w:p>
            <w:pPr>
              <w:spacing w:after="20" w:before="20"/>
            </w:pPr>
            <w:r/>
            <w:r>
              <w:rPr>
                <w:rFonts w:ascii="Times New Roman" w:hAnsi="Times New Roman" w:eastAsia="宋体"/>
                <w:b w:val="0"/>
                <w:sz w:val="21"/>
              </w:rPr>
              <w:t>83.4</w:t>
            </w:r>
          </w:p>
        </w:tc>
      </w:tr>
      <w:tr>
        <w:tc>
          <w:tcPr>
            <w:tcW w:type="dxa" w:w="1439"/>
          </w:tcPr>
          <w:p>
            <w:pPr>
              <w:spacing w:after="20" w:before="20"/>
            </w:pPr>
            <w:r/>
            <w:r>
              <w:rPr>
                <w:rFonts w:ascii="Times New Roman" w:hAnsi="Times New Roman" w:eastAsia="宋体"/>
                <w:b w:val="0"/>
                <w:sz w:val="21"/>
              </w:rPr>
              <w:t>131</w:t>
            </w:r>
          </w:p>
        </w:tc>
        <w:tc>
          <w:tcPr>
            <w:tcW w:type="dxa" w:w="1439"/>
          </w:tcPr>
          <w:p>
            <w:pPr>
              <w:spacing w:after="20" w:before="20"/>
            </w:pPr>
            <w:r/>
            <w:r>
              <w:rPr>
                <w:rFonts w:ascii="Times New Roman" w:hAnsi="Times New Roman" w:eastAsia="宋体"/>
                <w:b w:val="0"/>
                <w:sz w:val="21"/>
              </w:rPr>
              <w:t>吴鑫馨</w:t>
            </w:r>
          </w:p>
        </w:tc>
        <w:tc>
          <w:tcPr>
            <w:tcW w:type="dxa" w:w="1439"/>
          </w:tcPr>
          <w:p>
            <w:pPr>
              <w:spacing w:after="20" w:before="20"/>
            </w:pPr>
            <w:r/>
            <w:r>
              <w:rPr>
                <w:rFonts w:ascii="Times New Roman" w:hAnsi="Times New Roman" w:eastAsia="宋体"/>
                <w:b w:val="0"/>
                <w:sz w:val="21"/>
              </w:rPr>
              <w:t>102125102120131</w:t>
            </w:r>
          </w:p>
        </w:tc>
        <w:tc>
          <w:tcPr>
            <w:tcW w:type="dxa" w:w="1439"/>
          </w:tcPr>
          <w:p>
            <w:pPr>
              <w:spacing w:after="20" w:before="20"/>
            </w:pPr>
            <w:r/>
            <w:r>
              <w:rPr>
                <w:rFonts w:ascii="Times New Roman" w:hAnsi="Times New Roman" w:eastAsia="宋体"/>
                <w:b w:val="0"/>
                <w:sz w:val="21"/>
              </w:rPr>
              <w:t>艺术学院</w:t>
            </w:r>
          </w:p>
        </w:tc>
        <w:tc>
          <w:tcPr>
            <w:tcW w:type="dxa" w:w="1439"/>
          </w:tcPr>
          <w:p>
            <w:pPr>
              <w:spacing w:after="20" w:before="20"/>
            </w:pPr>
            <w:r/>
            <w:r>
              <w:rPr>
                <w:rFonts w:ascii="Times New Roman" w:hAnsi="Times New Roman" w:eastAsia="宋体"/>
                <w:b w:val="0"/>
                <w:sz w:val="21"/>
              </w:rPr>
              <w:t>设计</w:t>
            </w:r>
          </w:p>
        </w:tc>
        <w:tc>
          <w:tcPr>
            <w:tcW w:type="dxa" w:w="1439"/>
          </w:tcPr>
          <w:p>
            <w:pPr>
              <w:spacing w:after="20" w:before="20"/>
            </w:pPr>
            <w:r/>
            <w:r>
              <w:rPr>
                <w:rFonts w:ascii="Times New Roman" w:hAnsi="Times New Roman" w:eastAsia="宋体"/>
                <w:b w:val="0"/>
                <w:sz w:val="21"/>
              </w:rPr>
              <w:t>83.3</w:t>
            </w:r>
          </w:p>
        </w:tc>
      </w:tr>
      <w:tr>
        <w:tc>
          <w:tcPr>
            <w:tcW w:type="dxa" w:w="1439"/>
          </w:tcPr>
          <w:p>
            <w:pPr>
              <w:spacing w:after="20" w:before="20"/>
            </w:pPr>
            <w:r/>
            <w:r>
              <w:rPr>
                <w:rFonts w:ascii="Times New Roman" w:hAnsi="Times New Roman" w:eastAsia="宋体"/>
                <w:b w:val="0"/>
                <w:sz w:val="21"/>
              </w:rPr>
              <w:t>132</w:t>
            </w:r>
          </w:p>
        </w:tc>
        <w:tc>
          <w:tcPr>
            <w:tcW w:type="dxa" w:w="1439"/>
          </w:tcPr>
          <w:p>
            <w:pPr>
              <w:spacing w:after="20" w:before="20"/>
            </w:pPr>
            <w:r/>
            <w:r>
              <w:rPr>
                <w:rFonts w:ascii="Times New Roman" w:hAnsi="Times New Roman" w:eastAsia="宋体"/>
                <w:b w:val="0"/>
                <w:sz w:val="21"/>
              </w:rPr>
              <w:t>褚文波</w:t>
            </w:r>
          </w:p>
        </w:tc>
        <w:tc>
          <w:tcPr>
            <w:tcW w:type="dxa" w:w="1439"/>
          </w:tcPr>
          <w:p>
            <w:pPr>
              <w:spacing w:after="20" w:before="20"/>
            </w:pPr>
            <w:r/>
            <w:r>
              <w:rPr>
                <w:rFonts w:ascii="Times New Roman" w:hAnsi="Times New Roman" w:eastAsia="宋体"/>
                <w:b w:val="0"/>
                <w:sz w:val="21"/>
              </w:rPr>
              <w:t>102125102120132</w:t>
            </w:r>
          </w:p>
        </w:tc>
        <w:tc>
          <w:tcPr>
            <w:tcW w:type="dxa" w:w="1439"/>
          </w:tcPr>
          <w:p>
            <w:pPr>
              <w:spacing w:after="20" w:before="20"/>
            </w:pPr>
            <w:r/>
            <w:r>
              <w:rPr>
                <w:rFonts w:ascii="Times New Roman" w:hAnsi="Times New Roman" w:eastAsia="宋体"/>
                <w:b w:val="0"/>
                <w:sz w:val="21"/>
              </w:rPr>
              <w:t>建筑工程学院</w:t>
            </w:r>
          </w:p>
        </w:tc>
        <w:tc>
          <w:tcPr>
            <w:tcW w:type="dxa" w:w="1439"/>
          </w:tcPr>
          <w:p>
            <w:pPr>
              <w:spacing w:after="20" w:before="20"/>
            </w:pPr>
            <w:r/>
            <w:r>
              <w:rPr>
                <w:rFonts w:ascii="Times New Roman" w:hAnsi="Times New Roman" w:eastAsia="宋体"/>
                <w:b w:val="0"/>
                <w:sz w:val="21"/>
              </w:rPr>
              <w:t>土木工程</w:t>
            </w:r>
          </w:p>
        </w:tc>
        <w:tc>
          <w:tcPr>
            <w:tcW w:type="dxa" w:w="1439"/>
          </w:tcPr>
          <w:p>
            <w:pPr>
              <w:spacing w:after="20" w:before="20"/>
            </w:pPr>
            <w:r/>
            <w:r>
              <w:rPr>
                <w:rFonts w:ascii="Times New Roman" w:hAnsi="Times New Roman" w:eastAsia="宋体"/>
                <w:b w:val="0"/>
                <w:sz w:val="21"/>
              </w:rPr>
              <w:t>90.6</w:t>
            </w:r>
          </w:p>
        </w:tc>
      </w:tr>
      <w:tr>
        <w:tc>
          <w:tcPr>
            <w:tcW w:type="dxa" w:w="1439"/>
          </w:tcPr>
          <w:p>
            <w:pPr>
              <w:spacing w:after="20" w:before="20"/>
            </w:pPr>
            <w:r/>
            <w:r>
              <w:rPr>
                <w:rFonts w:ascii="Times New Roman" w:hAnsi="Times New Roman" w:eastAsia="宋体"/>
                <w:b w:val="0"/>
                <w:sz w:val="21"/>
              </w:rPr>
              <w:t>133</w:t>
            </w:r>
          </w:p>
        </w:tc>
        <w:tc>
          <w:tcPr>
            <w:tcW w:type="dxa" w:w="1439"/>
          </w:tcPr>
          <w:p>
            <w:pPr>
              <w:spacing w:after="20" w:before="20"/>
            </w:pPr>
            <w:r/>
            <w:r>
              <w:rPr>
                <w:rFonts w:ascii="Times New Roman" w:hAnsi="Times New Roman" w:eastAsia="宋体"/>
                <w:b w:val="0"/>
                <w:sz w:val="21"/>
              </w:rPr>
              <w:t>潘凯兵</w:t>
            </w:r>
          </w:p>
        </w:tc>
        <w:tc>
          <w:tcPr>
            <w:tcW w:type="dxa" w:w="1439"/>
          </w:tcPr>
          <w:p>
            <w:pPr>
              <w:spacing w:after="20" w:before="20"/>
            </w:pPr>
            <w:r/>
            <w:r>
              <w:rPr>
                <w:rFonts w:ascii="Times New Roman" w:hAnsi="Times New Roman" w:eastAsia="宋体"/>
                <w:b w:val="0"/>
                <w:sz w:val="21"/>
              </w:rPr>
              <w:t>102125102310133</w:t>
            </w:r>
          </w:p>
        </w:tc>
        <w:tc>
          <w:tcPr>
            <w:tcW w:type="dxa" w:w="1439"/>
          </w:tcPr>
          <w:p>
            <w:pPr>
              <w:spacing w:after="20" w:before="20"/>
            </w:pPr>
            <w:r/>
            <w:r>
              <w:rPr>
                <w:rFonts w:ascii="Times New Roman" w:hAnsi="Times New Roman" w:eastAsia="宋体"/>
                <w:b w:val="0"/>
                <w:sz w:val="21"/>
              </w:rPr>
              <w:t>俄罗斯语言文学与文化研究中心</w:t>
            </w:r>
          </w:p>
        </w:tc>
        <w:tc>
          <w:tcPr>
            <w:tcW w:type="dxa" w:w="1439"/>
          </w:tcPr>
          <w:p>
            <w:pPr>
              <w:spacing w:after="20" w:before="20"/>
            </w:pPr>
            <w:r/>
            <w:r>
              <w:rPr>
                <w:rFonts w:ascii="Times New Roman" w:hAnsi="Times New Roman" w:eastAsia="宋体"/>
                <w:b w:val="0"/>
                <w:sz w:val="21"/>
              </w:rPr>
              <w:t>外国语言学及应用语言学</w:t>
            </w:r>
          </w:p>
        </w:tc>
        <w:tc>
          <w:tcPr>
            <w:tcW w:type="dxa" w:w="1439"/>
          </w:tcPr>
          <w:p>
            <w:pPr>
              <w:spacing w:after="20" w:before="20"/>
            </w:pPr>
            <w:r/>
            <w:r>
              <w:rPr>
                <w:rFonts w:ascii="Times New Roman" w:hAnsi="Times New Roman" w:eastAsia="宋体"/>
                <w:b w:val="0"/>
                <w:sz w:val="21"/>
              </w:rPr>
              <w:t>84.0</w:t>
            </w:r>
          </w:p>
        </w:tc>
      </w:tr>
      <w:tr>
        <w:tc>
          <w:tcPr>
            <w:tcW w:type="dxa" w:w="1439"/>
          </w:tcPr>
          <w:p>
            <w:pPr>
              <w:spacing w:after="20" w:before="20"/>
            </w:pPr>
            <w:r/>
            <w:r>
              <w:rPr>
                <w:rFonts w:ascii="Times New Roman" w:hAnsi="Times New Roman" w:eastAsia="宋体"/>
                <w:b w:val="0"/>
                <w:sz w:val="21"/>
              </w:rPr>
              <w:t>134</w:t>
            </w:r>
          </w:p>
        </w:tc>
        <w:tc>
          <w:tcPr>
            <w:tcW w:type="dxa" w:w="1439"/>
          </w:tcPr>
          <w:p>
            <w:pPr>
              <w:spacing w:after="20" w:before="20"/>
            </w:pPr>
            <w:r/>
            <w:r>
              <w:rPr>
                <w:rFonts w:ascii="Times New Roman" w:hAnsi="Times New Roman" w:eastAsia="宋体"/>
                <w:b w:val="0"/>
                <w:sz w:val="21"/>
              </w:rPr>
              <w:t>王鑫</w:t>
            </w:r>
          </w:p>
        </w:tc>
        <w:tc>
          <w:tcPr>
            <w:tcW w:type="dxa" w:w="1439"/>
          </w:tcPr>
          <w:p>
            <w:pPr>
              <w:spacing w:after="20" w:before="20"/>
            </w:pPr>
            <w:r/>
            <w:r>
              <w:rPr>
                <w:rFonts w:ascii="Times New Roman" w:hAnsi="Times New Roman" w:eastAsia="宋体"/>
                <w:b w:val="0"/>
                <w:sz w:val="21"/>
              </w:rPr>
              <w:t>102125102310134</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俄语笔译</w:t>
            </w:r>
          </w:p>
        </w:tc>
        <w:tc>
          <w:tcPr>
            <w:tcW w:type="dxa" w:w="1439"/>
          </w:tcPr>
          <w:p>
            <w:pPr>
              <w:spacing w:after="20" w:before="20"/>
            </w:pPr>
            <w:r/>
            <w:r>
              <w:rPr>
                <w:rFonts w:ascii="Times New Roman" w:hAnsi="Times New Roman" w:eastAsia="宋体"/>
                <w:b w:val="0"/>
                <w:sz w:val="21"/>
              </w:rPr>
              <w:t>82.2</w:t>
            </w:r>
          </w:p>
        </w:tc>
      </w:tr>
      <w:tr>
        <w:tc>
          <w:tcPr>
            <w:tcW w:type="dxa" w:w="1439"/>
          </w:tcPr>
          <w:p>
            <w:pPr>
              <w:spacing w:after="20" w:before="20"/>
            </w:pPr>
            <w:r/>
            <w:r>
              <w:rPr>
                <w:rFonts w:ascii="Times New Roman" w:hAnsi="Times New Roman" w:eastAsia="宋体"/>
                <w:b w:val="0"/>
                <w:sz w:val="21"/>
              </w:rPr>
              <w:t>135</w:t>
            </w:r>
          </w:p>
        </w:tc>
        <w:tc>
          <w:tcPr>
            <w:tcW w:type="dxa" w:w="1439"/>
          </w:tcPr>
          <w:p>
            <w:pPr>
              <w:spacing w:after="20" w:before="20"/>
            </w:pPr>
            <w:r/>
            <w:r>
              <w:rPr>
                <w:rFonts w:ascii="Times New Roman" w:hAnsi="Times New Roman" w:eastAsia="宋体"/>
                <w:b w:val="0"/>
                <w:sz w:val="21"/>
              </w:rPr>
              <w:t>张婉莹</w:t>
            </w:r>
          </w:p>
        </w:tc>
        <w:tc>
          <w:tcPr>
            <w:tcW w:type="dxa" w:w="1439"/>
          </w:tcPr>
          <w:p>
            <w:pPr>
              <w:spacing w:after="20" w:before="20"/>
            </w:pPr>
            <w:r/>
            <w:r>
              <w:rPr>
                <w:rFonts w:ascii="Times New Roman" w:hAnsi="Times New Roman" w:eastAsia="宋体"/>
                <w:b w:val="0"/>
                <w:sz w:val="21"/>
              </w:rPr>
              <w:t>102125102030135</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俄语笔译</w:t>
            </w:r>
          </w:p>
        </w:tc>
        <w:tc>
          <w:tcPr>
            <w:tcW w:type="dxa" w:w="1439"/>
          </w:tcPr>
          <w:p>
            <w:pPr>
              <w:spacing w:after="20" w:before="20"/>
            </w:pPr>
            <w:r/>
            <w:r>
              <w:rPr>
                <w:rFonts w:ascii="Times New Roman" w:hAnsi="Times New Roman" w:eastAsia="宋体"/>
                <w:b w:val="0"/>
                <w:sz w:val="21"/>
              </w:rPr>
              <w:t>79.8</w:t>
            </w:r>
          </w:p>
        </w:tc>
      </w:tr>
      <w:tr>
        <w:tc>
          <w:tcPr>
            <w:tcW w:type="dxa" w:w="1439"/>
          </w:tcPr>
          <w:p>
            <w:pPr>
              <w:spacing w:after="20" w:before="20"/>
            </w:pPr>
            <w:r/>
            <w:r>
              <w:rPr>
                <w:rFonts w:ascii="Times New Roman" w:hAnsi="Times New Roman" w:eastAsia="宋体"/>
                <w:b w:val="0"/>
                <w:sz w:val="21"/>
              </w:rPr>
              <w:t>136</w:t>
            </w:r>
          </w:p>
        </w:tc>
        <w:tc>
          <w:tcPr>
            <w:tcW w:type="dxa" w:w="1439"/>
          </w:tcPr>
          <w:p>
            <w:pPr>
              <w:spacing w:after="20" w:before="20"/>
            </w:pPr>
            <w:r/>
            <w:r>
              <w:rPr>
                <w:rFonts w:ascii="Times New Roman" w:hAnsi="Times New Roman" w:eastAsia="宋体"/>
                <w:b w:val="0"/>
                <w:sz w:val="21"/>
              </w:rPr>
              <w:t>陈定利</w:t>
            </w:r>
          </w:p>
        </w:tc>
        <w:tc>
          <w:tcPr>
            <w:tcW w:type="dxa" w:w="1439"/>
          </w:tcPr>
          <w:p>
            <w:pPr>
              <w:spacing w:after="20" w:before="20"/>
            </w:pPr>
            <w:r/>
            <w:r>
              <w:rPr>
                <w:rFonts w:ascii="Times New Roman" w:hAnsi="Times New Roman" w:eastAsia="宋体"/>
                <w:b w:val="0"/>
                <w:sz w:val="21"/>
              </w:rPr>
              <w:t>102125102120136</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俄语笔译</w:t>
            </w:r>
          </w:p>
        </w:tc>
        <w:tc>
          <w:tcPr>
            <w:tcW w:type="dxa" w:w="1439"/>
          </w:tcPr>
          <w:p>
            <w:pPr>
              <w:spacing w:after="20" w:before="20"/>
            </w:pPr>
            <w:r/>
            <w:r>
              <w:rPr>
                <w:rFonts w:ascii="Times New Roman" w:hAnsi="Times New Roman" w:eastAsia="宋体"/>
                <w:b w:val="0"/>
                <w:sz w:val="21"/>
              </w:rPr>
              <w:t>77.2</w:t>
            </w:r>
          </w:p>
        </w:tc>
      </w:tr>
      <w:tr>
        <w:tc>
          <w:tcPr>
            <w:tcW w:type="dxa" w:w="1439"/>
          </w:tcPr>
          <w:p>
            <w:pPr>
              <w:spacing w:after="20" w:before="20"/>
            </w:pPr>
            <w:r/>
            <w:r>
              <w:rPr>
                <w:rFonts w:ascii="Times New Roman" w:hAnsi="Times New Roman" w:eastAsia="宋体"/>
                <w:b w:val="0"/>
                <w:sz w:val="21"/>
              </w:rPr>
              <w:t>137</w:t>
            </w:r>
          </w:p>
        </w:tc>
        <w:tc>
          <w:tcPr>
            <w:tcW w:type="dxa" w:w="1439"/>
          </w:tcPr>
          <w:p>
            <w:pPr>
              <w:spacing w:after="20" w:before="20"/>
            </w:pPr>
            <w:r/>
            <w:r>
              <w:rPr>
                <w:rFonts w:ascii="Times New Roman" w:hAnsi="Times New Roman" w:eastAsia="宋体"/>
                <w:b w:val="0"/>
                <w:sz w:val="21"/>
              </w:rPr>
              <w:t>吴国富</w:t>
            </w:r>
          </w:p>
        </w:tc>
        <w:tc>
          <w:tcPr>
            <w:tcW w:type="dxa" w:w="1439"/>
          </w:tcPr>
          <w:p>
            <w:pPr>
              <w:spacing w:after="20" w:before="20"/>
            </w:pPr>
            <w:r/>
            <w:r>
              <w:rPr>
                <w:rFonts w:ascii="Times New Roman" w:hAnsi="Times New Roman" w:eastAsia="宋体"/>
                <w:b w:val="0"/>
                <w:sz w:val="21"/>
              </w:rPr>
              <w:t>102125102120137</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96.8</w:t>
            </w:r>
          </w:p>
        </w:tc>
      </w:tr>
      <w:tr>
        <w:tc>
          <w:tcPr>
            <w:tcW w:type="dxa" w:w="1439"/>
          </w:tcPr>
          <w:p>
            <w:pPr>
              <w:spacing w:after="20" w:before="20"/>
            </w:pPr>
            <w:r/>
            <w:r>
              <w:rPr>
                <w:rFonts w:ascii="Times New Roman" w:hAnsi="Times New Roman" w:eastAsia="宋体"/>
                <w:b w:val="0"/>
                <w:sz w:val="21"/>
              </w:rPr>
              <w:t>138</w:t>
            </w:r>
          </w:p>
        </w:tc>
        <w:tc>
          <w:tcPr>
            <w:tcW w:type="dxa" w:w="1439"/>
          </w:tcPr>
          <w:p>
            <w:pPr>
              <w:spacing w:after="20" w:before="20"/>
            </w:pPr>
            <w:r/>
            <w:r>
              <w:rPr>
                <w:rFonts w:ascii="Times New Roman" w:hAnsi="Times New Roman" w:eastAsia="宋体"/>
                <w:b w:val="0"/>
                <w:sz w:val="21"/>
              </w:rPr>
              <w:t>李洋</w:t>
            </w:r>
          </w:p>
        </w:tc>
        <w:tc>
          <w:tcPr>
            <w:tcW w:type="dxa" w:w="1439"/>
          </w:tcPr>
          <w:p>
            <w:pPr>
              <w:spacing w:after="20" w:before="20"/>
            </w:pPr>
            <w:r/>
            <w:r>
              <w:rPr>
                <w:rFonts w:ascii="Times New Roman" w:hAnsi="Times New Roman" w:eastAsia="宋体"/>
                <w:b w:val="0"/>
                <w:sz w:val="21"/>
              </w:rPr>
              <w:t>102125102120138</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94.0</w:t>
            </w:r>
          </w:p>
        </w:tc>
      </w:tr>
      <w:tr>
        <w:tc>
          <w:tcPr>
            <w:tcW w:type="dxa" w:w="1439"/>
          </w:tcPr>
          <w:p>
            <w:pPr>
              <w:spacing w:after="20" w:before="20"/>
            </w:pPr>
            <w:r/>
            <w:r>
              <w:rPr>
                <w:rFonts w:ascii="Times New Roman" w:hAnsi="Times New Roman" w:eastAsia="宋体"/>
                <w:b w:val="0"/>
                <w:sz w:val="21"/>
              </w:rPr>
              <w:t>139</w:t>
            </w:r>
          </w:p>
        </w:tc>
        <w:tc>
          <w:tcPr>
            <w:tcW w:type="dxa" w:w="1439"/>
          </w:tcPr>
          <w:p>
            <w:pPr>
              <w:spacing w:after="20" w:before="20"/>
            </w:pPr>
            <w:r/>
            <w:r>
              <w:rPr>
                <w:rFonts w:ascii="Times New Roman" w:hAnsi="Times New Roman" w:eastAsia="宋体"/>
                <w:b w:val="0"/>
                <w:sz w:val="21"/>
              </w:rPr>
              <w:t>刘浩</w:t>
            </w:r>
          </w:p>
        </w:tc>
        <w:tc>
          <w:tcPr>
            <w:tcW w:type="dxa" w:w="1439"/>
          </w:tcPr>
          <w:p>
            <w:pPr>
              <w:spacing w:after="20" w:before="20"/>
            </w:pPr>
            <w:r/>
            <w:r>
              <w:rPr>
                <w:rFonts w:ascii="Times New Roman" w:hAnsi="Times New Roman" w:eastAsia="宋体"/>
                <w:b w:val="0"/>
                <w:sz w:val="21"/>
              </w:rPr>
              <w:t>102125102120139</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92.4</w:t>
            </w:r>
          </w:p>
        </w:tc>
      </w:tr>
      <w:tr>
        <w:tc>
          <w:tcPr>
            <w:tcW w:type="dxa" w:w="1439"/>
          </w:tcPr>
          <w:p>
            <w:pPr>
              <w:spacing w:after="20" w:before="20"/>
            </w:pPr>
            <w:r/>
            <w:r>
              <w:rPr>
                <w:rFonts w:ascii="Times New Roman" w:hAnsi="Times New Roman" w:eastAsia="宋体"/>
                <w:b w:val="0"/>
                <w:sz w:val="21"/>
              </w:rPr>
              <w:t>140</w:t>
            </w:r>
          </w:p>
        </w:tc>
        <w:tc>
          <w:tcPr>
            <w:tcW w:type="dxa" w:w="1439"/>
          </w:tcPr>
          <w:p>
            <w:pPr>
              <w:spacing w:after="20" w:before="20"/>
            </w:pPr>
            <w:r/>
            <w:r>
              <w:rPr>
                <w:rFonts w:ascii="Times New Roman" w:hAnsi="Times New Roman" w:eastAsia="宋体"/>
                <w:b w:val="0"/>
                <w:sz w:val="21"/>
              </w:rPr>
              <w:t>王彤</w:t>
            </w:r>
          </w:p>
        </w:tc>
        <w:tc>
          <w:tcPr>
            <w:tcW w:type="dxa" w:w="1439"/>
          </w:tcPr>
          <w:p>
            <w:pPr>
              <w:spacing w:after="20" w:before="20"/>
            </w:pPr>
            <w:r/>
            <w:r>
              <w:rPr>
                <w:rFonts w:ascii="Times New Roman" w:hAnsi="Times New Roman" w:eastAsia="宋体"/>
                <w:b w:val="0"/>
                <w:sz w:val="21"/>
              </w:rPr>
              <w:t>102125102120140</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89.8</w:t>
            </w:r>
          </w:p>
        </w:tc>
      </w:tr>
      <w:tr>
        <w:tc>
          <w:tcPr>
            <w:tcW w:type="dxa" w:w="1439"/>
          </w:tcPr>
          <w:p>
            <w:pPr>
              <w:spacing w:after="20" w:before="20"/>
            </w:pPr>
            <w:r/>
            <w:r>
              <w:rPr>
                <w:rFonts w:ascii="Times New Roman" w:hAnsi="Times New Roman" w:eastAsia="宋体"/>
                <w:b w:val="0"/>
                <w:sz w:val="21"/>
              </w:rPr>
              <w:t>141</w:t>
            </w:r>
          </w:p>
        </w:tc>
        <w:tc>
          <w:tcPr>
            <w:tcW w:type="dxa" w:w="1439"/>
          </w:tcPr>
          <w:p>
            <w:pPr>
              <w:spacing w:after="20" w:before="20"/>
            </w:pPr>
            <w:r/>
            <w:r>
              <w:rPr>
                <w:rFonts w:ascii="Times New Roman" w:hAnsi="Times New Roman" w:eastAsia="宋体"/>
                <w:b w:val="0"/>
                <w:sz w:val="21"/>
              </w:rPr>
              <w:t>陈艺雪</w:t>
            </w:r>
          </w:p>
        </w:tc>
        <w:tc>
          <w:tcPr>
            <w:tcW w:type="dxa" w:w="1439"/>
          </w:tcPr>
          <w:p>
            <w:pPr>
              <w:spacing w:after="20" w:before="20"/>
            </w:pPr>
            <w:r/>
            <w:r>
              <w:rPr>
                <w:rFonts w:ascii="Times New Roman" w:hAnsi="Times New Roman" w:eastAsia="宋体"/>
                <w:b w:val="0"/>
                <w:sz w:val="21"/>
              </w:rPr>
              <w:t>102125104460141</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89.8</w:t>
            </w:r>
          </w:p>
        </w:tc>
      </w:tr>
      <w:tr>
        <w:tc>
          <w:tcPr>
            <w:tcW w:type="dxa" w:w="1439"/>
          </w:tcPr>
          <w:p>
            <w:pPr>
              <w:spacing w:after="20" w:before="20"/>
            </w:pPr>
            <w:r/>
            <w:r>
              <w:rPr>
                <w:rFonts w:ascii="Times New Roman" w:hAnsi="Times New Roman" w:eastAsia="宋体"/>
                <w:b w:val="0"/>
                <w:sz w:val="21"/>
              </w:rPr>
              <w:t>142</w:t>
            </w:r>
          </w:p>
        </w:tc>
        <w:tc>
          <w:tcPr>
            <w:tcW w:type="dxa" w:w="1439"/>
          </w:tcPr>
          <w:p>
            <w:pPr>
              <w:spacing w:after="20" w:before="20"/>
            </w:pPr>
            <w:r/>
            <w:r>
              <w:rPr>
                <w:rFonts w:ascii="Times New Roman" w:hAnsi="Times New Roman" w:eastAsia="宋体"/>
                <w:b w:val="0"/>
                <w:sz w:val="21"/>
              </w:rPr>
              <w:t>徐美玲</w:t>
            </w:r>
          </w:p>
        </w:tc>
        <w:tc>
          <w:tcPr>
            <w:tcW w:type="dxa" w:w="1439"/>
          </w:tcPr>
          <w:p>
            <w:pPr>
              <w:spacing w:after="20" w:before="20"/>
            </w:pPr>
            <w:r/>
            <w:r>
              <w:rPr>
                <w:rFonts w:ascii="Times New Roman" w:hAnsi="Times New Roman" w:eastAsia="宋体"/>
                <w:b w:val="0"/>
                <w:sz w:val="21"/>
              </w:rPr>
              <w:t>102125102120142</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89.6</w:t>
            </w:r>
          </w:p>
        </w:tc>
      </w:tr>
      <w:tr>
        <w:tc>
          <w:tcPr>
            <w:tcW w:type="dxa" w:w="1439"/>
          </w:tcPr>
          <w:p>
            <w:pPr>
              <w:spacing w:after="20" w:before="20"/>
            </w:pPr>
            <w:r/>
            <w:r>
              <w:rPr>
                <w:rFonts w:ascii="Times New Roman" w:hAnsi="Times New Roman" w:eastAsia="宋体"/>
                <w:b w:val="0"/>
                <w:sz w:val="21"/>
              </w:rPr>
              <w:t>143</w:t>
            </w:r>
          </w:p>
        </w:tc>
        <w:tc>
          <w:tcPr>
            <w:tcW w:type="dxa" w:w="1439"/>
          </w:tcPr>
          <w:p>
            <w:pPr>
              <w:spacing w:after="20" w:before="20"/>
            </w:pPr>
            <w:r/>
            <w:r>
              <w:rPr>
                <w:rFonts w:ascii="Times New Roman" w:hAnsi="Times New Roman" w:eastAsia="宋体"/>
                <w:b w:val="0"/>
                <w:sz w:val="21"/>
              </w:rPr>
              <w:t>刘雪航</w:t>
            </w:r>
          </w:p>
        </w:tc>
        <w:tc>
          <w:tcPr>
            <w:tcW w:type="dxa" w:w="1439"/>
          </w:tcPr>
          <w:p>
            <w:pPr>
              <w:spacing w:after="20" w:before="20"/>
            </w:pPr>
            <w:r/>
            <w:r>
              <w:rPr>
                <w:rFonts w:ascii="Times New Roman" w:hAnsi="Times New Roman" w:eastAsia="宋体"/>
                <w:b w:val="0"/>
                <w:sz w:val="21"/>
              </w:rPr>
              <w:t>102125102120143</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89.0</w:t>
            </w:r>
          </w:p>
        </w:tc>
      </w:tr>
      <w:tr>
        <w:tc>
          <w:tcPr>
            <w:tcW w:type="dxa" w:w="1439"/>
          </w:tcPr>
          <w:p>
            <w:pPr>
              <w:spacing w:after="20" w:before="20"/>
            </w:pPr>
            <w:r/>
            <w:r>
              <w:rPr>
                <w:rFonts w:ascii="Times New Roman" w:hAnsi="Times New Roman" w:eastAsia="宋体"/>
                <w:b w:val="0"/>
                <w:sz w:val="21"/>
              </w:rPr>
              <w:t>144</w:t>
            </w:r>
          </w:p>
        </w:tc>
        <w:tc>
          <w:tcPr>
            <w:tcW w:type="dxa" w:w="1439"/>
          </w:tcPr>
          <w:p>
            <w:pPr>
              <w:spacing w:after="20" w:before="20"/>
            </w:pPr>
            <w:r/>
            <w:r>
              <w:rPr>
                <w:rFonts w:ascii="Times New Roman" w:hAnsi="Times New Roman" w:eastAsia="宋体"/>
                <w:b w:val="0"/>
                <w:sz w:val="21"/>
              </w:rPr>
              <w:t>祁博</w:t>
            </w:r>
          </w:p>
        </w:tc>
        <w:tc>
          <w:tcPr>
            <w:tcW w:type="dxa" w:w="1439"/>
          </w:tcPr>
          <w:p>
            <w:pPr>
              <w:spacing w:after="20" w:before="20"/>
            </w:pPr>
            <w:r/>
            <w:r>
              <w:rPr>
                <w:rFonts w:ascii="Times New Roman" w:hAnsi="Times New Roman" w:eastAsia="宋体"/>
                <w:b w:val="0"/>
                <w:sz w:val="21"/>
              </w:rPr>
              <w:t>102125102120144</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145</w:t>
            </w:r>
          </w:p>
        </w:tc>
        <w:tc>
          <w:tcPr>
            <w:tcW w:type="dxa" w:w="1439"/>
          </w:tcPr>
          <w:p>
            <w:pPr>
              <w:spacing w:after="20" w:before="20"/>
            </w:pPr>
            <w:r/>
            <w:r>
              <w:rPr>
                <w:rFonts w:ascii="Times New Roman" w:hAnsi="Times New Roman" w:eastAsia="宋体"/>
                <w:b w:val="0"/>
                <w:sz w:val="21"/>
              </w:rPr>
              <w:t>范芯萍</w:t>
            </w:r>
          </w:p>
        </w:tc>
        <w:tc>
          <w:tcPr>
            <w:tcW w:type="dxa" w:w="1439"/>
          </w:tcPr>
          <w:p>
            <w:pPr>
              <w:spacing w:after="20" w:before="20"/>
            </w:pPr>
            <w:r/>
            <w:r>
              <w:rPr>
                <w:rFonts w:ascii="Times New Roman" w:hAnsi="Times New Roman" w:eastAsia="宋体"/>
                <w:b w:val="0"/>
                <w:sz w:val="21"/>
              </w:rPr>
              <w:t>102125101400145</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146</w:t>
            </w:r>
          </w:p>
        </w:tc>
        <w:tc>
          <w:tcPr>
            <w:tcW w:type="dxa" w:w="1439"/>
          </w:tcPr>
          <w:p>
            <w:pPr>
              <w:spacing w:after="20" w:before="20"/>
            </w:pPr>
            <w:r/>
            <w:r>
              <w:rPr>
                <w:rFonts w:ascii="Times New Roman" w:hAnsi="Times New Roman" w:eastAsia="宋体"/>
                <w:b w:val="0"/>
                <w:sz w:val="21"/>
              </w:rPr>
              <w:t>孙影利</w:t>
            </w:r>
          </w:p>
        </w:tc>
        <w:tc>
          <w:tcPr>
            <w:tcW w:type="dxa" w:w="1439"/>
          </w:tcPr>
          <w:p>
            <w:pPr>
              <w:spacing w:after="20" w:before="20"/>
            </w:pPr>
            <w:r/>
            <w:r>
              <w:rPr>
                <w:rFonts w:ascii="Times New Roman" w:hAnsi="Times New Roman" w:eastAsia="宋体"/>
                <w:b w:val="0"/>
                <w:sz w:val="21"/>
              </w:rPr>
              <w:t>102125104460146</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俄语口译</w:t>
            </w:r>
          </w:p>
        </w:tc>
        <w:tc>
          <w:tcPr>
            <w:tcW w:type="dxa" w:w="1439"/>
          </w:tcPr>
          <w:p>
            <w:pPr>
              <w:spacing w:after="20" w:before="20"/>
            </w:pPr>
            <w:r/>
            <w:r>
              <w:rPr>
                <w:rFonts w:ascii="Times New Roman" w:hAnsi="Times New Roman" w:eastAsia="宋体"/>
                <w:b w:val="0"/>
                <w:sz w:val="21"/>
              </w:rPr>
              <w:t>84.0</w:t>
            </w:r>
          </w:p>
        </w:tc>
      </w:tr>
      <w:tr>
        <w:tc>
          <w:tcPr>
            <w:tcW w:type="dxa" w:w="1439"/>
          </w:tcPr>
          <w:p>
            <w:pPr>
              <w:spacing w:after="20" w:before="20"/>
            </w:pPr>
            <w:r/>
            <w:r>
              <w:rPr>
                <w:rFonts w:ascii="Times New Roman" w:hAnsi="Times New Roman" w:eastAsia="宋体"/>
                <w:b w:val="0"/>
                <w:sz w:val="21"/>
              </w:rPr>
              <w:t>147</w:t>
            </w:r>
          </w:p>
        </w:tc>
        <w:tc>
          <w:tcPr>
            <w:tcW w:type="dxa" w:w="1439"/>
          </w:tcPr>
          <w:p>
            <w:pPr>
              <w:spacing w:after="20" w:before="20"/>
            </w:pPr>
            <w:r/>
            <w:r>
              <w:rPr>
                <w:rFonts w:ascii="Times New Roman" w:hAnsi="Times New Roman" w:eastAsia="宋体"/>
                <w:b w:val="0"/>
                <w:sz w:val="21"/>
              </w:rPr>
              <w:t>许瀚文</w:t>
            </w:r>
          </w:p>
        </w:tc>
        <w:tc>
          <w:tcPr>
            <w:tcW w:type="dxa" w:w="1439"/>
          </w:tcPr>
          <w:p>
            <w:pPr>
              <w:spacing w:after="20" w:before="20"/>
            </w:pPr>
            <w:r/>
            <w:r>
              <w:rPr>
                <w:rFonts w:ascii="Times New Roman" w:hAnsi="Times New Roman" w:eastAsia="宋体"/>
                <w:b w:val="0"/>
                <w:sz w:val="21"/>
              </w:rPr>
              <w:t>102125102120147</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朝鲜语笔译</w:t>
            </w:r>
          </w:p>
        </w:tc>
        <w:tc>
          <w:tcPr>
            <w:tcW w:type="dxa" w:w="1439"/>
          </w:tcPr>
          <w:p>
            <w:pPr>
              <w:spacing w:after="20" w:before="20"/>
            </w:pPr>
            <w:r/>
            <w:r>
              <w:rPr>
                <w:rFonts w:ascii="Times New Roman" w:hAnsi="Times New Roman" w:eastAsia="宋体"/>
                <w:b w:val="0"/>
                <w:sz w:val="21"/>
              </w:rPr>
              <w:t>92.0</w:t>
            </w:r>
          </w:p>
        </w:tc>
      </w:tr>
      <w:tr>
        <w:tc>
          <w:tcPr>
            <w:tcW w:type="dxa" w:w="1439"/>
          </w:tcPr>
          <w:p>
            <w:pPr>
              <w:spacing w:after="20" w:before="20"/>
            </w:pPr>
            <w:r/>
            <w:r>
              <w:rPr>
                <w:rFonts w:ascii="Times New Roman" w:hAnsi="Times New Roman" w:eastAsia="宋体"/>
                <w:b w:val="0"/>
                <w:sz w:val="21"/>
              </w:rPr>
              <w:t>148</w:t>
            </w:r>
          </w:p>
        </w:tc>
        <w:tc>
          <w:tcPr>
            <w:tcW w:type="dxa" w:w="1439"/>
          </w:tcPr>
          <w:p>
            <w:pPr>
              <w:spacing w:after="20" w:before="20"/>
            </w:pPr>
            <w:r/>
            <w:r>
              <w:rPr>
                <w:rFonts w:ascii="Times New Roman" w:hAnsi="Times New Roman" w:eastAsia="宋体"/>
                <w:b w:val="0"/>
                <w:sz w:val="21"/>
              </w:rPr>
              <w:t>杨婷</w:t>
            </w:r>
          </w:p>
        </w:tc>
        <w:tc>
          <w:tcPr>
            <w:tcW w:type="dxa" w:w="1439"/>
          </w:tcPr>
          <w:p>
            <w:pPr>
              <w:spacing w:after="20" w:before="20"/>
            </w:pPr>
            <w:r/>
            <w:r>
              <w:rPr>
                <w:rFonts w:ascii="Times New Roman" w:hAnsi="Times New Roman" w:eastAsia="宋体"/>
                <w:b w:val="0"/>
                <w:sz w:val="21"/>
              </w:rPr>
              <w:t>102125102310148</w:t>
            </w:r>
          </w:p>
        </w:tc>
        <w:tc>
          <w:tcPr>
            <w:tcW w:type="dxa" w:w="1439"/>
          </w:tcPr>
          <w:p>
            <w:pPr>
              <w:spacing w:after="20" w:before="20"/>
            </w:pPr>
            <w:r/>
            <w:r>
              <w:rPr>
                <w:rFonts w:ascii="Times New Roman" w:hAnsi="Times New Roman" w:eastAsia="宋体"/>
                <w:b w:val="0"/>
                <w:sz w:val="21"/>
              </w:rPr>
              <w:t>高级翻译学院</w:t>
            </w:r>
          </w:p>
        </w:tc>
        <w:tc>
          <w:tcPr>
            <w:tcW w:type="dxa" w:w="1439"/>
          </w:tcPr>
          <w:p>
            <w:pPr>
              <w:spacing w:after="20" w:before="20"/>
            </w:pPr>
            <w:r/>
            <w:r>
              <w:rPr>
                <w:rFonts w:ascii="Times New Roman" w:hAnsi="Times New Roman" w:eastAsia="宋体"/>
                <w:b w:val="0"/>
                <w:sz w:val="21"/>
              </w:rPr>
              <w:t>朝鲜语笔译</w:t>
            </w:r>
          </w:p>
        </w:tc>
        <w:tc>
          <w:tcPr>
            <w:tcW w:type="dxa" w:w="1439"/>
          </w:tcPr>
          <w:p>
            <w:pPr>
              <w:spacing w:after="20" w:before="20"/>
            </w:pPr>
            <w:r/>
            <w:r>
              <w:rPr>
                <w:rFonts w:ascii="Times New Roman" w:hAnsi="Times New Roman" w:eastAsia="宋体"/>
                <w:b w:val="0"/>
                <w:sz w:val="21"/>
              </w:rPr>
              <w:t>86.0</w:t>
            </w:r>
          </w:p>
        </w:tc>
      </w:tr>
      <w:tr>
        <w:tc>
          <w:tcPr>
            <w:tcW w:type="dxa" w:w="1439"/>
          </w:tcPr>
          <w:p>
            <w:pPr>
              <w:spacing w:after="20" w:before="20"/>
            </w:pPr>
            <w:r/>
            <w:r>
              <w:rPr>
                <w:rFonts w:ascii="Times New Roman" w:hAnsi="Times New Roman" w:eastAsia="宋体"/>
                <w:b w:val="0"/>
                <w:sz w:val="21"/>
              </w:rPr>
              <w:t>149</w:t>
            </w:r>
          </w:p>
        </w:tc>
        <w:tc>
          <w:tcPr>
            <w:tcW w:type="dxa" w:w="1439"/>
          </w:tcPr>
          <w:p>
            <w:pPr>
              <w:spacing w:after="20" w:before="20"/>
            </w:pPr>
            <w:r/>
            <w:r>
              <w:rPr>
                <w:rFonts w:ascii="Times New Roman" w:hAnsi="Times New Roman" w:eastAsia="宋体"/>
                <w:b w:val="0"/>
                <w:sz w:val="21"/>
              </w:rPr>
              <w:t>祁惠悦</w:t>
            </w:r>
          </w:p>
        </w:tc>
        <w:tc>
          <w:tcPr>
            <w:tcW w:type="dxa" w:w="1439"/>
          </w:tcPr>
          <w:p>
            <w:pPr>
              <w:spacing w:after="20" w:before="20"/>
            </w:pPr>
            <w:r/>
            <w:r>
              <w:rPr>
                <w:rFonts w:ascii="Times New Roman" w:hAnsi="Times New Roman" w:eastAsia="宋体"/>
                <w:b w:val="0"/>
                <w:sz w:val="21"/>
              </w:rPr>
              <w:t>102125102310149</w:t>
            </w:r>
          </w:p>
        </w:tc>
        <w:tc>
          <w:tcPr>
            <w:tcW w:type="dxa" w:w="1439"/>
          </w:tcPr>
          <w:p>
            <w:pPr>
              <w:spacing w:after="20" w:before="20"/>
            </w:pPr>
            <w:r/>
            <w:r>
              <w:rPr>
                <w:rFonts w:ascii="Times New Roman" w:hAnsi="Times New Roman" w:eastAsia="宋体"/>
                <w:b w:val="0"/>
                <w:sz w:val="21"/>
              </w:rPr>
              <w:t>创新创业教育学院</w:t>
            </w:r>
          </w:p>
        </w:tc>
        <w:tc>
          <w:tcPr>
            <w:tcW w:type="dxa" w:w="1439"/>
          </w:tcPr>
          <w:p>
            <w:pPr>
              <w:spacing w:after="20" w:before="20"/>
            </w:pPr>
            <w:r/>
            <w:r>
              <w:rPr>
                <w:rFonts w:ascii="Times New Roman" w:hAnsi="Times New Roman" w:eastAsia="宋体"/>
                <w:b w:val="0"/>
                <w:sz w:val="21"/>
              </w:rPr>
              <w:t>教育学</w:t>
            </w:r>
          </w:p>
        </w:tc>
        <w:tc>
          <w:tcPr>
            <w:tcW w:type="dxa" w:w="1439"/>
          </w:tcPr>
          <w:p>
            <w:pPr>
              <w:spacing w:after="20" w:before="20"/>
            </w:pPr>
            <w:r/>
            <w:r>
              <w:rPr>
                <w:rFonts w:ascii="Times New Roman" w:hAnsi="Times New Roman" w:eastAsia="宋体"/>
                <w:b w:val="0"/>
                <w:sz w:val="21"/>
              </w:rPr>
              <w:t>84.4</w:t>
            </w:r>
          </w:p>
        </w:tc>
      </w:tr>
      <w:tr>
        <w:tc>
          <w:tcPr>
            <w:tcW w:type="dxa" w:w="1439"/>
          </w:tcPr>
          <w:p>
            <w:pPr>
              <w:spacing w:after="20" w:before="20"/>
            </w:pPr>
            <w:r/>
            <w:r>
              <w:rPr>
                <w:rFonts w:ascii="Times New Roman" w:hAnsi="Times New Roman" w:eastAsia="宋体"/>
                <w:b w:val="0"/>
                <w:sz w:val="21"/>
              </w:rPr>
              <w:t>150</w:t>
            </w:r>
          </w:p>
        </w:tc>
        <w:tc>
          <w:tcPr>
            <w:tcW w:type="dxa" w:w="1439"/>
          </w:tcPr>
          <w:p>
            <w:pPr>
              <w:spacing w:after="20" w:before="20"/>
            </w:pPr>
            <w:r/>
            <w:r>
              <w:rPr>
                <w:rFonts w:ascii="Times New Roman" w:hAnsi="Times New Roman" w:eastAsia="宋体"/>
                <w:b w:val="0"/>
                <w:sz w:val="21"/>
              </w:rPr>
              <w:t>张嘉芸</w:t>
            </w:r>
          </w:p>
        </w:tc>
        <w:tc>
          <w:tcPr>
            <w:tcW w:type="dxa" w:w="1439"/>
          </w:tcPr>
          <w:p>
            <w:pPr>
              <w:spacing w:after="20" w:before="20"/>
            </w:pPr>
            <w:r/>
            <w:r>
              <w:rPr>
                <w:rFonts w:ascii="Times New Roman" w:hAnsi="Times New Roman" w:eastAsia="宋体"/>
                <w:b w:val="0"/>
                <w:sz w:val="21"/>
              </w:rPr>
              <w:t>102125102120150</w:t>
            </w:r>
          </w:p>
        </w:tc>
        <w:tc>
          <w:tcPr>
            <w:tcW w:type="dxa" w:w="1439"/>
          </w:tcPr>
          <w:p>
            <w:pPr>
              <w:spacing w:after="20" w:before="20"/>
            </w:pPr>
            <w:r/>
            <w:r>
              <w:rPr>
                <w:rFonts w:ascii="Times New Roman" w:hAnsi="Times New Roman" w:eastAsia="宋体"/>
                <w:b w:val="0"/>
                <w:sz w:val="21"/>
              </w:rPr>
              <w:t>外国语言文学学院（区域国别学院）</w:t>
            </w:r>
          </w:p>
        </w:tc>
        <w:tc>
          <w:tcPr>
            <w:tcW w:type="dxa" w:w="1439"/>
          </w:tcPr>
          <w:p>
            <w:pPr>
              <w:spacing w:after="20" w:before="20"/>
            </w:pPr>
            <w:r/>
            <w:r>
              <w:rPr>
                <w:rFonts w:ascii="Times New Roman" w:hAnsi="Times New Roman" w:eastAsia="宋体"/>
                <w:b w:val="0"/>
                <w:sz w:val="21"/>
              </w:rPr>
              <w:t>英语语言文学</w:t>
            </w:r>
          </w:p>
        </w:tc>
        <w:tc>
          <w:tcPr>
            <w:tcW w:type="dxa" w:w="1439"/>
          </w:tcPr>
          <w:p>
            <w:pPr>
              <w:spacing w:after="20" w:before="20"/>
            </w:pPr>
            <w:r/>
            <w:r>
              <w:rPr>
                <w:rFonts w:ascii="Times New Roman" w:hAnsi="Times New Roman" w:eastAsia="宋体"/>
                <w:b w:val="0"/>
                <w:sz w:val="21"/>
              </w:rPr>
              <w:t>91.0</w:t>
            </w:r>
          </w:p>
        </w:tc>
      </w:tr>
      <w:tr>
        <w:tc>
          <w:tcPr>
            <w:tcW w:type="dxa" w:w="1439"/>
          </w:tcPr>
          <w:p>
            <w:pPr>
              <w:spacing w:after="20" w:before="20"/>
            </w:pPr>
            <w:r/>
            <w:r>
              <w:rPr>
                <w:rFonts w:ascii="Times New Roman" w:hAnsi="Times New Roman" w:eastAsia="宋体"/>
                <w:b w:val="0"/>
                <w:sz w:val="21"/>
              </w:rPr>
              <w:t>151</w:t>
            </w:r>
          </w:p>
        </w:tc>
        <w:tc>
          <w:tcPr>
            <w:tcW w:type="dxa" w:w="1439"/>
          </w:tcPr>
          <w:p>
            <w:pPr>
              <w:spacing w:after="20" w:before="20"/>
            </w:pPr>
            <w:r/>
            <w:r>
              <w:rPr>
                <w:rFonts w:ascii="Times New Roman" w:hAnsi="Times New Roman" w:eastAsia="宋体"/>
                <w:b w:val="0"/>
                <w:sz w:val="21"/>
              </w:rPr>
              <w:t>马露婷</w:t>
            </w:r>
          </w:p>
        </w:tc>
        <w:tc>
          <w:tcPr>
            <w:tcW w:type="dxa" w:w="1439"/>
          </w:tcPr>
          <w:p>
            <w:pPr>
              <w:spacing w:after="20" w:before="20"/>
            </w:pPr>
            <w:r/>
            <w:r>
              <w:rPr>
                <w:rFonts w:ascii="Times New Roman" w:hAnsi="Times New Roman" w:eastAsia="宋体"/>
                <w:b w:val="0"/>
                <w:sz w:val="21"/>
              </w:rPr>
              <w:t>102125102120151</w:t>
            </w:r>
          </w:p>
        </w:tc>
        <w:tc>
          <w:tcPr>
            <w:tcW w:type="dxa" w:w="1439"/>
          </w:tcPr>
          <w:p>
            <w:pPr>
              <w:spacing w:after="20" w:before="20"/>
            </w:pPr>
            <w:r/>
            <w:r>
              <w:rPr>
                <w:rFonts w:ascii="Times New Roman" w:hAnsi="Times New Roman" w:eastAsia="宋体"/>
                <w:b w:val="0"/>
                <w:sz w:val="21"/>
              </w:rPr>
              <w:t>外国语言文学学院（区域国别学院）</w:t>
            </w:r>
          </w:p>
        </w:tc>
        <w:tc>
          <w:tcPr>
            <w:tcW w:type="dxa" w:w="1439"/>
          </w:tcPr>
          <w:p>
            <w:pPr>
              <w:spacing w:after="20" w:before="20"/>
            </w:pPr>
            <w:r/>
            <w:r>
              <w:rPr>
                <w:rFonts w:ascii="Times New Roman" w:hAnsi="Times New Roman" w:eastAsia="宋体"/>
                <w:b w:val="0"/>
                <w:sz w:val="21"/>
              </w:rPr>
              <w:t>日语语言文学</w:t>
            </w:r>
          </w:p>
        </w:tc>
        <w:tc>
          <w:tcPr>
            <w:tcW w:type="dxa" w:w="1439"/>
          </w:tcPr>
          <w:p>
            <w:pPr>
              <w:spacing w:after="20" w:before="20"/>
            </w:pPr>
            <w:r/>
            <w:r>
              <w:rPr>
                <w:rFonts w:ascii="Times New Roman" w:hAnsi="Times New Roman" w:eastAsia="宋体"/>
                <w:b w:val="0"/>
                <w:sz w:val="21"/>
              </w:rPr>
              <w:t>90.0</w:t>
            </w:r>
          </w:p>
        </w:tc>
      </w:tr>
      <w:tr>
        <w:tc>
          <w:tcPr>
            <w:tcW w:type="dxa" w:w="1439"/>
          </w:tcPr>
          <w:p>
            <w:pPr>
              <w:spacing w:after="20" w:before="20"/>
            </w:pPr>
            <w:r/>
            <w:r>
              <w:rPr>
                <w:rFonts w:ascii="Times New Roman" w:hAnsi="Times New Roman" w:eastAsia="宋体"/>
                <w:b w:val="0"/>
                <w:sz w:val="21"/>
              </w:rPr>
              <w:t>152</w:t>
            </w:r>
          </w:p>
        </w:tc>
        <w:tc>
          <w:tcPr>
            <w:tcW w:type="dxa" w:w="1439"/>
          </w:tcPr>
          <w:p>
            <w:pPr>
              <w:spacing w:after="20" w:before="20"/>
            </w:pPr>
            <w:r/>
            <w:r>
              <w:rPr>
                <w:rFonts w:ascii="Times New Roman" w:hAnsi="Times New Roman" w:eastAsia="宋体"/>
                <w:b w:val="0"/>
                <w:sz w:val="21"/>
              </w:rPr>
              <w:t>王妍</w:t>
            </w:r>
          </w:p>
        </w:tc>
        <w:tc>
          <w:tcPr>
            <w:tcW w:type="dxa" w:w="1439"/>
          </w:tcPr>
          <w:p>
            <w:pPr>
              <w:spacing w:after="20" w:before="20"/>
            </w:pPr>
            <w:r/>
            <w:r>
              <w:rPr>
                <w:rFonts w:ascii="Times New Roman" w:hAnsi="Times New Roman" w:eastAsia="宋体"/>
                <w:b w:val="0"/>
                <w:sz w:val="21"/>
              </w:rPr>
              <w:t>102125102120152</w:t>
            </w:r>
          </w:p>
        </w:tc>
        <w:tc>
          <w:tcPr>
            <w:tcW w:type="dxa" w:w="1439"/>
          </w:tcPr>
          <w:p>
            <w:pPr>
              <w:spacing w:after="20" w:before="20"/>
            </w:pPr>
            <w:r/>
            <w:r>
              <w:rPr>
                <w:rFonts w:ascii="Times New Roman" w:hAnsi="Times New Roman" w:eastAsia="宋体"/>
                <w:b w:val="0"/>
                <w:sz w:val="21"/>
              </w:rPr>
              <w:t>外国语言文学学院（区域国别学院）</w:t>
            </w:r>
          </w:p>
        </w:tc>
        <w:tc>
          <w:tcPr>
            <w:tcW w:type="dxa" w:w="1439"/>
          </w:tcPr>
          <w:p>
            <w:pPr>
              <w:spacing w:after="20" w:before="20"/>
            </w:pPr>
            <w:r/>
            <w:r>
              <w:rPr>
                <w:rFonts w:ascii="Times New Roman" w:hAnsi="Times New Roman" w:eastAsia="宋体"/>
                <w:b w:val="0"/>
                <w:sz w:val="21"/>
              </w:rPr>
              <w:t>日语语言文学</w:t>
            </w:r>
          </w:p>
        </w:tc>
        <w:tc>
          <w:tcPr>
            <w:tcW w:type="dxa" w:w="1439"/>
          </w:tcPr>
          <w:p>
            <w:pPr>
              <w:spacing w:after="20" w:before="20"/>
            </w:pPr>
            <w:r/>
            <w:r>
              <w:rPr>
                <w:rFonts w:ascii="Times New Roman" w:hAnsi="Times New Roman" w:eastAsia="宋体"/>
                <w:b w:val="0"/>
                <w:sz w:val="21"/>
              </w:rPr>
              <w:t>89.4</w:t>
            </w:r>
          </w:p>
        </w:tc>
      </w:tr>
      <w:tr>
        <w:tc>
          <w:tcPr>
            <w:tcW w:type="dxa" w:w="1439"/>
          </w:tcPr>
          <w:p>
            <w:pPr>
              <w:spacing w:after="20" w:before="20"/>
            </w:pPr>
            <w:r/>
            <w:r>
              <w:rPr>
                <w:rFonts w:ascii="Times New Roman" w:hAnsi="Times New Roman" w:eastAsia="宋体"/>
                <w:b w:val="0"/>
                <w:sz w:val="21"/>
              </w:rPr>
              <w:t>153</w:t>
            </w:r>
          </w:p>
        </w:tc>
        <w:tc>
          <w:tcPr>
            <w:tcW w:type="dxa" w:w="1439"/>
          </w:tcPr>
          <w:p>
            <w:pPr>
              <w:spacing w:after="20" w:before="20"/>
            </w:pPr>
            <w:r/>
            <w:r>
              <w:rPr>
                <w:rFonts w:ascii="Times New Roman" w:hAnsi="Times New Roman" w:eastAsia="宋体"/>
                <w:b w:val="0"/>
                <w:sz w:val="21"/>
              </w:rPr>
              <w:t>张以宁</w:t>
            </w:r>
          </w:p>
        </w:tc>
        <w:tc>
          <w:tcPr>
            <w:tcW w:type="dxa" w:w="1439"/>
          </w:tcPr>
          <w:p>
            <w:pPr>
              <w:spacing w:after="20" w:before="20"/>
            </w:pPr>
            <w:r/>
            <w:r>
              <w:rPr>
                <w:rFonts w:ascii="Times New Roman" w:hAnsi="Times New Roman" w:eastAsia="宋体"/>
                <w:b w:val="0"/>
                <w:sz w:val="21"/>
              </w:rPr>
              <w:t>102125102120153</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88.8</w:t>
            </w:r>
          </w:p>
        </w:tc>
      </w:tr>
      <w:tr>
        <w:tc>
          <w:tcPr>
            <w:tcW w:type="dxa" w:w="1439"/>
          </w:tcPr>
          <w:p>
            <w:pPr>
              <w:spacing w:after="20" w:before="20"/>
            </w:pPr>
            <w:r/>
            <w:r>
              <w:rPr>
                <w:rFonts w:ascii="Times New Roman" w:hAnsi="Times New Roman" w:eastAsia="宋体"/>
                <w:b w:val="0"/>
                <w:sz w:val="21"/>
              </w:rPr>
              <w:t>154</w:t>
            </w:r>
          </w:p>
        </w:tc>
        <w:tc>
          <w:tcPr>
            <w:tcW w:type="dxa" w:w="1439"/>
          </w:tcPr>
          <w:p>
            <w:pPr>
              <w:spacing w:after="20" w:before="20"/>
            </w:pPr>
            <w:r/>
            <w:r>
              <w:rPr>
                <w:rFonts w:ascii="Times New Roman" w:hAnsi="Times New Roman" w:eastAsia="宋体"/>
                <w:b w:val="0"/>
                <w:sz w:val="21"/>
              </w:rPr>
              <w:t>孙冰</w:t>
            </w:r>
          </w:p>
        </w:tc>
        <w:tc>
          <w:tcPr>
            <w:tcW w:type="dxa" w:w="1439"/>
          </w:tcPr>
          <w:p>
            <w:pPr>
              <w:spacing w:after="20" w:before="20"/>
            </w:pPr>
            <w:r/>
            <w:r>
              <w:rPr>
                <w:rFonts w:ascii="Times New Roman" w:hAnsi="Times New Roman" w:eastAsia="宋体"/>
                <w:b w:val="0"/>
                <w:sz w:val="21"/>
              </w:rPr>
              <w:t>102125102120154</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九、学院与专业分布</w:t>
      </w:r>
    </w:p>
    <w:p>
      <w:pPr>
        <w:spacing w:after="80" w:lineRule="auto" w:line="360"/>
        <w:ind w:firstLine="482"/>
        <w:jc w:val="both"/>
      </w:pPr>
      <w:r>
        <w:rPr>
          <w:rFonts w:ascii="Times New Roman" w:hAnsi="Times New Roman" w:eastAsia="宋体"/>
          <w:b w:val="0"/>
          <w:sz w:val="24"/>
        </w:rPr>
        <w:t>1. 政府管理学院：行政管理1人（陈然），土地资源管理2人（袁甸伊、王铮）。</w:t>
      </w:r>
    </w:p>
    <w:p>
      <w:pPr>
        <w:spacing w:after="80" w:lineRule="auto" w:line="360"/>
        <w:ind w:firstLine="482"/>
        <w:jc w:val="both"/>
      </w:pPr>
      <w:r>
        <w:rPr>
          <w:rFonts w:ascii="Times New Roman" w:hAnsi="Times New Roman" w:eastAsia="宋体"/>
          <w:b w:val="0"/>
          <w:sz w:val="24"/>
        </w:rPr>
        <w:t>2. 艺术学院：音乐2人（王雪婧、周洁），设计3人（刘杰、李嘉怡、吴鑫馨）。</w:t>
      </w:r>
    </w:p>
    <w:p>
      <w:pPr>
        <w:spacing w:after="80" w:lineRule="auto" w:line="360"/>
        <w:ind w:firstLine="482"/>
        <w:jc w:val="both"/>
      </w:pPr>
      <w:r>
        <w:rPr>
          <w:rFonts w:ascii="Times New Roman" w:hAnsi="Times New Roman" w:eastAsia="宋体"/>
          <w:b w:val="0"/>
          <w:sz w:val="24"/>
        </w:rPr>
        <w:t>3. 建筑工程学院：土木工程1人（褚文波）。</w:t>
      </w:r>
    </w:p>
    <w:p>
      <w:pPr>
        <w:spacing w:after="80" w:lineRule="auto" w:line="360"/>
        <w:ind w:firstLine="482"/>
        <w:jc w:val="both"/>
      </w:pPr>
      <w:r>
        <w:rPr>
          <w:rFonts w:ascii="Times New Roman" w:hAnsi="Times New Roman" w:eastAsia="宋体"/>
          <w:b w:val="0"/>
          <w:sz w:val="24"/>
        </w:rPr>
        <w:t>4. 俄罗斯语言文学与文化研究中心：外国语言学及应用语言学1人（潘凯兵）。</w:t>
      </w:r>
    </w:p>
    <w:p>
      <w:pPr>
        <w:spacing w:after="80" w:lineRule="auto" w:line="360"/>
        <w:ind w:firstLine="482"/>
        <w:jc w:val="both"/>
      </w:pPr>
      <w:r>
        <w:rPr>
          <w:rFonts w:ascii="Times New Roman" w:hAnsi="Times New Roman" w:eastAsia="宋体"/>
          <w:b w:val="0"/>
          <w:sz w:val="24"/>
        </w:rPr>
        <w:t>5. 高级翻译学院：俄语笔译3人（王鑫、张婉莹、陈定利），俄语口译10人（吴国富、李洋、刘浩、王彤、陈艺雪、徐美玲、刘雪航、祁博、范芯萍、孙影利），朝鲜语笔译2人（许瀚文、杨婷）。</w:t>
      </w:r>
    </w:p>
    <w:p>
      <w:pPr>
        <w:spacing w:after="80" w:lineRule="auto" w:line="360"/>
        <w:ind w:firstLine="482"/>
        <w:jc w:val="both"/>
      </w:pPr>
      <w:r>
        <w:rPr>
          <w:rFonts w:ascii="Times New Roman" w:hAnsi="Times New Roman" w:eastAsia="宋体"/>
          <w:b w:val="0"/>
          <w:sz w:val="24"/>
        </w:rPr>
        <w:t>6. 创新创业教育学院：教育学1人（祁惠悦）。</w:t>
      </w:r>
    </w:p>
    <w:p>
      <w:pPr>
        <w:spacing w:after="80" w:lineRule="auto" w:line="360"/>
        <w:ind w:firstLine="482"/>
        <w:jc w:val="both"/>
      </w:pPr>
      <w:r>
        <w:rPr>
          <w:rFonts w:ascii="Times New Roman" w:hAnsi="Times New Roman" w:eastAsia="宋体"/>
          <w:b w:val="0"/>
          <w:sz w:val="24"/>
        </w:rPr>
        <w:t>7. 外国语言文学学院（区域国别学院）：英语语言文学1人（张嘉芸），日语语言文学2人（马露婷、王妍）。</w:t>
      </w:r>
    </w:p>
    <w:p>
      <w:pPr>
        <w:spacing w:after="80" w:lineRule="auto" w:line="360"/>
        <w:ind w:firstLine="482"/>
        <w:jc w:val="both"/>
      </w:pPr>
      <w:r>
        <w:rPr>
          <w:rFonts w:ascii="Times New Roman" w:hAnsi="Times New Roman" w:eastAsia="宋体"/>
          <w:b w:val="0"/>
          <w:sz w:val="24"/>
        </w:rPr>
        <w:t>8. 计算机与大数据学院（网络安全学院）：计算机科学与技术3人（张以宁、孙冰、刘策），软件工程1人（王海婷），网络空间安全3人（杜一省、张广鹏、蓝梓洋）。</w:t>
      </w:r>
    </w:p>
    <w:p>
      <w:pPr>
        <w:spacing w:before="160" w:after="80" w:lineRule="auto" w:line="360"/>
        <w:jc w:val="left"/>
      </w:pPr>
      <w:r>
        <w:rPr>
          <w:rFonts w:ascii="Times New Roman" w:hAnsi="Times New Roman" w:eastAsia="宋体"/>
          <w:b/>
          <w:sz w:val="28"/>
        </w:rPr>
        <w:t>十、评分与排序说明</w:t>
      </w:r>
    </w:p>
    <w:p>
      <w:pPr>
        <w:spacing w:after="80" w:lineRule="auto" w:line="360"/>
        <w:ind w:firstLine="482"/>
        <w:jc w:val="both"/>
      </w:pPr>
      <w:r>
        <w:rPr>
          <w:rFonts w:ascii="Times New Roman" w:hAnsi="Times New Roman" w:eastAsia="宋体"/>
          <w:b w:val="0"/>
          <w:sz w:val="24"/>
        </w:rPr>
        <w:t>1. 名单按序号排列，序号与成绩（评分）为量化数据，成绩精确到小数点后一位。</w:t>
      </w:r>
    </w:p>
    <w:p>
      <w:pPr>
        <w:spacing w:after="80" w:lineRule="auto" w:line="360"/>
        <w:ind w:firstLine="482"/>
        <w:jc w:val="both"/>
      </w:pPr>
      <w:r>
        <w:rPr>
          <w:rFonts w:ascii="Times New Roman" w:hAnsi="Times New Roman" w:eastAsia="宋体"/>
          <w:b w:val="0"/>
          <w:sz w:val="24"/>
        </w:rPr>
        <w:t>2. 本段成绩区间为77.2至96.8。</w:t>
      </w:r>
    </w:p>
    <w:p>
      <w:pPr>
        <w:spacing w:after="80" w:lineRule="auto" w:line="360"/>
        <w:ind w:firstLine="482"/>
        <w:jc w:val="both"/>
      </w:pPr>
      <w:r>
        <w:rPr>
          <w:rFonts w:ascii="Times New Roman" w:hAnsi="Times New Roman" w:eastAsia="宋体"/>
          <w:b w:val="0"/>
          <w:sz w:val="24"/>
        </w:rPr>
        <w:t>3. 本段未包含公示期信息。</w:t>
      </w:r>
    </w:p>
    <w:p>
      <w:pPr>
        <w:spacing w:after="80" w:lineRule="auto" w:line="360"/>
        <w:ind w:firstLine="482"/>
        <w:jc w:val="both"/>
      </w:pPr>
      <w:r>
        <w:rPr>
          <w:rFonts w:ascii="Times New Roman" w:hAnsi="Times New Roman" w:eastAsia="宋体"/>
          <w:b w:val="0"/>
          <w:sz w:val="24"/>
        </w:rPr>
        <w:t>本段为推免名单信息，涉及计算机与大数据学院（网络安全学院）相关专业学生，共列出 6 人，包含专业、成绩、序号、姓名、学号等信息。</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160</w:t>
            </w:r>
          </w:p>
        </w:tc>
        <w:tc>
          <w:tcPr>
            <w:tcW w:type="dxa" w:w="1439"/>
          </w:tcPr>
          <w:p>
            <w:pPr>
              <w:spacing w:after="20" w:before="20"/>
            </w:pPr>
            <w:r/>
            <w:r>
              <w:rPr>
                <w:rFonts w:ascii="Times New Roman" w:hAnsi="Times New Roman" w:eastAsia="宋体"/>
                <w:b w:val="0"/>
                <w:sz w:val="21"/>
              </w:rPr>
              <w:t>未提供</w:t>
            </w:r>
          </w:p>
        </w:tc>
        <w:tc>
          <w:tcPr>
            <w:tcW w:type="dxa" w:w="1439"/>
          </w:tcPr>
          <w:p>
            <w:pPr>
              <w:spacing w:after="20" w:before="20"/>
            </w:pPr>
            <w:r/>
            <w:r>
              <w:rPr>
                <w:rFonts w:ascii="Times New Roman" w:hAnsi="Times New Roman" w:eastAsia="宋体"/>
                <w:b w:val="0"/>
                <w:sz w:val="21"/>
              </w:rPr>
              <w:t>未提供</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本段名单共 6 人。</w:t>
      </w:r>
    </w:p>
    <w:p>
      <w:pPr>
        <w:spacing w:after="80" w:lineRule="auto" w:line="360"/>
        <w:ind w:firstLine="482"/>
        <w:jc w:val="both"/>
      </w:pPr>
      <w:r>
        <w:rPr>
          <w:rFonts w:ascii="Times New Roman" w:hAnsi="Times New Roman" w:eastAsia="宋体"/>
          <w:b w:val="0"/>
          <w:sz w:val="24"/>
        </w:rPr>
        <w:t>2. 涉及专业 3 个：计算机科学与技术、软件工程、网络空间安全。</w:t>
      </w:r>
    </w:p>
    <w:p>
      <w:pPr>
        <w:spacing w:after="80" w:lineRule="auto" w:line="360"/>
        <w:ind w:firstLine="482"/>
        <w:jc w:val="both"/>
      </w:pPr>
      <w:r>
        <w:rPr>
          <w:rFonts w:ascii="Times New Roman" w:hAnsi="Times New Roman" w:eastAsia="宋体"/>
          <w:b w:val="0"/>
          <w:sz w:val="24"/>
        </w:rPr>
        <w:t>3. 成绩区间为 78.8 至 88.0。</w:t>
      </w:r>
    </w:p>
    <w:p>
      <w:pPr>
        <w:spacing w:after="80" w:lineRule="auto" w:line="360"/>
        <w:ind w:firstLine="482"/>
        <w:jc w:val="both"/>
      </w:pPr>
      <w:r>
        <w:rPr>
          <w:rFonts w:ascii="Times New Roman" w:hAnsi="Times New Roman" w:eastAsia="宋体"/>
          <w:b w:val="0"/>
          <w:sz w:val="24"/>
        </w:rPr>
        <w:t>4. 序号区间为 155 至 160。</w:t>
      </w:r>
    </w:p>
    <w:p>
      <w:pPr>
        <w:spacing w:after="80" w:lineRule="auto" w:line="360"/>
        <w:ind w:firstLine="482"/>
        <w:jc w:val="both"/>
      </w:pPr>
      <w:r>
        <w:rPr>
          <w:rFonts w:ascii="Times New Roman" w:hAnsi="Times New Roman" w:eastAsia="宋体"/>
          <w:b w:val="0"/>
          <w:sz w:val="24"/>
        </w:rPr>
        <w:t>5. 原文未提供排名或评分方式、公示期信息。</w:t>
      </w:r>
    </w:p>
    <w:p>
      <w:pPr>
        <w:spacing w:after="80" w:lineRule="auto" w:line="360"/>
        <w:ind w:firstLine="482"/>
        <w:jc w:val="both"/>
      </w:pPr>
      <w:r>
        <w:rPr>
          <w:rFonts w:ascii="Times New Roman" w:hAnsi="Times New Roman" w:eastAsia="宋体"/>
          <w:b w:val="0"/>
          <w:sz w:val="24"/>
        </w:rPr>
        <w:t>本段为推免拟录取名单节选，共涉及 5 人，均来自计算机与大数据学院（网络安全学院），公示信息如下。</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160</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102125102120160</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人（序号 155、156）。</w:t>
      </w:r>
    </w:p>
    <w:p>
      <w:pPr>
        <w:spacing w:after="80" w:lineRule="auto" w:line="360"/>
        <w:ind w:firstLine="482"/>
        <w:jc w:val="both"/>
      </w:pPr>
      <w:r>
        <w:rPr>
          <w:rFonts w:ascii="Times New Roman" w:hAnsi="Times New Roman" w:eastAsia="宋体"/>
          <w:b w:val="0"/>
          <w:sz w:val="24"/>
        </w:rPr>
        <w:t>2. 软件工程：1 人（序号 157）。</w:t>
      </w:r>
    </w:p>
    <w:p>
      <w:pPr>
        <w:spacing w:after="80" w:lineRule="auto" w:line="360"/>
        <w:ind w:firstLine="482"/>
        <w:jc w:val="both"/>
      </w:pPr>
      <w:r>
        <w:rPr>
          <w:rFonts w:ascii="Times New Roman" w:hAnsi="Times New Roman" w:eastAsia="宋体"/>
          <w:b w:val="0"/>
          <w:sz w:val="24"/>
        </w:rPr>
        <w:t>3. 网络空间安全：3 人（序号 158、159、160）。</w:t>
      </w:r>
    </w:p>
    <w:p>
      <w:pPr>
        <w:spacing w:before="160" w:after="80" w:lineRule="auto" w:line="360"/>
        <w:jc w:val="left"/>
      </w:pPr>
      <w:r>
        <w:rPr>
          <w:rFonts w:ascii="Times New Roman" w:hAnsi="Times New Roman" w:eastAsia="宋体"/>
          <w:b/>
          <w:sz w:val="28"/>
        </w:rPr>
        <w:t>十、成绩与排名方式</w:t>
      </w:r>
    </w:p>
    <w:p>
      <w:pPr>
        <w:spacing w:after="80" w:lineRule="auto" w:line="360"/>
        <w:ind w:firstLine="482"/>
        <w:jc w:val="both"/>
      </w:pPr>
      <w:r>
        <w:rPr>
          <w:rFonts w:ascii="Times New Roman" w:hAnsi="Times New Roman" w:eastAsia="宋体"/>
          <w:b w:val="0"/>
          <w:sz w:val="24"/>
        </w:rPr>
        <w:t>1. 名单按序号连续排列，序号为 155 至 160。</w:t>
      </w:r>
    </w:p>
    <w:p>
      <w:pPr>
        <w:spacing w:after="80" w:lineRule="auto" w:line="360"/>
        <w:ind w:firstLine="482"/>
        <w:jc w:val="both"/>
      </w:pPr>
      <w:r>
        <w:rPr>
          <w:rFonts w:ascii="Times New Roman" w:hAnsi="Times New Roman" w:eastAsia="宋体"/>
          <w:b w:val="0"/>
          <w:sz w:val="24"/>
        </w:rPr>
        <w:t>2. 成绩以量化分数呈现，区间为 78.8 至 88.0。</w:t>
      </w:r>
    </w:p>
    <w:p>
      <w:pPr>
        <w:spacing w:after="80" w:lineRule="auto" w:line="360"/>
        <w:ind w:firstLine="482"/>
        <w:jc w:val="both"/>
      </w:pPr>
      <w:r>
        <w:rPr>
          <w:rFonts w:ascii="Times New Roman" w:hAnsi="Times New Roman" w:eastAsia="宋体"/>
          <w:b w:val="0"/>
          <w:sz w:val="24"/>
        </w:rPr>
        <w:t>3. 本段未给出公示期起止日期及具体排名计算规则。</w:t>
      </w:r>
    </w:p>
    <w:p>
      <w:pPr>
        <w:spacing w:after="80" w:lineRule="auto" w:line="360"/>
        <w:ind w:firstLine="482"/>
        <w:jc w:val="both"/>
      </w:pPr>
      <w:r>
        <w:rPr>
          <w:rFonts w:ascii="Times New Roman" w:hAnsi="Times New Roman" w:eastAsia="宋体"/>
          <w:b w:val="0"/>
          <w:sz w:val="24"/>
        </w:rPr>
        <w:t>本段为推免拟推荐名单节选，共列出 6 人，均来自计算机与大数据学院（网络安全学院），涉及计算机科学与技术、软件工程、网络空间安全 3 个专业。名单包含排名、姓名、学号及成绩信息，成绩以百分制分数呈现，按名单顺序排列。</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160</w:t>
            </w:r>
          </w:p>
        </w:tc>
        <w:tc>
          <w:tcPr>
            <w:tcW w:type="dxa" w:w="1439"/>
          </w:tcPr>
          <w:p>
            <w:pPr>
              <w:spacing w:after="20" w:before="20"/>
            </w:pPr>
            <w:r/>
            <w:r>
              <w:rPr>
                <w:rFonts w:ascii="Times New Roman" w:hAnsi="Times New Roman" w:eastAsia="宋体"/>
                <w:b w:val="0"/>
                <w:sz w:val="21"/>
              </w:rPr>
              <w:t>未显示</w:t>
            </w:r>
          </w:p>
        </w:tc>
        <w:tc>
          <w:tcPr>
            <w:tcW w:type="dxa" w:w="1439"/>
          </w:tcPr>
          <w:p>
            <w:pPr>
              <w:spacing w:after="20" w:before="20"/>
            </w:pPr>
            <w:r/>
            <w:r>
              <w:rPr>
                <w:rFonts w:ascii="Times New Roman" w:hAnsi="Times New Roman" w:eastAsia="宋体"/>
                <w:b w:val="0"/>
                <w:sz w:val="21"/>
              </w:rPr>
              <w:t>未显示</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人（排名 155、156）。</w:t>
      </w:r>
    </w:p>
    <w:p>
      <w:pPr>
        <w:spacing w:after="80" w:lineRule="auto" w:line="360"/>
        <w:ind w:firstLine="482"/>
        <w:jc w:val="both"/>
      </w:pPr>
      <w:r>
        <w:rPr>
          <w:rFonts w:ascii="Times New Roman" w:hAnsi="Times New Roman" w:eastAsia="宋体"/>
          <w:b w:val="0"/>
          <w:sz w:val="24"/>
        </w:rPr>
        <w:t>2. 软件工程：1 人（排名 157）。</w:t>
      </w:r>
    </w:p>
    <w:p>
      <w:pPr>
        <w:spacing w:after="80" w:lineRule="auto" w:line="360"/>
        <w:ind w:firstLine="482"/>
        <w:jc w:val="both"/>
      </w:pPr>
      <w:r>
        <w:rPr>
          <w:rFonts w:ascii="Times New Roman" w:hAnsi="Times New Roman" w:eastAsia="宋体"/>
          <w:b w:val="0"/>
          <w:sz w:val="24"/>
        </w:rPr>
        <w:t>3. 网络空间安全：3 人（排名 158、159、160）。</w:t>
      </w:r>
    </w:p>
    <w:p>
      <w:pPr>
        <w:spacing w:before="160" w:after="80" w:lineRule="auto" w:line="360"/>
        <w:jc w:val="left"/>
      </w:pPr>
      <w:r>
        <w:rPr>
          <w:rFonts w:ascii="Times New Roman" w:hAnsi="Times New Roman" w:eastAsia="宋体"/>
          <w:b/>
          <w:sz w:val="28"/>
        </w:rPr>
        <w:t>十、排名与成绩说明</w:t>
      </w:r>
    </w:p>
    <w:p>
      <w:pPr>
        <w:spacing w:after="80" w:lineRule="auto" w:line="360"/>
        <w:ind w:firstLine="482"/>
        <w:jc w:val="both"/>
      </w:pPr>
      <w:r>
        <w:rPr>
          <w:rFonts w:ascii="Times New Roman" w:hAnsi="Times New Roman" w:eastAsia="宋体"/>
          <w:b w:val="0"/>
          <w:sz w:val="24"/>
        </w:rPr>
        <w:t>1. 名单按排名顺序排列，本段覆盖排名 155 至 160。</w:t>
      </w:r>
    </w:p>
    <w:p>
      <w:pPr>
        <w:spacing w:after="80" w:lineRule="auto" w:line="360"/>
        <w:ind w:firstLine="482"/>
        <w:jc w:val="both"/>
      </w:pPr>
      <w:r>
        <w:rPr>
          <w:rFonts w:ascii="Times New Roman" w:hAnsi="Times New Roman" w:eastAsia="宋体"/>
          <w:b w:val="0"/>
          <w:sz w:val="24"/>
        </w:rPr>
        <w:t>2. 成绩为百分制分数，范围 78.8 至 88.0。</w:t>
      </w:r>
    </w:p>
    <w:p>
      <w:pPr>
        <w:spacing w:after="80" w:lineRule="auto" w:line="360"/>
        <w:ind w:firstLine="482"/>
        <w:jc w:val="both"/>
      </w:pPr>
      <w:r>
        <w:rPr>
          <w:rFonts w:ascii="Times New Roman" w:hAnsi="Times New Roman" w:eastAsia="宋体"/>
          <w:b w:val="0"/>
          <w:sz w:val="24"/>
        </w:rPr>
        <w:t>3. 本段未包含排名或评分方式的具体计算规则说明。</w:t>
      </w:r>
    </w:p>
    <w:p>
      <w:pPr>
        <w:spacing w:after="80" w:lineRule="auto" w:line="360"/>
        <w:ind w:firstLine="482"/>
        <w:jc w:val="both"/>
      </w:pPr>
      <w:r>
        <w:rPr>
          <w:rFonts w:ascii="Times New Roman" w:hAnsi="Times New Roman" w:eastAsia="宋体"/>
          <w:b w:val="0"/>
          <w:sz w:val="24"/>
        </w:rPr>
        <w:t>4. 本段未包含公示期信息。</w:t>
      </w:r>
    </w:p>
    <w:p>
      <w:pPr>
        <w:spacing w:after="80" w:lineRule="auto" w:line="360"/>
        <w:ind w:firstLine="482"/>
        <w:jc w:val="both"/>
      </w:pPr>
      <w:r>
        <w:rPr>
          <w:rFonts w:ascii="Times New Roman" w:hAnsi="Times New Roman" w:eastAsia="宋体"/>
          <w:b w:val="0"/>
          <w:sz w:val="24"/>
        </w:rPr>
        <w:t>本段为推免拟录取名单节选，共列出 6 人，涉及计算机与大数据学院（网络安全学院）的计算机科学与技术、软件工程、网络空间安全 3 个专业。名单按序号排列，序号范围为 155 至 159（其中 155、156、157、158、159 各 1 人，另含 1 条未显示序号的记录，实际列出 6 条）。每条记录包含专业、成绩、序号、姓名、学号信息。</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r>
      <w:tr>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九、专业人数分布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人（张广鹏、蓝梓洋，以及 1 条未显示姓名与学号的记录）。</w:t>
      </w:r>
    </w:p>
    <w:p>
      <w:pPr>
        <w:spacing w:before="160" w:after="80" w:lineRule="auto" w:line="360"/>
        <w:jc w:val="left"/>
      </w:pPr>
      <w:r>
        <w:rPr>
          <w:rFonts w:ascii="Times New Roman" w:hAnsi="Times New Roman" w:eastAsia="宋体"/>
          <w:b/>
          <w:sz w:val="28"/>
        </w:rPr>
        <w:t>十、成绩与排名方式</w:t>
      </w:r>
    </w:p>
    <w:p>
      <w:pPr>
        <w:spacing w:after="80" w:lineRule="auto" w:line="360"/>
        <w:ind w:firstLine="482"/>
        <w:jc w:val="both"/>
      </w:pPr>
      <w:r>
        <w:rPr>
          <w:rFonts w:ascii="Times New Roman" w:hAnsi="Times New Roman" w:eastAsia="宋体"/>
          <w:b w:val="0"/>
          <w:sz w:val="24"/>
        </w:rPr>
        <w:t>1. 名单按成绩从高到低排列，成绩精确到小数点后 1 位。</w:t>
      </w:r>
    </w:p>
    <w:p>
      <w:pPr>
        <w:spacing w:after="80" w:lineRule="auto" w:line="360"/>
        <w:ind w:firstLine="482"/>
        <w:jc w:val="both"/>
      </w:pPr>
      <w:r>
        <w:rPr>
          <w:rFonts w:ascii="Times New Roman" w:hAnsi="Times New Roman" w:eastAsia="宋体"/>
          <w:b w:val="0"/>
          <w:sz w:val="24"/>
        </w:rPr>
        <w:t>2. 网络空间安全专业成绩区间为 82.2 至 88.0。</w:t>
      </w:r>
    </w:p>
    <w:p>
      <w:pPr>
        <w:spacing w:after="80" w:lineRule="auto" w:line="360"/>
        <w:ind w:firstLine="482"/>
        <w:jc w:val="both"/>
      </w:pPr>
      <w:r>
        <w:rPr>
          <w:rFonts w:ascii="Times New Roman" w:hAnsi="Times New Roman" w:eastAsia="宋体"/>
          <w:b w:val="0"/>
          <w:sz w:val="24"/>
        </w:rPr>
        <w:t>3. 计算机科学与技术专业成绩分别为 82.6、80.6。</w:t>
      </w:r>
    </w:p>
    <w:p>
      <w:pPr>
        <w:spacing w:after="80" w:lineRule="auto" w:line="360"/>
        <w:ind w:firstLine="482"/>
        <w:jc w:val="both"/>
      </w:pPr>
      <w:r>
        <w:rPr>
          <w:rFonts w:ascii="Times New Roman" w:hAnsi="Times New Roman" w:eastAsia="宋体"/>
          <w:b w:val="0"/>
          <w:sz w:val="24"/>
        </w:rPr>
        <w:t>4. 软件工程专业成绩为 78.8。</w:t>
      </w:r>
    </w:p>
    <w:p>
      <w:pPr>
        <w:spacing w:before="160" w:after="80" w:lineRule="auto" w:line="360"/>
        <w:jc w:val="left"/>
      </w:pPr>
      <w:r>
        <w:rPr>
          <w:rFonts w:ascii="Times New Roman" w:hAnsi="Times New Roman" w:eastAsia="宋体"/>
          <w:b/>
          <w:sz w:val="28"/>
        </w:rPr>
        <w:t>四、公示信息</w:t>
      </w:r>
    </w:p>
    <w:p>
      <w:pPr>
        <w:spacing w:after="80" w:lineRule="auto" w:line="360"/>
        <w:ind w:firstLine="482"/>
        <w:jc w:val="both"/>
      </w:pPr>
      <w:r>
        <w:rPr>
          <w:rFonts w:ascii="Times New Roman" w:hAnsi="Times New Roman" w:eastAsia="宋体"/>
          <w:b w:val="0"/>
          <w:sz w:val="24"/>
        </w:rPr>
        <w:t>本段未包含公示期、公示起止日期及联系方式等信息。</w:t>
      </w:r>
    </w:p>
    <w:p>
      <w:pPr>
        <w:spacing w:after="80" w:lineRule="auto" w:line="360"/>
        <w:ind w:firstLine="482"/>
        <w:jc w:val="both"/>
      </w:pPr>
      <w:r>
        <w:rPr>
          <w:rFonts w:ascii="Times New Roman" w:hAnsi="Times New Roman" w:eastAsia="宋体"/>
          <w:b w:val="0"/>
          <w:sz w:val="24"/>
        </w:rPr>
        <w:t>本段为推免拟录取名单公示信息，共涉及 6 人，均来自计算机与大数据学院（网络安全学院），公示期未在本段内容中体现。</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c>
          <w:tcPr>
            <w:tcW w:type="dxa" w:w="1439"/>
          </w:tcPr>
          <w:p>
            <w:pPr>
              <w:spacing w:after="20" w:before="20"/>
            </w:pPr>
            <w:r/>
            <w:r>
              <w:rPr>
                <w:rFonts w:ascii="Times New Roman" w:hAnsi="Times New Roman" w:eastAsia="宋体"/>
                <w:b/>
                <w:sz w:val="21"/>
              </w:rPr>
              <w:t>序号</w:t>
            </w:r>
          </w:p>
        </w:tc>
      </w:tr>
      <w:tr>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r>
      <w:tr>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r>
      <w:tr>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r>
      <w:tr>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r>
      <w:tr>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r>
      <w:tr>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人（张广鹏、蓝梓洋，另 1 人姓名未在本段给出）。</w:t>
      </w:r>
    </w:p>
    <w:p>
      <w:pPr>
        <w:spacing w:before="160" w:after="80" w:lineRule="auto" w:line="360"/>
        <w:jc w:val="left"/>
      </w:pPr>
      <w:r>
        <w:rPr>
          <w:rFonts w:ascii="Times New Roman" w:hAnsi="Times New Roman" w:eastAsia="宋体"/>
          <w:b/>
          <w:sz w:val="28"/>
        </w:rPr>
        <w:t>十、说明</w:t>
      </w:r>
    </w:p>
    <w:p>
      <w:pPr>
        <w:spacing w:after="80" w:lineRule="auto" w:line="360"/>
        <w:ind w:firstLine="482"/>
        <w:jc w:val="both"/>
      </w:pPr>
      <w:r>
        <w:rPr>
          <w:rFonts w:ascii="Times New Roman" w:hAnsi="Times New Roman" w:eastAsia="宋体"/>
          <w:b w:val="0"/>
          <w:sz w:val="24"/>
        </w:rPr>
        <w:t>1. 本段仅包含名单序号 155 至 159 及后续 1 条记录，共 6 条。</w:t>
      </w:r>
    </w:p>
    <w:p>
      <w:pPr>
        <w:spacing w:after="80" w:lineRule="auto" w:line="360"/>
        <w:ind w:firstLine="482"/>
        <w:jc w:val="both"/>
      </w:pPr>
      <w:r>
        <w:rPr>
          <w:rFonts w:ascii="Times New Roman" w:hAnsi="Times New Roman" w:eastAsia="宋体"/>
          <w:b w:val="0"/>
          <w:sz w:val="24"/>
        </w:rPr>
        <w:t>2. 排名/评分方式、公示期信息未在本段内容中出现。</w:t>
      </w:r>
    </w:p>
    <w:p>
      <w:pPr>
        <w:spacing w:after="80" w:lineRule="auto" w:line="360"/>
        <w:ind w:firstLine="482"/>
        <w:jc w:val="both"/>
      </w:pPr>
      <w:r>
        <w:rPr>
          <w:rFonts w:ascii="Times New Roman" w:hAnsi="Times New Roman" w:eastAsia="宋体"/>
          <w:b w:val="0"/>
          <w:sz w:val="24"/>
        </w:rPr>
        <w:t>本段为推免拟录取名单中的部分人员信息，共涉及 6 人，均来自计算机与大数据学院（网络安全学院），公示信息包含姓名、学号、专业及分数（按分数降序排列）。</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学院</w:t>
            </w:r>
          </w:p>
        </w:tc>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分数</w:t>
            </w:r>
          </w:p>
        </w:tc>
      </w:tr>
      <w:tr>
        <w:tc>
          <w:tcPr>
            <w:tcW w:type="dxa" w:w="1727"/>
          </w:tcPr>
          <w:p>
            <w:pPr>
              <w:spacing w:after="20" w:before="20"/>
            </w:pPr>
            <w:r/>
            <w:r>
              <w:rPr>
                <w:rFonts w:ascii="Times New Roman" w:hAnsi="Times New Roman" w:eastAsia="宋体"/>
                <w:b w:val="0"/>
                <w:sz w:val="21"/>
              </w:rPr>
              <w:t>刘策</w:t>
            </w:r>
          </w:p>
        </w:tc>
        <w:tc>
          <w:tcPr>
            <w:tcW w:type="dxa" w:w="1727"/>
          </w:tcPr>
          <w:p>
            <w:pPr>
              <w:spacing w:after="20" w:before="20"/>
            </w:pPr>
            <w:r/>
            <w:r>
              <w:rPr>
                <w:rFonts w:ascii="Times New Roman" w:hAnsi="Times New Roman" w:eastAsia="宋体"/>
                <w:b w:val="0"/>
                <w:sz w:val="21"/>
              </w:rPr>
              <w:t>102125102120155</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计算机科学与技术</w:t>
            </w:r>
          </w:p>
        </w:tc>
        <w:tc>
          <w:tcPr>
            <w:tcW w:type="dxa" w:w="1727"/>
          </w:tcPr>
          <w:p>
            <w:pPr>
              <w:spacing w:after="20" w:before="20"/>
            </w:pPr>
            <w:r/>
            <w:r>
              <w:rPr>
                <w:rFonts w:ascii="Times New Roman" w:hAnsi="Times New Roman" w:eastAsia="宋体"/>
                <w:b w:val="0"/>
                <w:sz w:val="21"/>
              </w:rPr>
              <w:t>82.6</w:t>
            </w:r>
          </w:p>
        </w:tc>
      </w:tr>
      <w:tr>
        <w:tc>
          <w:tcPr>
            <w:tcW w:type="dxa" w:w="1727"/>
          </w:tcPr>
          <w:p>
            <w:pPr>
              <w:spacing w:after="20" w:before="20"/>
            </w:pPr>
            <w:r/>
            <w:r>
              <w:rPr>
                <w:rFonts w:ascii="Times New Roman" w:hAnsi="Times New Roman" w:eastAsia="宋体"/>
                <w:b w:val="0"/>
                <w:sz w:val="21"/>
              </w:rPr>
              <w:t>王海婷</w:t>
            </w:r>
          </w:p>
        </w:tc>
        <w:tc>
          <w:tcPr>
            <w:tcW w:type="dxa" w:w="1727"/>
          </w:tcPr>
          <w:p>
            <w:pPr>
              <w:spacing w:after="20" w:before="20"/>
            </w:pPr>
            <w:r/>
            <w:r>
              <w:rPr>
                <w:rFonts w:ascii="Times New Roman" w:hAnsi="Times New Roman" w:eastAsia="宋体"/>
                <w:b w:val="0"/>
                <w:sz w:val="21"/>
              </w:rPr>
              <w:t>102125102120156</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计算机科学与技术</w:t>
            </w:r>
          </w:p>
        </w:tc>
        <w:tc>
          <w:tcPr>
            <w:tcW w:type="dxa" w:w="1727"/>
          </w:tcPr>
          <w:p>
            <w:pPr>
              <w:spacing w:after="20" w:before="20"/>
            </w:pPr>
            <w:r/>
            <w:r>
              <w:rPr>
                <w:rFonts w:ascii="Times New Roman" w:hAnsi="Times New Roman" w:eastAsia="宋体"/>
                <w:b w:val="0"/>
                <w:sz w:val="21"/>
              </w:rPr>
              <w:t>80.6</w:t>
            </w:r>
          </w:p>
        </w:tc>
      </w:tr>
      <w:tr>
        <w:tc>
          <w:tcPr>
            <w:tcW w:type="dxa" w:w="1727"/>
          </w:tcPr>
          <w:p>
            <w:pPr>
              <w:spacing w:after="20" w:before="20"/>
            </w:pPr>
            <w:r/>
            <w:r>
              <w:rPr>
                <w:rFonts w:ascii="Times New Roman" w:hAnsi="Times New Roman" w:eastAsia="宋体"/>
                <w:b w:val="0"/>
                <w:sz w:val="21"/>
              </w:rPr>
              <w:t>杜一省</w:t>
            </w:r>
          </w:p>
        </w:tc>
        <w:tc>
          <w:tcPr>
            <w:tcW w:type="dxa" w:w="1727"/>
          </w:tcPr>
          <w:p>
            <w:pPr>
              <w:spacing w:after="20" w:before="20"/>
            </w:pPr>
            <w:r/>
            <w:r>
              <w:rPr>
                <w:rFonts w:ascii="Times New Roman" w:hAnsi="Times New Roman" w:eastAsia="宋体"/>
                <w:b w:val="0"/>
                <w:sz w:val="21"/>
              </w:rPr>
              <w:t>102125102120157</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软件工程</w:t>
            </w:r>
          </w:p>
        </w:tc>
        <w:tc>
          <w:tcPr>
            <w:tcW w:type="dxa" w:w="1727"/>
          </w:tcPr>
          <w:p>
            <w:pPr>
              <w:spacing w:after="20" w:before="20"/>
            </w:pPr>
            <w:r/>
            <w:r>
              <w:rPr>
                <w:rFonts w:ascii="Times New Roman" w:hAnsi="Times New Roman" w:eastAsia="宋体"/>
                <w:b w:val="0"/>
                <w:sz w:val="21"/>
              </w:rPr>
              <w:t>78.8</w:t>
            </w:r>
          </w:p>
        </w:tc>
      </w:tr>
      <w:tr>
        <w:tc>
          <w:tcPr>
            <w:tcW w:type="dxa" w:w="1727"/>
          </w:tcPr>
          <w:p>
            <w:pPr>
              <w:spacing w:after="20" w:before="20"/>
            </w:pPr>
            <w:r/>
            <w:r>
              <w:rPr>
                <w:rFonts w:ascii="Times New Roman" w:hAnsi="Times New Roman" w:eastAsia="宋体"/>
                <w:b w:val="0"/>
                <w:sz w:val="21"/>
              </w:rPr>
              <w:t>张广鹏</w:t>
            </w:r>
          </w:p>
        </w:tc>
        <w:tc>
          <w:tcPr>
            <w:tcW w:type="dxa" w:w="1727"/>
          </w:tcPr>
          <w:p>
            <w:pPr>
              <w:spacing w:after="20" w:before="20"/>
            </w:pPr>
            <w:r/>
            <w:r>
              <w:rPr>
                <w:rFonts w:ascii="Times New Roman" w:hAnsi="Times New Roman" w:eastAsia="宋体"/>
                <w:b w:val="0"/>
                <w:sz w:val="21"/>
              </w:rPr>
              <w:t>102125102120158</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88.0</w:t>
            </w:r>
          </w:p>
        </w:tc>
      </w:tr>
      <w:tr>
        <w:tc>
          <w:tcPr>
            <w:tcW w:type="dxa" w:w="1727"/>
          </w:tcPr>
          <w:p>
            <w:pPr>
              <w:spacing w:after="20" w:before="20"/>
            </w:pPr>
            <w:r/>
            <w:r>
              <w:rPr>
                <w:rFonts w:ascii="Times New Roman" w:hAnsi="Times New Roman" w:eastAsia="宋体"/>
                <w:b w:val="0"/>
                <w:sz w:val="21"/>
              </w:rPr>
              <w:t>蓝梓洋</w:t>
            </w:r>
          </w:p>
        </w:tc>
        <w:tc>
          <w:tcPr>
            <w:tcW w:type="dxa" w:w="1727"/>
          </w:tcPr>
          <w:p>
            <w:pPr>
              <w:spacing w:after="20" w:before="20"/>
            </w:pPr>
            <w:r/>
            <w:r>
              <w:rPr>
                <w:rFonts w:ascii="Times New Roman" w:hAnsi="Times New Roman" w:eastAsia="宋体"/>
                <w:b w:val="0"/>
                <w:sz w:val="21"/>
              </w:rPr>
              <w:t>102125102120159</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83.6</w:t>
            </w:r>
          </w:p>
        </w:tc>
      </w:tr>
      <w:tr>
        <w:tc>
          <w:tcPr>
            <w:tcW w:type="dxa" w:w="1727"/>
          </w:tcPr>
          <w:p>
            <w:pPr>
              <w:spacing w:after="20" w:before="20"/>
            </w:pPr>
            <w:r/>
            <w:r>
              <w:rPr>
                <w:rFonts w:ascii="Times New Roman" w:hAnsi="Times New Roman" w:eastAsia="宋体"/>
                <w:b w:val="0"/>
                <w:sz w:val="21"/>
              </w:rPr>
              <w:t>（姓名缺失）</w:t>
            </w:r>
          </w:p>
        </w:tc>
        <w:tc>
          <w:tcPr>
            <w:tcW w:type="dxa" w:w="1727"/>
          </w:tcPr>
          <w:p>
            <w:pPr>
              <w:spacing w:after="20" w:before="20"/>
            </w:pPr>
            <w:r/>
            <w:r>
              <w:rPr>
                <w:rFonts w:ascii="Times New Roman" w:hAnsi="Times New Roman" w:eastAsia="宋体"/>
                <w:b w:val="0"/>
                <w:sz w:val="21"/>
              </w:rPr>
              <w:t>102125102120160</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人（张广鹏、蓝梓洋及 1 名姓名缺失者）。</w:t>
      </w:r>
    </w:p>
    <w:p>
      <w:pPr>
        <w:spacing w:before="160" w:after="80" w:lineRule="auto" w:line="360"/>
        <w:jc w:val="left"/>
      </w:pPr>
      <w:r>
        <w:rPr>
          <w:rFonts w:ascii="Times New Roman" w:hAnsi="Times New Roman" w:eastAsia="宋体"/>
          <w:b/>
          <w:sz w:val="28"/>
        </w:rPr>
        <w:t>十、评分与排名方式</w:t>
      </w:r>
    </w:p>
    <w:p>
      <w:pPr>
        <w:spacing w:after="80" w:lineRule="auto" w:line="360"/>
        <w:ind w:firstLine="482"/>
        <w:jc w:val="both"/>
      </w:pPr>
      <w:r>
        <w:rPr>
          <w:rFonts w:ascii="Times New Roman" w:hAnsi="Times New Roman" w:eastAsia="宋体"/>
          <w:b w:val="0"/>
          <w:sz w:val="24"/>
        </w:rPr>
        <w:t>名单按分数从高到低排列，分数区间为 78.8 至 88.0。</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原文未提供公示期信息。</w:t>
      </w:r>
    </w:p>
    <w:p>
      <w:pPr>
        <w:spacing w:after="80" w:lineRule="auto" w:line="360"/>
        <w:ind w:firstLine="482"/>
        <w:jc w:val="both"/>
      </w:pPr>
      <w:r>
        <w:rPr>
          <w:rFonts w:ascii="Times New Roman" w:hAnsi="Times New Roman" w:eastAsia="宋体"/>
          <w:b w:val="0"/>
          <w:sz w:val="24"/>
        </w:rPr>
        <w:t>本段为推免拟录取名单节选，共涉及 5 人，均来自计算机与大数据学院（网络安全学院），公示信息如下。</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网络空间安全：2 人（张广鹏、蓝梓洋）。</w:t>
      </w:r>
    </w:p>
    <w:p>
      <w:pPr>
        <w:spacing w:before="160" w:after="80" w:lineRule="auto" w:line="360"/>
        <w:jc w:val="left"/>
      </w:pPr>
      <w:r>
        <w:rPr>
          <w:rFonts w:ascii="Times New Roman" w:hAnsi="Times New Roman" w:eastAsia="宋体"/>
          <w:b/>
          <w:sz w:val="28"/>
        </w:rPr>
        <w:t>十、成绩区间</w:t>
      </w:r>
    </w:p>
    <w:p>
      <w:pPr>
        <w:spacing w:after="80" w:lineRule="auto" w:line="360"/>
        <w:ind w:firstLine="482"/>
        <w:jc w:val="both"/>
      </w:pPr>
      <w:r>
        <w:rPr>
          <w:rFonts w:ascii="Times New Roman" w:hAnsi="Times New Roman" w:eastAsia="宋体"/>
          <w:b w:val="0"/>
          <w:sz w:val="24"/>
        </w:rPr>
        <w:t>1. 最高分：88.0（张广鹏，网络空间安全）。</w:t>
      </w:r>
    </w:p>
    <w:p>
      <w:pPr>
        <w:spacing w:after="80" w:lineRule="auto" w:line="360"/>
        <w:ind w:firstLine="482"/>
        <w:jc w:val="both"/>
      </w:pPr>
      <w:r>
        <w:rPr>
          <w:rFonts w:ascii="Times New Roman" w:hAnsi="Times New Roman" w:eastAsia="宋体"/>
          <w:b w:val="0"/>
          <w:sz w:val="24"/>
        </w:rPr>
        <w:t>2. 最低分：78.8（杜一省，软件工程）。</w:t>
      </w:r>
    </w:p>
    <w:p>
      <w:pPr>
        <w:spacing w:after="80" w:lineRule="auto" w:line="360"/>
        <w:ind w:firstLine="482"/>
        <w:jc w:val="both"/>
      </w:pPr>
      <w:r>
        <w:rPr>
          <w:rFonts w:ascii="Times New Roman" w:hAnsi="Times New Roman" w:eastAsia="宋体"/>
          <w:b w:val="0"/>
          <w:sz w:val="24"/>
        </w:rPr>
        <w:t>3. 成绩由高到低排序为：88.0、82.6、82.2、80.6、78.8。</w:t>
      </w:r>
    </w:p>
    <w:p>
      <w:pPr>
        <w:spacing w:after="80" w:lineRule="auto" w:line="360"/>
        <w:ind w:firstLine="482"/>
        <w:jc w:val="both"/>
      </w:pPr>
      <w:r>
        <w:rPr>
          <w:rFonts w:ascii="Times New Roman" w:hAnsi="Times New Roman" w:eastAsia="宋体"/>
          <w:b w:val="0"/>
          <w:sz w:val="24"/>
        </w:rPr>
        <w:t>本段为推免拟录取名单节选，共涉及 6 人，均来自计算机与大数据学院（网络安全学院），录取专业包括计算机科学与技术、软件工程、网络空间安全。</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学院</w:t>
            </w:r>
          </w:p>
        </w:tc>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成绩</w:t>
            </w:r>
          </w:p>
        </w:tc>
      </w:tr>
      <w:tr>
        <w:tc>
          <w:tcPr>
            <w:tcW w:type="dxa" w:w="1727"/>
          </w:tcPr>
          <w:p>
            <w:pPr>
              <w:spacing w:after="20" w:before="20"/>
            </w:pPr>
            <w:r/>
            <w:r>
              <w:rPr>
                <w:rFonts w:ascii="Times New Roman" w:hAnsi="Times New Roman" w:eastAsia="宋体"/>
                <w:b w:val="0"/>
                <w:sz w:val="21"/>
              </w:rPr>
              <w:t>刘策</w:t>
            </w:r>
          </w:p>
        </w:tc>
        <w:tc>
          <w:tcPr>
            <w:tcW w:type="dxa" w:w="1727"/>
          </w:tcPr>
          <w:p>
            <w:pPr>
              <w:spacing w:after="20" w:before="20"/>
            </w:pPr>
            <w:r/>
            <w:r>
              <w:rPr>
                <w:rFonts w:ascii="Times New Roman" w:hAnsi="Times New Roman" w:eastAsia="宋体"/>
                <w:b w:val="0"/>
                <w:sz w:val="21"/>
              </w:rPr>
              <w:t>102125102120155</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计算机科学与技术</w:t>
            </w:r>
          </w:p>
        </w:tc>
        <w:tc>
          <w:tcPr>
            <w:tcW w:type="dxa" w:w="1727"/>
          </w:tcPr>
          <w:p>
            <w:pPr>
              <w:spacing w:after="20" w:before="20"/>
            </w:pPr>
            <w:r/>
            <w:r>
              <w:rPr>
                <w:rFonts w:ascii="Times New Roman" w:hAnsi="Times New Roman" w:eastAsia="宋体"/>
                <w:b w:val="0"/>
                <w:sz w:val="21"/>
              </w:rPr>
              <w:t>82.6</w:t>
            </w:r>
          </w:p>
        </w:tc>
      </w:tr>
      <w:tr>
        <w:tc>
          <w:tcPr>
            <w:tcW w:type="dxa" w:w="1727"/>
          </w:tcPr>
          <w:p>
            <w:pPr>
              <w:spacing w:after="20" w:before="20"/>
            </w:pPr>
            <w:r/>
            <w:r>
              <w:rPr>
                <w:rFonts w:ascii="Times New Roman" w:hAnsi="Times New Roman" w:eastAsia="宋体"/>
                <w:b w:val="0"/>
                <w:sz w:val="21"/>
              </w:rPr>
              <w:t>王海婷</w:t>
            </w:r>
          </w:p>
        </w:tc>
        <w:tc>
          <w:tcPr>
            <w:tcW w:type="dxa" w:w="1727"/>
          </w:tcPr>
          <w:p>
            <w:pPr>
              <w:spacing w:after="20" w:before="20"/>
            </w:pPr>
            <w:r/>
            <w:r>
              <w:rPr>
                <w:rFonts w:ascii="Times New Roman" w:hAnsi="Times New Roman" w:eastAsia="宋体"/>
                <w:b w:val="0"/>
                <w:sz w:val="21"/>
              </w:rPr>
              <w:t>102125102120156</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计算机科学与技术</w:t>
            </w:r>
          </w:p>
        </w:tc>
        <w:tc>
          <w:tcPr>
            <w:tcW w:type="dxa" w:w="1727"/>
          </w:tcPr>
          <w:p>
            <w:pPr>
              <w:spacing w:after="20" w:before="20"/>
            </w:pPr>
            <w:r/>
            <w:r>
              <w:rPr>
                <w:rFonts w:ascii="Times New Roman" w:hAnsi="Times New Roman" w:eastAsia="宋体"/>
                <w:b w:val="0"/>
                <w:sz w:val="21"/>
              </w:rPr>
              <w:t>80.6</w:t>
            </w:r>
          </w:p>
        </w:tc>
      </w:tr>
      <w:tr>
        <w:tc>
          <w:tcPr>
            <w:tcW w:type="dxa" w:w="1727"/>
          </w:tcPr>
          <w:p>
            <w:pPr>
              <w:spacing w:after="20" w:before="20"/>
            </w:pPr>
            <w:r/>
            <w:r>
              <w:rPr>
                <w:rFonts w:ascii="Times New Roman" w:hAnsi="Times New Roman" w:eastAsia="宋体"/>
                <w:b w:val="0"/>
                <w:sz w:val="21"/>
              </w:rPr>
              <w:t>杜一省</w:t>
            </w:r>
          </w:p>
        </w:tc>
        <w:tc>
          <w:tcPr>
            <w:tcW w:type="dxa" w:w="1727"/>
          </w:tcPr>
          <w:p>
            <w:pPr>
              <w:spacing w:after="20" w:before="20"/>
            </w:pPr>
            <w:r/>
            <w:r>
              <w:rPr>
                <w:rFonts w:ascii="Times New Roman" w:hAnsi="Times New Roman" w:eastAsia="宋体"/>
                <w:b w:val="0"/>
                <w:sz w:val="21"/>
              </w:rPr>
              <w:t>102125102120157</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软件工程</w:t>
            </w:r>
          </w:p>
        </w:tc>
        <w:tc>
          <w:tcPr>
            <w:tcW w:type="dxa" w:w="1727"/>
          </w:tcPr>
          <w:p>
            <w:pPr>
              <w:spacing w:after="20" w:before="20"/>
            </w:pPr>
            <w:r/>
            <w:r>
              <w:rPr>
                <w:rFonts w:ascii="Times New Roman" w:hAnsi="Times New Roman" w:eastAsia="宋体"/>
                <w:b w:val="0"/>
                <w:sz w:val="21"/>
              </w:rPr>
              <w:t>78.8</w:t>
            </w:r>
          </w:p>
        </w:tc>
      </w:tr>
      <w:tr>
        <w:tc>
          <w:tcPr>
            <w:tcW w:type="dxa" w:w="1727"/>
          </w:tcPr>
          <w:p>
            <w:pPr>
              <w:spacing w:after="20" w:before="20"/>
            </w:pPr>
            <w:r/>
            <w:r>
              <w:rPr>
                <w:rFonts w:ascii="Times New Roman" w:hAnsi="Times New Roman" w:eastAsia="宋体"/>
                <w:b w:val="0"/>
                <w:sz w:val="21"/>
              </w:rPr>
              <w:t>张广鹏</w:t>
            </w:r>
          </w:p>
        </w:tc>
        <w:tc>
          <w:tcPr>
            <w:tcW w:type="dxa" w:w="1727"/>
          </w:tcPr>
          <w:p>
            <w:pPr>
              <w:spacing w:after="20" w:before="20"/>
            </w:pPr>
            <w:r/>
            <w:r>
              <w:rPr>
                <w:rFonts w:ascii="Times New Roman" w:hAnsi="Times New Roman" w:eastAsia="宋体"/>
                <w:b w:val="0"/>
                <w:sz w:val="21"/>
              </w:rPr>
              <w:t>102125102120158</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88.0</w:t>
            </w:r>
          </w:p>
        </w:tc>
      </w:tr>
      <w:tr>
        <w:tc>
          <w:tcPr>
            <w:tcW w:type="dxa" w:w="1727"/>
          </w:tcPr>
          <w:p>
            <w:pPr>
              <w:spacing w:after="20" w:before="20"/>
            </w:pPr>
            <w:r/>
            <w:r>
              <w:rPr>
                <w:rFonts w:ascii="Times New Roman" w:hAnsi="Times New Roman" w:eastAsia="宋体"/>
                <w:b w:val="0"/>
                <w:sz w:val="21"/>
              </w:rPr>
              <w:t>蓝梓洋</w:t>
            </w:r>
          </w:p>
        </w:tc>
        <w:tc>
          <w:tcPr>
            <w:tcW w:type="dxa" w:w="1727"/>
          </w:tcPr>
          <w:p>
            <w:pPr>
              <w:spacing w:after="20" w:before="20"/>
            </w:pPr>
            <w:r/>
            <w:r>
              <w:rPr>
                <w:rFonts w:ascii="Times New Roman" w:hAnsi="Times New Roman" w:eastAsia="宋体"/>
                <w:b w:val="0"/>
                <w:sz w:val="21"/>
              </w:rPr>
              <w:t>102125102120159</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83.6</w:t>
            </w:r>
          </w:p>
        </w:tc>
      </w:tr>
      <w:tr>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计算机与大数据学院（网络安全学院）</w:t>
            </w:r>
          </w:p>
        </w:tc>
        <w:tc>
          <w:tcPr>
            <w:tcW w:type="dxa" w:w="1727"/>
          </w:tcPr>
          <w:p>
            <w:pPr>
              <w:spacing w:after="20" w:before="20"/>
            </w:pPr>
            <w:r/>
            <w:r>
              <w:rPr>
                <w:rFonts w:ascii="Times New Roman" w:hAnsi="Times New Roman" w:eastAsia="宋体"/>
                <w:b w:val="0"/>
                <w:sz w:val="21"/>
              </w:rPr>
              <w:t>网络空间安全</w:t>
            </w:r>
          </w:p>
        </w:tc>
        <w:tc>
          <w:tcPr>
            <w:tcW w:type="dxa" w:w="1727"/>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本段名单共 6 人，其中计算机科学与技术专业 2 人，软件工程专业 1 人，网络空间安全专业 3 人。</w:t>
      </w:r>
    </w:p>
    <w:p>
      <w:pPr>
        <w:spacing w:after="80" w:lineRule="auto" w:line="360"/>
        <w:ind w:firstLine="482"/>
        <w:jc w:val="both"/>
      </w:pPr>
      <w:r>
        <w:rPr>
          <w:rFonts w:ascii="Times New Roman" w:hAnsi="Times New Roman" w:eastAsia="宋体"/>
          <w:b w:val="0"/>
          <w:sz w:val="24"/>
        </w:rPr>
        <w:t>2. 成绩区间为 78.8 至 88.0。</w:t>
      </w:r>
    </w:p>
    <w:p>
      <w:pPr>
        <w:spacing w:after="80" w:lineRule="auto" w:line="360"/>
        <w:ind w:firstLine="482"/>
        <w:jc w:val="both"/>
      </w:pPr>
      <w:r>
        <w:rPr>
          <w:rFonts w:ascii="Times New Roman" w:hAnsi="Times New Roman" w:eastAsia="宋体"/>
          <w:b w:val="0"/>
          <w:sz w:val="24"/>
        </w:rPr>
        <w:t>3. 原文未提供本段对应的公示期、排名方式及评分方式信息。</w:t>
      </w:r>
    </w:p>
    <w:p>
      <w:pPr>
        <w:spacing w:after="80" w:lineRule="auto" w:line="360"/>
        <w:ind w:firstLine="482"/>
        <w:jc w:val="both"/>
      </w:pPr>
      <w:r>
        <w:rPr>
          <w:rFonts w:ascii="Times New Roman" w:hAnsi="Times New Roman" w:eastAsia="宋体"/>
          <w:b w:val="0"/>
          <w:sz w:val="24"/>
        </w:rPr>
        <w:t>本段为推免拟录取名单节选，共涉及 6 人，均来自计算机与大数据学院（网络安全学院），按序号 155 至 159 排列（其中序号 155 对应 1 人，序号 156 至 159 各对应 1 人，合计 6 人）。专业分布为：计算机科学与技术 2 人、软件工程 1 人、网络空间安全 3 人。名单包含姓名、学号及综合评分信息，评分精确到小数点后一位。</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评分</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九、专业人数统计</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人（张广鹏、蓝梓洋等，原文中蓝梓洋对应两条评分记录）。</w:t>
      </w:r>
    </w:p>
    <w:p>
      <w:pPr>
        <w:spacing w:before="160" w:after="80" w:lineRule="auto" w:line="360"/>
        <w:jc w:val="left"/>
      </w:pPr>
      <w:r>
        <w:rPr>
          <w:rFonts w:ascii="Times New Roman" w:hAnsi="Times New Roman" w:eastAsia="宋体"/>
          <w:b/>
          <w:sz w:val="28"/>
        </w:rPr>
        <w:t>十、评分与排名方式</w:t>
      </w:r>
    </w:p>
    <w:p>
      <w:pPr>
        <w:spacing w:after="80" w:lineRule="auto" w:line="360"/>
        <w:ind w:firstLine="482"/>
        <w:jc w:val="both"/>
      </w:pPr>
      <w:r>
        <w:rPr>
          <w:rFonts w:ascii="Times New Roman" w:hAnsi="Times New Roman" w:eastAsia="宋体"/>
          <w:b w:val="0"/>
          <w:sz w:val="24"/>
        </w:rPr>
        <w:t>1. 名单按序号排列，序号范围为 155 至 159。</w:t>
      </w:r>
    </w:p>
    <w:p>
      <w:pPr>
        <w:spacing w:after="80" w:lineRule="auto" w:line="360"/>
        <w:ind w:firstLine="482"/>
        <w:jc w:val="both"/>
      </w:pPr>
      <w:r>
        <w:rPr>
          <w:rFonts w:ascii="Times New Roman" w:hAnsi="Times New Roman" w:eastAsia="宋体"/>
          <w:b w:val="0"/>
          <w:sz w:val="24"/>
        </w:rPr>
        <w:t>2. 评分以数值形式给出，精确到小数点后一位，最低 78.8，最高 88.0。</w:t>
      </w:r>
    </w:p>
    <w:p>
      <w:pPr>
        <w:spacing w:after="80" w:lineRule="auto" w:line="360"/>
        <w:ind w:firstLine="482"/>
        <w:jc w:val="both"/>
      </w:pPr>
      <w:r>
        <w:rPr>
          <w:rFonts w:ascii="Times New Roman" w:hAnsi="Times New Roman" w:eastAsia="宋体"/>
          <w:b w:val="0"/>
          <w:sz w:val="24"/>
        </w:rPr>
        <w:t>3. 原文未提供公示期、排名计算规则及具体公示起止日期。</w:t>
      </w:r>
    </w:p>
    <w:p>
      <w:pPr>
        <w:spacing w:before="160" w:after="80" w:lineRule="auto" w:line="360"/>
        <w:jc w:val="left"/>
      </w:pPr>
      <w:r>
        <w:rPr>
          <w:rFonts w:ascii="Times New Roman" w:hAnsi="Times New Roman" w:eastAsia="宋体"/>
          <w:b/>
          <w:sz w:val="28"/>
        </w:rPr>
        <w:t>八、名单明细</w:t>
      </w:r>
    </w:p>
    <w:p>
      <w:pPr>
        <w:spacing w:after="80" w:lineRule="auto" w:line="360"/>
        <w:ind w:firstLine="482"/>
        <w:jc w:val="both"/>
      </w:pPr>
      <w:r>
        <w:rPr>
          <w:rFonts w:ascii="Times New Roman" w:hAnsi="Times New Roman" w:eastAsia="宋体"/>
          <w:b w:val="0"/>
          <w:sz w:val="24"/>
        </w:rPr>
        <w:t>本段为推免拟录取名单节选，共涉及 5 人，均为计算机与大数据学院（网络安全学院），具体如下：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报名号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网络空间安全：2 人（张广鹏、蓝梓洋）。</w:t>
      </w:r>
    </w:p>
    <w:p>
      <w:pPr>
        <w:spacing w:before="160" w:after="80" w:lineRule="auto" w:line="360"/>
        <w:jc w:val="left"/>
      </w:pPr>
      <w:r>
        <w:rPr>
          <w:rFonts w:ascii="Times New Roman" w:hAnsi="Times New Roman" w:eastAsia="宋体"/>
          <w:b/>
          <w:sz w:val="28"/>
        </w:rPr>
        <w:t>十、成绩区间</w:t>
      </w:r>
    </w:p>
    <w:p>
      <w:pPr>
        <w:spacing w:after="80" w:lineRule="auto" w:line="360"/>
        <w:ind w:firstLine="482"/>
        <w:jc w:val="both"/>
      </w:pPr>
      <w:r>
        <w:rPr>
          <w:rFonts w:ascii="Times New Roman" w:hAnsi="Times New Roman" w:eastAsia="宋体"/>
          <w:b w:val="0"/>
          <w:sz w:val="24"/>
        </w:rPr>
        <w:t>1. 最高分：88.0（张广鹏，网络空间安全）。</w:t>
      </w:r>
    </w:p>
    <w:p>
      <w:pPr>
        <w:spacing w:after="80" w:lineRule="auto" w:line="360"/>
        <w:ind w:firstLine="482"/>
        <w:jc w:val="both"/>
      </w:pPr>
      <w:r>
        <w:rPr>
          <w:rFonts w:ascii="Times New Roman" w:hAnsi="Times New Roman" w:eastAsia="宋体"/>
          <w:b w:val="0"/>
          <w:sz w:val="24"/>
        </w:rPr>
        <w:t>2. 最低分：78.8（杜一省，软件工程）。</w:t>
      </w:r>
    </w:p>
    <w:p>
      <w:pPr>
        <w:spacing w:after="80" w:lineRule="auto" w:line="360"/>
        <w:ind w:firstLine="482"/>
        <w:jc w:val="both"/>
      </w:pPr>
      <w:r>
        <w:rPr>
          <w:rFonts w:ascii="Times New Roman" w:hAnsi="Times New Roman" w:eastAsia="宋体"/>
          <w:b w:val="0"/>
          <w:sz w:val="24"/>
        </w:rPr>
        <w:t>3. 成绩由高到低排序为：88.0、82.6、82.2、80.6、78.8。</w:t>
      </w:r>
    </w:p>
    <w:p>
      <w:pPr>
        <w:spacing w:before="160" w:after="80" w:lineRule="auto" w:line="360"/>
        <w:jc w:val="left"/>
      </w:pPr>
      <w:r>
        <w:rPr>
          <w:rFonts w:ascii="Times New Roman" w:hAnsi="Times New Roman" w:eastAsia="宋体"/>
          <w:b/>
          <w:sz w:val="28"/>
        </w:rPr>
        <w:t>四、说明</w:t>
      </w:r>
    </w:p>
    <w:p>
      <w:pPr>
        <w:spacing w:after="80" w:lineRule="auto" w:line="360"/>
        <w:ind w:firstLine="482"/>
        <w:jc w:val="both"/>
      </w:pPr>
      <w:r>
        <w:rPr>
          <w:rFonts w:ascii="Times New Roman" w:hAnsi="Times New Roman" w:eastAsia="宋体"/>
          <w:b w:val="0"/>
          <w:sz w:val="24"/>
        </w:rPr>
        <w:t>本段内容未包含排名方式、评分方式及公示期信息。</w:t>
      </w:r>
    </w:p>
    <w:p>
      <w:pPr>
        <w:spacing w:after="80" w:lineRule="auto" w:line="360"/>
        <w:ind w:firstLine="482"/>
        <w:jc w:val="both"/>
      </w:pPr>
      <w:r>
        <w:rPr>
          <w:rFonts w:ascii="Times New Roman" w:hAnsi="Times New Roman" w:eastAsia="宋体"/>
          <w:b w:val="0"/>
          <w:sz w:val="24"/>
        </w:rPr>
        <w:t>本段为推免拟录取名单节选，共列出 6 人，均来自计算机与大数据学院（网络安全学院），按序号 155 至 159 排列（其中序号 155 对应 1 人，156 至 159 各对应 1 人，合计 6 人）。专业分布为：计算机科学与技术 2 人（82.6、80.6），软件工程 1 人（78.8），网络空间安全 3 人（88.0、83.6、82.2）。名单包含姓名、报名号/学号及成绩信息，未在本段中出现公示期、排名方式或评分细则说明。</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报名号/学号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after="80" w:lineRule="auto" w:line="360"/>
        <w:ind w:firstLine="482"/>
        <w:jc w:val="both"/>
      </w:pPr>
      <w:r>
        <w:rPr>
          <w:rFonts w:ascii="Times New Roman" w:hAnsi="Times New Roman" w:eastAsia="宋体"/>
          <w:b w:val="0"/>
          <w:sz w:val="24"/>
        </w:rPr>
        <w:t>本段为推免拟录取名单节选，共涉及 6 人，均来自计算机与大数据学院（网络安全学院），公示期信息未在本段中给出。</w:t>
      </w:r>
    </w:p>
    <w:p>
      <w:pPr>
        <w:spacing w:before="160" w:after="80" w:lineRule="auto" w:line="360"/>
        <w:jc w:val="left"/>
      </w:pPr>
      <w:r>
        <w:rPr>
          <w:rFonts w:ascii="Times New Roman" w:hAnsi="Times New Roman" w:eastAsia="宋体"/>
          <w:b/>
          <w:sz w:val="28"/>
        </w:rPr>
        <w:t>八、名单明细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成绩</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r>
      <w:tr>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计算机与大数据学院（网络安全学院）</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r>
    </w:tbl>
    <w:p>
      <w:pPr>
        <w:spacing w:before="160" w:after="80" w:lineRule="auto" w:line="360"/>
        <w:jc w:val="left"/>
      </w:pPr>
      <w:r>
        <w:rPr>
          <w:rFonts w:ascii="Times New Roman" w:hAnsi="Times New Roman" w:eastAsia="宋体"/>
          <w:b/>
          <w:sz w:val="28"/>
        </w:rPr>
        <w:t>九、专业分布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人（张广鹏、蓝梓洋，以及序号缺失、姓名与学号未在本段给出的 1 人）。</w:t>
      </w:r>
    </w:p>
    <w:p>
      <w:pPr>
        <w:spacing w:before="160" w:after="80" w:lineRule="auto" w:line="360"/>
        <w:jc w:val="left"/>
      </w:pPr>
      <w:r>
        <w:rPr>
          <w:rFonts w:ascii="Times New Roman" w:hAnsi="Times New Roman" w:eastAsia="宋体"/>
          <w:b/>
          <w:sz w:val="28"/>
        </w:rPr>
        <w:t>十、排名与评分方式</w:t>
      </w:r>
    </w:p>
    <w:p>
      <w:pPr>
        <w:spacing w:after="80" w:lineRule="auto" w:line="360"/>
        <w:ind w:firstLine="482"/>
        <w:jc w:val="both"/>
      </w:pPr>
      <w:r>
        <w:rPr>
          <w:rFonts w:ascii="Times New Roman" w:hAnsi="Times New Roman" w:eastAsia="宋体"/>
          <w:b w:val="0"/>
          <w:sz w:val="24"/>
        </w:rPr>
        <w:t>1. 名单按序号 155 至 159 连续排列，序号即排名顺序。</w:t>
      </w:r>
    </w:p>
    <w:p>
      <w:pPr>
        <w:spacing w:after="80" w:lineRule="auto" w:line="360"/>
        <w:ind w:firstLine="482"/>
        <w:jc w:val="both"/>
      </w:pPr>
      <w:r>
        <w:rPr>
          <w:rFonts w:ascii="Times New Roman" w:hAnsi="Times New Roman" w:eastAsia="宋体"/>
          <w:b w:val="0"/>
          <w:sz w:val="24"/>
        </w:rPr>
        <w:t>2. 成绩为量化评分，取值精确到小数点后 1 位，区间为 78.8 至 88.0。</w:t>
      </w:r>
    </w:p>
    <w:p>
      <w:pPr>
        <w:spacing w:after="80" w:lineRule="auto" w:line="360"/>
        <w:ind w:firstLine="482"/>
        <w:jc w:val="both"/>
      </w:pPr>
      <w:r>
        <w:rPr>
          <w:rFonts w:ascii="Times New Roman" w:hAnsi="Times New Roman" w:eastAsia="宋体"/>
          <w:b w:val="0"/>
          <w:sz w:val="24"/>
        </w:rPr>
        <w:t>3. 本段未说明成绩构成、权重或计算规则。</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本段未包含公示期起止日期信息。</w:t>
      </w:r>
    </w:p>
    <w:p>
      <w:pPr>
        <w:spacing w:before="160" w:after="80" w:lineRule="auto" w:line="360"/>
        <w:jc w:val="left"/>
      </w:pPr>
      <w:r>
        <w:rPr>
          <w:rFonts w:ascii="Times New Roman" w:hAnsi="Times New Roman" w:eastAsia="宋体"/>
          <w:b/>
          <w:sz w:val="28"/>
        </w:rPr>
        <w:t>八、名单明细</w:t>
      </w:r>
    </w:p>
    <w:p>
      <w:pPr>
        <w:spacing w:after="80" w:lineRule="auto" w:line="360"/>
        <w:ind w:firstLine="482"/>
        <w:jc w:val="both"/>
      </w:pPr>
      <w:r>
        <w:rPr>
          <w:rFonts w:ascii="Times New Roman" w:hAnsi="Times New Roman" w:eastAsia="宋体"/>
          <w:b w:val="0"/>
          <w:sz w:val="24"/>
        </w:rPr>
        <w:t>1. 计算机科学与技术专业，综合评分 82.6，排名 155，姓名刘策，考生编号 102125102120155，所属学院为计算机与大数据学院（网络安全学院）。</w:t>
      </w:r>
    </w:p>
    <w:p>
      <w:pPr>
        <w:spacing w:after="80" w:lineRule="auto" w:line="360"/>
        <w:ind w:firstLine="482"/>
        <w:jc w:val="both"/>
      </w:pPr>
      <w:r>
        <w:rPr>
          <w:rFonts w:ascii="Times New Roman" w:hAnsi="Times New Roman" w:eastAsia="宋体"/>
          <w:b w:val="0"/>
          <w:sz w:val="24"/>
        </w:rPr>
        <w:t>2. 计算机科学与技术专业，综合评分 80.6，排名 156，姓名王海婷，考生编号 102125102120156，所属学院为计算机与大数据学院（网络安全学院）。</w:t>
      </w:r>
    </w:p>
    <w:p>
      <w:pPr>
        <w:spacing w:after="80" w:lineRule="auto" w:line="360"/>
        <w:ind w:firstLine="482"/>
        <w:jc w:val="both"/>
      </w:pPr>
      <w:r>
        <w:rPr>
          <w:rFonts w:ascii="Times New Roman" w:hAnsi="Times New Roman" w:eastAsia="宋体"/>
          <w:b w:val="0"/>
          <w:sz w:val="24"/>
        </w:rPr>
        <w:t>3. 软件工程专业，综合评分 78.8，排名 157，姓名杜一省，考生编号 102125102120157，所属学院为计算机与大数据学院（网络安全学院）。</w:t>
      </w:r>
    </w:p>
    <w:p>
      <w:pPr>
        <w:spacing w:after="80" w:lineRule="auto" w:line="360"/>
        <w:ind w:firstLine="482"/>
        <w:jc w:val="both"/>
      </w:pPr>
      <w:r>
        <w:rPr>
          <w:rFonts w:ascii="Times New Roman" w:hAnsi="Times New Roman" w:eastAsia="宋体"/>
          <w:b w:val="0"/>
          <w:sz w:val="24"/>
        </w:rPr>
        <w:t>4. 网络空间安全专业，综合评分 88.0，排名 158，姓名张广鹏，考生编号 102125102120158，所属学院为计算机与大数据学院（网络安全学院）。</w:t>
      </w:r>
    </w:p>
    <w:p>
      <w:pPr>
        <w:spacing w:after="80" w:lineRule="auto" w:line="360"/>
        <w:ind w:firstLine="482"/>
        <w:jc w:val="both"/>
      </w:pPr>
      <w:r>
        <w:rPr>
          <w:rFonts w:ascii="Times New Roman" w:hAnsi="Times New Roman" w:eastAsia="宋体"/>
          <w:b w:val="0"/>
          <w:sz w:val="24"/>
        </w:rPr>
        <w:t>5. 网络空间安全专业，综合评分 83.6，排名 159，姓名蓝梓洋，考生编号 102125102120159，所属学院为计算机与大数据学院（网络安全学院）。</w:t>
      </w:r>
    </w:p>
    <w:p>
      <w:pPr>
        <w:spacing w:after="80" w:lineRule="auto" w:line="360"/>
        <w:ind w:firstLine="482"/>
        <w:jc w:val="both"/>
      </w:pPr>
      <w:r>
        <w:rPr>
          <w:rFonts w:ascii="Times New Roman" w:hAnsi="Times New Roman" w:eastAsia="宋体"/>
          <w:b w:val="0"/>
          <w:sz w:val="24"/>
        </w:rPr>
        <w:t>6. 网络空间安全专业，综合评分 82.2，排名及后续信息未在原文中给出。</w:t>
      </w:r>
    </w:p>
    <w:p>
      <w:pPr>
        <w:spacing w:before="160" w:after="80" w:lineRule="auto" w:line="360"/>
        <w:jc w:val="left"/>
      </w:pPr>
      <w:r>
        <w:rPr>
          <w:rFonts w:ascii="Times New Roman" w:hAnsi="Times New Roman" w:eastAsia="宋体"/>
          <w:b/>
          <w:sz w:val="28"/>
        </w:rPr>
        <w:t>九、汇总表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综合评分</w:t>
            </w:r>
          </w:p>
        </w:tc>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考生编号</w:t>
            </w:r>
          </w:p>
        </w:tc>
        <w:tc>
          <w:tcPr>
            <w:tcW w:type="dxa" w:w="1439"/>
          </w:tcPr>
          <w:p>
            <w:pPr>
              <w:spacing w:after="20" w:before="20"/>
            </w:pPr>
            <w:r/>
            <w:r>
              <w:rPr>
                <w:rFonts w:ascii="Times New Roman" w:hAnsi="Times New Roman" w:eastAsia="宋体"/>
                <w:b/>
                <w:sz w:val="21"/>
              </w:rPr>
              <w:t>所属学院</w:t>
            </w:r>
          </w:p>
        </w:tc>
      </w:tr>
      <w:tr>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未提供</w:t>
            </w:r>
          </w:p>
        </w:tc>
        <w:tc>
          <w:tcPr>
            <w:tcW w:type="dxa" w:w="1439"/>
          </w:tcPr>
          <w:p>
            <w:pPr>
              <w:spacing w:after="20" w:before="20"/>
            </w:pPr>
            <w:r/>
            <w:r>
              <w:rPr>
                <w:rFonts w:ascii="Times New Roman" w:hAnsi="Times New Roman" w:eastAsia="宋体"/>
                <w:b w:val="0"/>
                <w:sz w:val="21"/>
              </w:rPr>
              <w:t>未提供</w:t>
            </w:r>
          </w:p>
        </w:tc>
        <w:tc>
          <w:tcPr>
            <w:tcW w:type="dxa" w:w="1439"/>
          </w:tcPr>
          <w:p>
            <w:pPr>
              <w:spacing w:after="20" w:before="20"/>
            </w:pPr>
            <w:r/>
            <w:r>
              <w:rPr>
                <w:rFonts w:ascii="Times New Roman" w:hAnsi="Times New Roman" w:eastAsia="宋体"/>
                <w:b w:val="0"/>
                <w:sz w:val="21"/>
              </w:rPr>
              <w:t>未提供</w:t>
            </w:r>
          </w:p>
        </w:tc>
        <w:tc>
          <w:tcPr>
            <w:tcW w:type="dxa" w:w="1439"/>
          </w:tcPr>
          <w:p>
            <w:pPr>
              <w:spacing w:after="20" w:before="20"/>
            </w:pPr>
            <w:r/>
            <w:r>
              <w:rPr>
                <w:rFonts w:ascii="Times New Roman" w:hAnsi="Times New Roman" w:eastAsia="宋体"/>
                <w:b w:val="0"/>
                <w:sz w:val="21"/>
              </w:rPr>
              <w:t>计算机与大数据学院（网络安全学院）</w:t>
            </w:r>
          </w:p>
        </w:tc>
      </w:tr>
    </w:tbl>
    <w:p>
      <w:pPr>
        <w:spacing w:before="160" w:after="80" w:lineRule="auto" w:line="360"/>
        <w:jc w:val="left"/>
      </w:pPr>
      <w:r>
        <w:rPr>
          <w:rFonts w:ascii="Times New Roman" w:hAnsi="Times New Roman" w:eastAsia="宋体"/>
          <w:b/>
          <w:sz w:val="28"/>
        </w:rPr>
        <w:t>十、说明</w:t>
      </w:r>
    </w:p>
    <w:p>
      <w:pPr>
        <w:spacing w:after="80" w:lineRule="auto" w:line="360"/>
        <w:ind w:firstLine="482"/>
        <w:jc w:val="both"/>
      </w:pPr>
      <w:r>
        <w:rPr>
          <w:rFonts w:ascii="Times New Roman" w:hAnsi="Times New Roman" w:eastAsia="宋体"/>
          <w:b w:val="0"/>
          <w:sz w:val="24"/>
        </w:rPr>
        <w:t>1. 本段共涉及 6 条记录，其中 5 条包含完整姓名、考生编号与排名信息，1 条仅包含专业、综合评分与所属学院。</w:t>
      </w:r>
    </w:p>
    <w:p>
      <w:pPr>
        <w:spacing w:after="80" w:lineRule="auto" w:line="360"/>
        <w:ind w:firstLine="482"/>
        <w:jc w:val="both"/>
      </w:pPr>
      <w:r>
        <w:rPr>
          <w:rFonts w:ascii="Times New Roman" w:hAnsi="Times New Roman" w:eastAsia="宋体"/>
          <w:b w:val="0"/>
          <w:sz w:val="24"/>
        </w:rPr>
        <w:t>2. 原文未提供评分方式、公示期等说明信息。</w:t>
      </w:r>
    </w:p>
    <w:p>
      <w:pPr>
        <w:spacing w:after="80" w:lineRule="auto" w:line="360"/>
        <w:ind w:firstLine="482"/>
        <w:jc w:val="both"/>
      </w:pPr>
      <w:r>
        <w:rPr>
          <w:rFonts w:ascii="Times New Roman" w:hAnsi="Times New Roman" w:eastAsia="宋体"/>
          <w:b w:val="0"/>
          <w:sz w:val="24"/>
        </w:rPr>
        <w:t>本段为推免名单公示信息，共涉及 6 人，均来自计算机与大数据学院（网络安全学院），明细如下：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评分</w:t>
            </w:r>
          </w:p>
        </w:tc>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学院</w:t>
            </w:r>
          </w:p>
        </w:tc>
      </w:tr>
      <w:tr>
        <w:tc>
          <w:tcPr>
            <w:tcW w:type="dxa" w:w="1439"/>
          </w:tcPr>
          <w:p>
            <w:pPr>
              <w:spacing w:after="20" w:before="20"/>
            </w:pPr>
            <w:r/>
            <w:r>
              <w:rPr>
                <w:rFonts w:ascii="Times New Roman" w:hAnsi="Times New Roman" w:eastAsia="宋体"/>
                <w:b w:val="0"/>
                <w:sz w:val="21"/>
              </w:rPr>
              <w:t>刘策</w:t>
            </w:r>
          </w:p>
        </w:tc>
        <w:tc>
          <w:tcPr>
            <w:tcW w:type="dxa" w:w="1439"/>
          </w:tcPr>
          <w:p>
            <w:pPr>
              <w:spacing w:after="20" w:before="20"/>
            </w:pPr>
            <w:r/>
            <w:r>
              <w:rPr>
                <w:rFonts w:ascii="Times New Roman" w:hAnsi="Times New Roman" w:eastAsia="宋体"/>
                <w:b w:val="0"/>
                <w:sz w:val="21"/>
              </w:rPr>
              <w:t>102125102120155</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82.6</w:t>
            </w:r>
          </w:p>
        </w:tc>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王海婷</w:t>
            </w:r>
          </w:p>
        </w:tc>
        <w:tc>
          <w:tcPr>
            <w:tcW w:type="dxa" w:w="1439"/>
          </w:tcPr>
          <w:p>
            <w:pPr>
              <w:spacing w:after="20" w:before="20"/>
            </w:pPr>
            <w:r/>
            <w:r>
              <w:rPr>
                <w:rFonts w:ascii="Times New Roman" w:hAnsi="Times New Roman" w:eastAsia="宋体"/>
                <w:b w:val="0"/>
                <w:sz w:val="21"/>
              </w:rPr>
              <w:t>102125102120156</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80.6</w:t>
            </w:r>
          </w:p>
        </w:tc>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杜一省</w:t>
            </w:r>
          </w:p>
        </w:tc>
        <w:tc>
          <w:tcPr>
            <w:tcW w:type="dxa" w:w="1439"/>
          </w:tcPr>
          <w:p>
            <w:pPr>
              <w:spacing w:after="20" w:before="20"/>
            </w:pPr>
            <w:r/>
            <w:r>
              <w:rPr>
                <w:rFonts w:ascii="Times New Roman" w:hAnsi="Times New Roman" w:eastAsia="宋体"/>
                <w:b w:val="0"/>
                <w:sz w:val="21"/>
              </w:rPr>
              <w:t>102125102120157</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78.8</w:t>
            </w:r>
          </w:p>
        </w:tc>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张广鹏</w:t>
            </w:r>
          </w:p>
        </w:tc>
        <w:tc>
          <w:tcPr>
            <w:tcW w:type="dxa" w:w="1439"/>
          </w:tcPr>
          <w:p>
            <w:pPr>
              <w:spacing w:after="20" w:before="20"/>
            </w:pPr>
            <w:r/>
            <w:r>
              <w:rPr>
                <w:rFonts w:ascii="Times New Roman" w:hAnsi="Times New Roman" w:eastAsia="宋体"/>
                <w:b w:val="0"/>
                <w:sz w:val="21"/>
              </w:rPr>
              <w:t>102125102120158</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88.0</w:t>
            </w:r>
          </w:p>
        </w:tc>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蓝梓洋</w:t>
            </w:r>
          </w:p>
        </w:tc>
        <w:tc>
          <w:tcPr>
            <w:tcW w:type="dxa" w:w="1439"/>
          </w:tcPr>
          <w:p>
            <w:pPr>
              <w:spacing w:after="20" w:before="20"/>
            </w:pPr>
            <w:r/>
            <w:r>
              <w:rPr>
                <w:rFonts w:ascii="Times New Roman" w:hAnsi="Times New Roman" w:eastAsia="宋体"/>
                <w:b w:val="0"/>
                <w:sz w:val="21"/>
              </w:rPr>
              <w:t>102125102120159</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83.6</w:t>
            </w:r>
          </w:p>
        </w:tc>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计算机与大数据学院（网络安全学院）</w:t>
            </w:r>
          </w:p>
        </w:tc>
      </w:tr>
      <w:tr>
        <w:tc>
          <w:tcPr>
            <w:tcW w:type="dxa" w:w="1439"/>
          </w:tcPr>
          <w:p>
            <w:pPr>
              <w:spacing w:after="20" w:before="20"/>
            </w:pPr>
            <w:r/>
            <w:r>
              <w:rPr>
                <w:rFonts w:ascii="Times New Roman" w:hAnsi="Times New Roman" w:eastAsia="宋体"/>
                <w:b w:val="0"/>
                <w:sz w:val="21"/>
              </w:rPr>
              <w:t>（姓名未显示）</w:t>
            </w:r>
          </w:p>
        </w:tc>
        <w:tc>
          <w:tcPr>
            <w:tcW w:type="dxa" w:w="1439"/>
          </w:tcPr>
          <w:p>
            <w:pPr>
              <w:spacing w:after="20" w:before="20"/>
            </w:pPr>
            <w:r/>
            <w:r>
              <w:rPr>
                <w:rFonts w:ascii="Times New Roman" w:hAnsi="Times New Roman" w:eastAsia="宋体"/>
                <w:b w:val="0"/>
                <w:sz w:val="21"/>
              </w:rPr>
              <w:t>（学号未显示）</w:t>
            </w:r>
          </w:p>
        </w:tc>
        <w:tc>
          <w:tcPr>
            <w:tcW w:type="dxa" w:w="1439"/>
          </w:tcPr>
          <w:p>
            <w:pPr>
              <w:spacing w:after="20" w:before="20"/>
            </w:pPr>
            <w:r/>
            <w:r>
              <w:rPr>
                <w:rFonts w:ascii="Times New Roman" w:hAnsi="Times New Roman" w:eastAsia="宋体"/>
                <w:b w:val="0"/>
                <w:sz w:val="21"/>
              </w:rPr>
              <w:t>网络空间安全</w:t>
            </w:r>
          </w:p>
        </w:tc>
        <w:tc>
          <w:tcPr>
            <w:tcW w:type="dxa" w:w="1439"/>
          </w:tcPr>
          <w:p>
            <w:pPr>
              <w:spacing w:after="20" w:before="20"/>
            </w:pPr>
            <w:r/>
            <w:r>
              <w:rPr>
                <w:rFonts w:ascii="Times New Roman" w:hAnsi="Times New Roman" w:eastAsia="宋体"/>
                <w:b w:val="0"/>
                <w:sz w:val="21"/>
              </w:rPr>
              <w:t>82.2</w:t>
            </w:r>
          </w:p>
        </w:tc>
        <w:tc>
          <w:tcPr>
            <w:tcW w:type="dxa" w:w="1439"/>
          </w:tcPr>
          <w:p>
            <w:pPr>
              <w:spacing w:after="20" w:before="20"/>
            </w:pPr>
            <w:r/>
            <w:r>
              <w:rPr>
                <w:rFonts w:ascii="Times New Roman" w:hAnsi="Times New Roman" w:eastAsia="宋体"/>
                <w:b w:val="0"/>
                <w:sz w:val="21"/>
              </w:rPr>
              <w:t>（序号未显示）</w:t>
            </w:r>
          </w:p>
        </w:tc>
        <w:tc>
          <w:tcPr>
            <w:tcW w:type="dxa" w:w="1439"/>
          </w:tcPr>
          <w:p>
            <w:pPr>
              <w:spacing w:after="20" w:before="20"/>
            </w:pPr>
            <w:r/>
            <w:r>
              <w:rPr>
                <w:rFonts w:ascii="Times New Roman" w:hAnsi="Times New Roman" w:eastAsia="宋体"/>
                <w:b w:val="0"/>
                <w:sz w:val="21"/>
              </w:rPr>
              <w:t>计算机与大数据学院（网络安全学院）</w:t>
            </w:r>
          </w:p>
        </w:tc>
      </w:tr>
    </w:tbl>
    <w:p>
      <w:pPr>
        <w:spacing w:before="160" w:after="80" w:lineRule="auto" w:line="360"/>
        <w:jc w:val="left"/>
      </w:pPr>
      <w:r>
        <w:rPr>
          <w:rFonts w:ascii="Times New Roman" w:hAnsi="Times New Roman" w:eastAsia="宋体"/>
          <w:b/>
          <w:sz w:val="28"/>
        </w:rPr>
        <w:t>八、专业分布</w:t>
      </w:r>
    </w:p>
    <w:p>
      <w:pPr>
        <w:spacing w:after="80" w:lineRule="auto" w:line="360"/>
        <w:ind w:firstLine="482"/>
        <w:jc w:val="both"/>
      </w:pPr>
      <w:r>
        <w:rPr>
          <w:rFonts w:ascii="Times New Roman" w:hAnsi="Times New Roman" w:eastAsia="宋体"/>
          <w:b w:val="0"/>
          <w:sz w:val="24"/>
        </w:rPr>
        <w:t>1. 计算机科学与技术：2 人（刘策、王海婷）。</w:t>
      </w:r>
    </w:p>
    <w:p>
      <w:pPr>
        <w:spacing w:after="80" w:lineRule="auto" w:line="360"/>
        <w:ind w:firstLine="482"/>
        <w:jc w:val="both"/>
      </w:pPr>
      <w:r>
        <w:rPr>
          <w:rFonts w:ascii="Times New Roman" w:hAnsi="Times New Roman" w:eastAsia="宋体"/>
          <w:b w:val="0"/>
          <w:sz w:val="24"/>
        </w:rPr>
        <w:t>2. 软件工程：1 人（杜一省）。</w:t>
      </w:r>
    </w:p>
    <w:p>
      <w:pPr>
        <w:spacing w:after="80" w:lineRule="auto" w:line="360"/>
        <w:ind w:firstLine="482"/>
        <w:jc w:val="both"/>
      </w:pPr>
      <w:r>
        <w:rPr>
          <w:rFonts w:ascii="Times New Roman" w:hAnsi="Times New Roman" w:eastAsia="宋体"/>
          <w:b w:val="0"/>
          <w:sz w:val="24"/>
        </w:rPr>
        <w:t>3. 网络空间安全：3 人（张广鹏、蓝梓洋及 1 名姓名未显示者）。</w:t>
      </w:r>
    </w:p>
    <w:p>
      <w:pPr>
        <w:spacing w:before="160" w:after="80" w:lineRule="auto" w:line="360"/>
        <w:jc w:val="left"/>
      </w:pPr>
      <w:r>
        <w:rPr>
          <w:rFonts w:ascii="Times New Roman" w:hAnsi="Times New Roman" w:eastAsia="宋体"/>
          <w:b/>
          <w:sz w:val="28"/>
        </w:rPr>
        <w:t>九、评分情况</w:t>
      </w:r>
    </w:p>
    <w:p>
      <w:pPr>
        <w:spacing w:after="80" w:lineRule="auto" w:line="360"/>
        <w:ind w:firstLine="482"/>
        <w:jc w:val="both"/>
      </w:pPr>
      <w:r>
        <w:rPr>
          <w:rFonts w:ascii="Times New Roman" w:hAnsi="Times New Roman" w:eastAsia="宋体"/>
          <w:b w:val="0"/>
          <w:sz w:val="24"/>
        </w:rPr>
        <w:t>1. 评分区间为 78.8 至 88.0。</w:t>
      </w:r>
    </w:p>
    <w:p>
      <w:pPr>
        <w:spacing w:after="80" w:lineRule="auto" w:line="360"/>
        <w:ind w:firstLine="482"/>
        <w:jc w:val="both"/>
      </w:pPr>
      <w:r>
        <w:rPr>
          <w:rFonts w:ascii="Times New Roman" w:hAnsi="Times New Roman" w:eastAsia="宋体"/>
          <w:b w:val="0"/>
          <w:sz w:val="24"/>
        </w:rPr>
        <w:t>2. 最高分为张广鹏 88.0（网络空间安全）。</w:t>
      </w:r>
    </w:p>
    <w:p>
      <w:pPr>
        <w:spacing w:after="80" w:lineRule="auto" w:line="360"/>
        <w:ind w:firstLine="482"/>
        <w:jc w:val="both"/>
      </w:pPr>
      <w:r>
        <w:rPr>
          <w:rFonts w:ascii="Times New Roman" w:hAnsi="Times New Roman" w:eastAsia="宋体"/>
          <w:b w:val="0"/>
          <w:sz w:val="24"/>
        </w:rPr>
        <w:t>3. 最低分为杜一省 78.8（软件工程）。</w:t>
      </w:r>
    </w:p>
    <w:p>
      <w:pPr>
        <w:spacing w:before="160" w:after="80" w:lineRule="auto" w:line="360"/>
        <w:jc w:val="left"/>
      </w:pPr>
      <w:r>
        <w:rPr>
          <w:rFonts w:ascii="Times New Roman" w:hAnsi="Times New Roman" w:eastAsia="宋体"/>
          <w:b/>
          <w:sz w:val="28"/>
        </w:rPr>
        <w:t>十、其他说明</w:t>
      </w:r>
    </w:p>
    <w:p>
      <w:pPr>
        <w:spacing w:after="80" w:lineRule="auto" w:line="360"/>
        <w:ind w:firstLine="482"/>
        <w:jc w:val="both"/>
      </w:pPr>
      <w:r>
        <w:rPr>
          <w:rFonts w:ascii="Times New Roman" w:hAnsi="Times New Roman" w:eastAsia="宋体"/>
          <w:b w:val="0"/>
          <w:sz w:val="24"/>
        </w:rPr>
        <w:t>1. 本段未包含公示期、排名或评分方式等说明信息。</w:t>
      </w:r>
    </w:p>
    <w:p>
      <w:pPr>
        <w:spacing w:after="80" w:lineRule="auto" w:line="360"/>
        <w:ind w:firstLine="482"/>
        <w:jc w:val="both"/>
      </w:pPr>
      <w:r>
        <w:rPr>
          <w:rFonts w:ascii="Times New Roman" w:hAnsi="Times New Roman" w:eastAsia="宋体"/>
          <w:b w:val="0"/>
          <w:sz w:val="24"/>
        </w:rPr>
        <w:t>2. 本段未包含图片内容。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