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学院2026年第九届暑期夏令营录取通知-动物科学技术学院、动物医学院</w:t>
      </w:r>
    </w:p>
    <w:p>
      <w:r>
        <w:t>学院2026年第九届暑期夏令营录取通知-动物科学技术学院、动物医学院</w:t>
      </w:r>
    </w:p>
    <w:p>
      <w:r>
        <w:t>中文版|</w:t>
      </w:r>
    </w:p>
    <w:p>
      <w:r>
        <w:t>English</w:t>
      </w:r>
    </w:p>
    <w:p>
      <w:r>
        <w:t>首 页</w:t>
      </w:r>
    </w:p>
    <w:p>
      <w:r>
        <w:t>学院领导</w:t>
      </w:r>
    </w:p>
    <w:p>
      <w:r>
        <w:t>院务公开</w:t>
      </w:r>
    </w:p>
    <w:p>
      <w:r>
        <w:t>学院制度</w:t>
      </w:r>
    </w:p>
    <w:p>
      <w:r>
        <w:t>联系我们</w:t>
      </w:r>
    </w:p>
    <w:p>
      <w:r>
        <w:t>教师名录</w:t>
      </w:r>
    </w:p>
    <w:p>
      <w:r>
        <w:t>学系研究中心</w:t>
      </w:r>
    </w:p>
    <w:p>
      <w:r>
        <w:t>院士</w:t>
      </w:r>
    </w:p>
    <w:p>
      <w:r>
        <w:t>重要人才计划</w:t>
      </w:r>
    </w:p>
    <w:p>
      <w:r>
        <w:t>客座教授-兼职教授</w:t>
      </w:r>
    </w:p>
    <w:p>
      <w:r>
        <w:t>教科辅人员</w:t>
      </w:r>
    </w:p>
    <w:p>
      <w:r>
        <w:t>离退休教职工</w:t>
      </w:r>
    </w:p>
    <w:p>
      <w:r>
        <w:t>科研概况</w:t>
      </w:r>
    </w:p>
    <w:p>
      <w:r>
        <w:t>科研进展</w:t>
      </w:r>
    </w:p>
    <w:p>
      <w:r>
        <w:t>创新团队</w:t>
      </w:r>
    </w:p>
    <w:p>
      <w:r>
        <w:t>科研平台</w:t>
      </w:r>
    </w:p>
    <w:p>
      <w:r>
        <w:t>下载专区</w:t>
      </w:r>
    </w:p>
    <w:p>
      <w:r>
        <w:t>留学生培养</w:t>
      </w:r>
    </w:p>
    <w:p>
      <w:r>
        <w:t>博士后培养</w:t>
      </w:r>
    </w:p>
    <w:p>
      <w:r>
        <w:t>教学动态</w:t>
      </w:r>
    </w:p>
    <w:p>
      <w:r>
        <w:t>学术活动</w:t>
      </w:r>
    </w:p>
    <w:p>
      <w:r>
        <w:t>学术报告</w:t>
      </w:r>
    </w:p>
    <w:p>
      <w:r>
        <w:t>研讨会</w:t>
      </w:r>
    </w:p>
    <w:p>
      <w:r>
        <w:t>优秀论文</w:t>
      </w:r>
    </w:p>
    <w:p>
      <w:r>
        <w:t>党群建设</w:t>
      </w:r>
    </w:p>
    <w:p>
      <w:r>
        <w:t>党建工作</w:t>
      </w:r>
    </w:p>
    <w:p>
      <w:r>
        <w:t>离退休工作</w:t>
      </w:r>
    </w:p>
    <w:p>
      <w:r>
        <w:t>工会工作</w:t>
      </w:r>
    </w:p>
    <w:p>
      <w:r>
        <w:t>学生工作</w:t>
      </w:r>
    </w:p>
    <w:p>
      <w:r>
        <w:t>团学园地</w:t>
      </w:r>
    </w:p>
    <w:p>
      <w:r>
        <w:t>研工动态</w:t>
      </w:r>
    </w:p>
    <w:p>
      <w:r>
        <w:t>跃动狮山</w:t>
      </w:r>
    </w:p>
    <w:p>
      <w:r>
        <w:t>下载专区</w:t>
      </w:r>
    </w:p>
    <w:p>
      <w:r>
        <w:t>交流合作</w:t>
      </w:r>
    </w:p>
    <w:p>
      <w:r>
        <w:t>对外交流概况</w:t>
      </w:r>
    </w:p>
    <w:p>
      <w:r>
        <w:t>对外交流项目</w:t>
      </w:r>
    </w:p>
    <w:p>
      <w:r>
        <w:t>招生信息</w:t>
      </w:r>
    </w:p>
    <w:p>
      <w:r>
        <w:t>就业信息</w:t>
      </w:r>
    </w:p>
    <w:p>
      <w:r>
        <w:t>人才招聘</w:t>
      </w:r>
    </w:p>
    <w:p>
      <w:r>
        <w:t>教师招聘</w:t>
      </w:r>
    </w:p>
    <w:p>
      <w:r>
        <w:t>博士后招聘</w:t>
      </w:r>
    </w:p>
    <w:p>
      <w:r>
        <w:t>其他招聘</w:t>
      </w:r>
    </w:p>
    <w:p>
      <w:r>
        <w:t>院长信箱</w:t>
      </w:r>
    </w:p>
    <w:p>
      <w:r>
        <w:t>首 页</w:t>
      </w:r>
    </w:p>
    <w:p>
      <w:r>
        <w:t>学院领导</w:t>
      </w:r>
    </w:p>
    <w:p>
      <w:r>
        <w:t>院务公开</w:t>
      </w:r>
    </w:p>
    <w:p>
      <w:r>
        <w:t>学院制度</w:t>
      </w:r>
    </w:p>
    <w:p>
      <w:r>
        <w:t>联系我们</w:t>
      </w:r>
    </w:p>
    <w:p>
      <w:r>
        <w:t>教师名录</w:t>
      </w:r>
    </w:p>
    <w:p>
      <w:r>
        <w:t>学系研究中心</w:t>
      </w:r>
    </w:p>
    <w:p>
      <w:r>
        <w:t>院士</w:t>
      </w:r>
    </w:p>
    <w:p>
      <w:r>
        <w:t>重要人才计划</w:t>
      </w:r>
    </w:p>
    <w:p>
      <w:r>
        <w:t>客座教授-兼职教授</w:t>
      </w:r>
    </w:p>
    <w:p>
      <w:r>
        <w:t>教科辅人员</w:t>
      </w:r>
    </w:p>
    <w:p>
      <w:r>
        <w:t>离退休教职工</w:t>
      </w:r>
    </w:p>
    <w:p>
      <w:r>
        <w:t>科研概况</w:t>
      </w:r>
    </w:p>
    <w:p>
      <w:r>
        <w:t>科研进展</w:t>
      </w:r>
    </w:p>
    <w:p>
      <w:r>
        <w:t>创新团队</w:t>
      </w:r>
    </w:p>
    <w:p>
      <w:r>
        <w:t>科研平台</w:t>
      </w:r>
    </w:p>
    <w:p>
      <w:r>
        <w:t>下载专区</w:t>
      </w:r>
    </w:p>
    <w:p>
      <w:r>
        <w:t>留学生培养</w:t>
      </w:r>
    </w:p>
    <w:p>
      <w:r>
        <w:t>博士后培养</w:t>
      </w:r>
    </w:p>
    <w:p>
      <w:r>
        <w:t>教学动态</w:t>
      </w:r>
    </w:p>
    <w:p>
      <w:r>
        <w:t>学术活动</w:t>
      </w:r>
    </w:p>
    <w:p>
      <w:r>
        <w:t>学术报告</w:t>
      </w:r>
    </w:p>
    <w:p>
      <w:r>
        <w:t>研讨会</w:t>
      </w:r>
    </w:p>
    <w:p>
      <w:r>
        <w:t>优秀论文</w:t>
      </w:r>
    </w:p>
    <w:p>
      <w:r>
        <w:t>党群建设</w:t>
      </w:r>
    </w:p>
    <w:p>
      <w:r>
        <w:t>党建工作</w:t>
      </w:r>
    </w:p>
    <w:p>
      <w:r>
        <w:t>离退休工作</w:t>
      </w:r>
    </w:p>
    <w:p>
      <w:r>
        <w:t>工会工作</w:t>
      </w:r>
    </w:p>
    <w:p>
      <w:r>
        <w:t>学生工作</w:t>
      </w:r>
    </w:p>
    <w:p>
      <w:r>
        <w:t>团学园地</w:t>
      </w:r>
    </w:p>
    <w:p>
      <w:r>
        <w:t>研工动态</w:t>
      </w:r>
    </w:p>
    <w:p>
      <w:r>
        <w:t>跃动狮山</w:t>
      </w:r>
    </w:p>
    <w:p>
      <w:r>
        <w:t>下载专区</w:t>
      </w:r>
    </w:p>
    <w:p>
      <w:r>
        <w:t>交流合作</w:t>
      </w:r>
    </w:p>
    <w:p>
      <w:r>
        <w:t>对外交流概况</w:t>
      </w:r>
    </w:p>
    <w:p>
      <w:r>
        <w:t>对外交流项目</w:t>
      </w:r>
    </w:p>
    <w:p>
      <w:r>
        <w:t>招生信息</w:t>
      </w:r>
    </w:p>
    <w:p>
      <w:r>
        <w:t>就业信息</w:t>
      </w:r>
    </w:p>
    <w:p>
      <w:r>
        <w:t>人才招聘</w:t>
      </w:r>
    </w:p>
    <w:p>
      <w:r>
        <w:t>教师招聘</w:t>
      </w:r>
    </w:p>
    <w:p>
      <w:r>
        <w:t>博士后招聘</w:t>
      </w:r>
    </w:p>
    <w:p>
      <w:r>
        <w:t>其他招聘</w:t>
      </w:r>
    </w:p>
    <w:p>
      <w:r>
        <w:t>院长信箱</w:t>
      </w:r>
    </w:p>
    <w:p>
      <w:r>
        <w:t>通知公告</w:t>
      </w:r>
    </w:p>
    <w:p>
      <w:r>
        <w:t>通知公告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