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名单7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一、名单基本信息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发布日期：2025年10月18日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名单名称：长春中医药大学2026年接收推免生拟录取公示。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发布日期：2025年10月18日。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名单人数：公示未明确标注总人数及分专业人数明细。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涵盖专业：公示未明确列出涵盖专业。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排名/评分方式：公示未明确说明排名或评分方式。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6. 其他重要说明：公示未提供拟录取名单具体内容（如姓名、专业等），仅发布公示通知及反馈渠道。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二、公示期与异议反馈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公示期：10个工作日，自2025年10月18日起算。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异议反馈时限：公示期内如有异议，可于公示期结束前将意见反馈至研究生院。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联系电话：0431-89989177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反馈邮箱：yz86172399@163.com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联系地址：长春市净月国家高新技术产业开发区博硕路1035号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6. 邮编：130117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三、流程说明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本通知为拟录取公示，不涉及申请流程。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未涵盖预推免与正式推免流程。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