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外国语学院2026年推荐优秀应届本科毕业生免试攻读研究生推荐结果公示-外国语学院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外国语学院2026年推荐优秀应届本科毕业生免试攻读研究生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推荐结果公示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排序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专业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学号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姓名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英语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2022312210318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李嘉鑫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英语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2022312210407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马璇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英语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2022312210319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李卓然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英语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2022312210305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李康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英语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2022312210809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袁炜轩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英语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2022312210223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潘星宇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英语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2022312210623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刘易婷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英语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2022312210616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冯柳绮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9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英语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2022312210416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王蕊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10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英语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2022312210819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雷甜甜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11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英语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2022312210215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陈熙雅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12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英语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2022312210817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朱怡蕊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13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英语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2022312210314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姜文蔷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14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英语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2022312210303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杨尧 （学风建设免试推荐 攻读研究生指标班级）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商务英语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2021312210701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刘卓舟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商务英语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2022312210428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秦苏楠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商务英语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2022312210427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李玉舒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商务英语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2022312210706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孙睿瑜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商务英语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2022312210406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魏怡曼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商务英语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2022312210825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熊佳梦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商务英语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2022312210815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张若菡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商务英语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2022312210311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孟寒</w:t>
            </w:r>
          </w:p>
        </w:tc>
      </w:tr>
      <w:tr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9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商务英语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2022312210309</w:t>
            </w:r>
          </w:p>
        </w:tc>
        <w:tc>
          <w:tcPr>
            <w:tcW w:type="dxa" w:w="215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王佳宏</w:t>
            </w:r>
          </w:p>
        </w:tc>
      </w:tr>
    </w:tbl>
    <w:p/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魏怡曼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6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商务英语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2022312210825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熊佳梦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7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商务英语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2022312210815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张若菡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8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商务英语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2022312210311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孟寒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9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商务英语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2022312210309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王佳宏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