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外国语学院2026年推免生复试人员名单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外国语学院2026年推免生复试人员名单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外国语学院2026年推免生复试人员名单，共涉及申请报考专业包括外国语言文学、学科教学（英语）两类。其中外国语言文学专业下设外国文学（英语类）、外国文学（日语类）、外国文学（法语类）、外国文学（西班牙语类）、外国语言学（英语类）、外国语言学（俄语类）、翻译与传播（英语类）、外语教育研究（英语类）等方向；学科教学（英语）专业不区分研究方向。备注栏中标注“研究生支教团”的共3人，分别为熊亦奇（外国文学（法语类））、王怡（翻译与传播（英语类））、袁闯（外国文学（西班牙语类）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十、复试人员名单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申请报考我校专业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申请报考我校专业方向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岑雯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常晓妍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陈璐瑶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董艺菲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董奕辰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杜晨希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高子惠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戈庆洁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龚程成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韩雨萌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花艺倩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惠子懿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李函凝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梁倩瑞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梁雨涵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林欣仪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刘浩然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刘堃滟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刘睿帆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龙佳佳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陆雅妮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马心琰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茂晓霞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莫鑫平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潘丽佳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潘南羽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裴雨晴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邱佳琪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史舒婷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粟俊霖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孙少琦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孙晓婧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孙永康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汤嘉雯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唐顺莉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唐文晴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唐子阳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汪玉洁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王秋媚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王雪寒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王晔清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熊思妍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杨恒煊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姚肖徽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叶紫英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余妮芳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张俊颢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张玙婷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郑乔鸿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郑巧烨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周如意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祝戈远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庄荣荣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曹睿祺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葛昊然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桂金歆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汲嘉祎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贾雨音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孔诗雅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李灵鹿鸣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李宇宽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刘建超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刘汝琪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穆红果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尚晨曦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尚瑞琳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申思雨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夏苏渝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杨睿涵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张可睿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外国文学（日语类）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窦琰璐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郜琳源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苗晶晶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宁晨曦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彭玉淳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饶慧琼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王莘斐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熊亦奇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余林阳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张鑫然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张鑫蔚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外国文学（法语类）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安婷婷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鲍思彤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蔡雨霖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陈明悦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陈蜀倩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陈羽诺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戴欣妮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邓林巧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董彦辰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方佳佳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冯煜博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郭镓琪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何艾玥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侯肖雅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江佳敏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李凯琪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李芸馨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李贞箴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利沙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马依玲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蒙欣鑫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聂羽涵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皮艳玲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蒲岚婷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齐晓雨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任雨馨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沈景红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孙芷初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王光璐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王宏瑜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王家悦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王滋润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翁少薇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吴宋宁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许贝诺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杨新月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杨紫凝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叶才华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张程棋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张海月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张灵可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张梦婷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张斯涵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赵向红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朱婧祺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陈秋利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马钧瑞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牛富饶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盛晓甜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宋泽瑄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田湘昀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汪咏琪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王庭萱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叶淑怡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周若玲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外国语言学（俄语类）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黄卫玲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翻译与传播（英语类）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翻译与传播（英语类）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本段为推免拟录取名单，按专业方向分为学科教学（英语）与翻译两类，其中学科教学（英语）含普通推免、研究生支教团、公费师范生（本研衔接）等类别；翻译含英语翻译、日语翻译两个方向。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九、学科教学（英语）（不区分研究方向）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普通推免（含教学（英语）等）共 63 人：刘振元、刘梓琪、卢思媛、卢之诺、鲁乐妍、陆思曼、马恩琪、梅安祺、孟心怡、彭丽熙、彭梦琪、邱立强、阮鸿浩、邵本智、申衡、宋秋莹、孙艺萌、谭雅文、唐婕、唐巾晶、田家怡、涂谦然、王沉晴、王怀瑾、王欣然、王奕瑾、韦载军、吴双彤、吴馨月、武佳音、肖慧子、肖羽桐、谢绮敏、谢欣洁、徐晨畅、严若宸、颜乐、杨思勰、姚涵、叶书扬、叶子慧、尹元齐、游凌萌、游依煌、于晓雯、余陈鑫悦、虞焮依、袁延娟、岳烨敏、张陈乐、张海洋、张璐、张人月、张舒、张雁南、张艺、张译萱、张雨萌、张正阳、张卓伟、赵美婷、赵沐晨、赵若雨、周佳欣、胡楚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研究生支教团 1 人：张陈乐。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公费师范生（本研衔接）共 7 人：高敏、刘宇涵、鲁欣、叶热恩·叶尔肯哈孜、甘果、特列克·捷俄斯、陈朝霞。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十、翻译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英语翻译共 60 人：陈佳瑶（身份证后四位0027）、陈佳瑶（身份证后四位2660）、陈芊羽、陈瑞祥、陈一卓、成卉蕊、程思雯、丛佳晨、崔雨诺、董义乾、杜洁怡、冯柳绮、耿润、龚至卿、郭夏月、韩晓娟、何佳慧、胡金铃、胡锐、胡星语、胡圆瑾、黄文莉、贾冰青、姜洪亮、康岚婷、匡薇、蓝艺伟、李奥雅、李鑫、李依彤、李奕婕、梁海斌、廖菲、刘庭妤、刘益彤、卢政锟、罗彬、马迪、闵琪舒、裴昕洁、祁鹏龙、秦胜男、施喻晗、舒友乐、孙悦、汪婧熙、王晶、王俪霏、吴萌、向耘逸、谢欣怡、谢雨缘、徐璇、徐治球、许嘉倩、许梦佳、杨炳睿、杨弋者、易婉、尹恒辉、于立然、余慧敏、袁晨茜、袁佳瑶、张倍飒、张馨予、张祎晓、张怡玲、赵梦娇、赵盛泽、赵一帆、郑楚宣、郑可、朱煜华、祝如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日语翻译共 17 人：陈烨、陈莹贞、董嘉慧、董雨雪、韩金倩、胡卓然、李好、李琦、权渝、邬典、夏雨薇、徐琼彦、张芊一、张世蕊、张志超、郑永旭、周妍馨。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刘振元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刘梓琪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卢思媛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卢之诺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鲁乐妍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陆思曼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马恩琪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梅安祺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孟心怡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彭丽熙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彭梦琪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邱立强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阮鸿浩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邵本智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宋秋莹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孙艺萌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谭雅文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唐巾晶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田家怡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涂谦然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王沉晴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王怀瑾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韦载军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吴双彤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吴馨月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武佳音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肖慧子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肖羽桐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谢绮敏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谢欣洁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徐晨畅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严若宸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杨思勰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叶书扬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叶子慧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尹元齐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游凌萌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游依煌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于晓雯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余陈鑫悦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虞焮依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袁延娟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岳烨敏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张陈乐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张海洋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张人月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张雁南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张译萱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张正阳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张卓伟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赵美婷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赵沐晨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赵若雨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胡楚涵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公费师范生（本研衔接）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公费师范生（本研衔接）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公费师范生（本研衔接）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叶热恩·叶尔肯哈孜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公费师范生（本研衔接）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公费师范生（本研衔接）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特列克·捷俄斯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公费师范生（本研衔接）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学科教学（英语）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陈朝霞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公费师范生（本研衔接）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陈佳瑶（身份证后四位0027）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陈佳瑶（身份证后四位2660）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陈芊羽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陈瑞祥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陈一卓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成卉蕊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程思雯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丛佳晨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崔雨诺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董义乾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杜洁怡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冯柳绮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龚至卿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郭夏月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韩晓娟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胡金铃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胡星语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胡圆瑾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黄文莉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贾冰青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姜洪亮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康岚婷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匡薇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蓝艺伟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李奥雅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李依彤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梁海斌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刘庭妤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刘益彤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卢政锟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闵琪舒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裴昕洁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祁鹏龙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秦胜男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施喻晗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舒友乐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汪婧熙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王俪霏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向耘逸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谢欣怡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徐治球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许嘉倩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许梦佳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杨炳睿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杨弋者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尹恒辉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于立然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余慧敏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袁晨茜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袁佳瑶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张倍飒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张祎晓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 27 人，均属翻译专业，按研究方向分为英语翻译、日语翻译两类。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九、英语翻译方向（13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张怡玲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赵梦娇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赵盛泽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赵一帆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郑楚宣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郑可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朱煜华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祝如意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陈烨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陈莹贞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董嘉慧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董雨雪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韩金倩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十、日语翻译方向（14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胡卓然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李好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李琦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权渝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邬典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夏雨薇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徐琼彦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张芊一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张世蕊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张志超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郑永旭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周妍馨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英语翻译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本段为推免拟录取名单，共列示 25 人，均录取至翻译专业，按本科专业方向分为英语翻译、日语翻译两类。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九、英语翻译方向（9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张怡玲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赵梦娇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赵盛泽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赵一帆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郑楚宣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郑可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朱煜华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祝如意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陈烨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十、日语翻译方向（16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陈莹贞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董嘉慧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董雨雪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韩金倩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胡卓然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李好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李琦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权渝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邬典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夏雨薇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徐琼彦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张芊一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张世蕊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张志超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郑永旭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周妍馨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本科专业方向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25 人，专业方向为翻译，按语种分为英语翻译、日语翻译两类。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九、英语翻译（9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张怡玲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赵梦娇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赵盛泽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赵一帆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郑楚宣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郑可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朱煜华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祝如意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陈烨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十、日语翻译（16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陈莹贞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董嘉慧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董雨雪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韩金倩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胡卓然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李好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李琦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权渝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邬典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夏雨薇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徐琼彦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张芊一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张世蕊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张志超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郑永旭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周妍馨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本段为推免拟录取名单中的翻译专业部分，共列出 25 人，按专业方向分为英语翻译与日语翻译两类，具体明细如下：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九、英语翻译方向（9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十、日语翻译方向（16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本段名单仅含姓名、专业、方向三项信息，未提供学院名称、排名或评分方式、公示期等数据。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全部 25 人专业均为翻译，其中英语翻译 9 人、日语翻译 16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本段为推免生名单，共列示 25 人，均属翻译专业，按研究方向分为英语翻译与日语翻译两类。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九、英语翻译方向（8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张怡玲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赵梦娇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赵盛泽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赵一帆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郑楚宣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郑可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朱煜华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祝如意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十、日语翻译方向（17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陈烨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陈莹贞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董嘉慧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董雨雪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韩金倩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胡卓然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李好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李琦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权渝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邬典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夏雨薇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徐琼彦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张芊一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张世蕊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张志超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郑永旭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周妍馨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 25 人，均录取为翻译专业，按语种方向分为英语翻译与日语翻译两类。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九、英语翻译方向（8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张怡玲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赵梦娇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赵盛泽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赵一帆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郑楚宣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郑可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朱煜华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祝如意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十、日语翻译方向（17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陈烨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陈莹贞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董嘉慧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董雨雪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韩金倩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胡卓然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李好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李琦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权渝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邬典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夏雨薇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徐琼彦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张芊一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张世蕊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张志超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郑永旭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周妍馨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本段未包含排名或评分方式、公示期等量化信息。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本段为推免生名单，共 25 人，均录取为翻译专业，按翻译语种方向分为英语翻译与日语翻译两类。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九、英语翻译方向（8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张怡玲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赵梦娇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赵盛泽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赵一帆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郑楚宣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郑可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朱煜华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祝如意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十、日语翻译方向（17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陈烨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陈莹贞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董嘉慧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董雨雪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韩金倩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胡卓然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李好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李琦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权渝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邬典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夏雨薇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徐琼彦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张芊一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张世蕊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张志超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郑永旭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周妍馨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本段未包含排名或评分方式、公示期等说明。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本段为推免生名单，共列出 24 人，均属翻译专业，按方向分为英语翻译与日语翻译两类。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九、英语翻译方向（8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张怡玲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赵梦娇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赵盛泽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赵一帆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郑楚宣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郑可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朱煜华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祝如意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十、日语翻译方向（16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陈烨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陈莹贞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董嘉慧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董雨雪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韩金倩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胡卓然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李好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李琦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权渝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邬典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夏雨薇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徐琼彦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张芊一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张世蕊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张志超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郑永旭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周妍馨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本段名单共列出 25 人，均属翻译专业，按研究方向分为英语翻译与日语翻译两类。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十、专业方向明细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英语翻译方向，共 8 人：怡玲、赵梦娇、赵盛泽、赵一帆、郑楚宣、郑可、朱煜华、祝如意。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日语翻译方向，共 17 人：陈烨、陈莹贞、董嘉慧、董雨雪、韩金倩、胡卓然、李好、李琦、权渝、邬典、夏雨薇、徐琼彦、张芊一、张世蕊、张志超、郑永旭、周妍馨。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怡玲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原文未提供排名或评分方式、公示期等说明。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本段为推免生名单，共 25 人，均属翻译专业，按翻译语种方向分为英语翻译与日语翻译两类。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九、英语翻译方向（8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赵梦娇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赵盛泽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赵一帆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郑楚宣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郑可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朱煜华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祝如意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十、日语翻译方向（17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陈烨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陈莹贞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董嘉慧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董雨雪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韩金倩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胡卓然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李好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李琦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权渝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邬典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夏雨薇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徐琼彦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张芊一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张世蕊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张志超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郑永旭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周妍馨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原文未提供排名或评分方式，亦未提供公示期。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本段为翻译专业推免名单，共 24 人，按专业方向分为英语翻译、日语翻译两类，具体明细如下：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九、英语翻译方向（10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十、日语翻译方向（14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本段为翻译专业推免名单，共 24 人，按专业方向分为英语翻译、日语翻译两类，明细如下：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九、人数统计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英语翻译方向：8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日语翻译方向：16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合计：24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24 人，专业方向为翻译，学习层次为英语翻译与日语翻译两类。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十、专业方向明细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英语翻译（13 人）：赵梦娇、赵盛泽、赵一帆、郑楚宣、郑可、朱煜华、祝如意、陈烨、陈莹贞、董嘉慧、董雨雪、韩金倩、胡卓然。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日语翻译（11 人）：李好、李琦、权渝、邬典、夏雨薇、徐琼彦、张芊一、张世蕊、张志超、郑永旭、周妍馨。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本段为推免生拟录取名单，共列示 24 人，均录取为翻译专业，按本科专业方向分为英语翻译、日语翻译两类。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九、英语翻译方向（8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赵梦娇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赵盛泽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赵一帆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郑楚宣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郑可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朱煜华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祝如意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陈烨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十、日语翻译方向（16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陈莹贞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董嘉慧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董雨雪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韩金倩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胡卓然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李好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李琦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权渝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邬典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夏雨薇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徐琼彦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张芊一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张世蕊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张志超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郑永旭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周妍馨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赵盛泽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朱煜华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夏雨薇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徐琼彦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