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外国语学院关于2026届优秀本科毕业生免试攻读硕士学位推荐结果的公示-河北经贸大学外国语学院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专业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综合测评成绩分值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2022级商务英语专业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张玉露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344.10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2022级商务英语专业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樊士乾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328.95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2022级商务英语专业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田雨非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324.60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2022级商务英语专业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宋辰璐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317.90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2022级英语专业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游可涵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312.80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2022级英语专业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樊企恒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302.60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2022级英语专业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朱爽爽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297.50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2022级日语专业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卫佳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297.50</w:t>
            </w:r>
          </w:p>
        </w:tc>
      </w:tr>
    </w:tbl>
    <w:p/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公示期至2025年9月4日中午12点。公示期间，如有任何异议，可将意见发至邮箱1176771731@qq.com。联系人：张老师，电话：87656719。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外国语学院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2025年9月1日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