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关于吉林大学生命科学学院2026年优秀应届本科毕业生推荐免试攻读研究生素质类项目成果材料提交及答辩的通知</w:t>
      </w:r>
    </w:p>
    <w:p>
      <w:pPr>
        <w:spacing w:after="80" w:lineRule="auto" w:line="360"/>
        <w:ind w:firstLine="482"/>
        <w:jc w:val="both"/>
      </w:pPr>
      <w:r>
        <w:rPr>
          <w:rFonts w:ascii="Times New Roman" w:hAnsi="Times New Roman" w:eastAsia="宋体"/>
          <w:b w:val="0"/>
          <w:sz w:val="24"/>
        </w:rPr>
        <w:t>根据《关于开展2026年推荐优秀应届本科毕业生免试攻读研究生学业成绩核对和综合排名工作的通知》及《生命科学学院推荐2026年优秀应届本科毕业生免试攻读研究生工作实施细则》通知要求，现就吉林大学生命科学学院2026年优秀应届本科毕业生推荐免试攻读研究生素质类项目成果材料提交及答辩有关事项通知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一、材料提交</w:t>
      </w:r>
    </w:p>
    <w:p>
      <w:pPr>
        <w:spacing w:after="80" w:lineRule="auto" w:line="360"/>
        <w:ind w:firstLine="482"/>
        <w:jc w:val="both"/>
      </w:pPr>
      <w:r>
        <w:rPr>
          <w:rFonts w:ascii="Times New Roman" w:hAnsi="Times New Roman" w:eastAsia="宋体"/>
          <w:b w:val="0"/>
          <w:sz w:val="24"/>
        </w:rPr>
        <w:t>1. 提交方式：学生自愿提交本人相关素质类项目成果材料至教务办，填写申请表并提供证明材料。</w:t>
      </w:r>
    </w:p>
    <w:p>
      <w:pPr>
        <w:spacing w:after="80" w:lineRule="auto" w:line="360"/>
        <w:ind w:firstLine="482"/>
        <w:jc w:val="both"/>
      </w:pPr>
      <w:r>
        <w:rPr>
          <w:rFonts w:ascii="Times New Roman" w:hAnsi="Times New Roman" w:eastAsia="宋体"/>
          <w:b w:val="0"/>
          <w:sz w:val="24"/>
        </w:rPr>
        <w:t>2. 材料提交截止时间：2025年9月3日16:00。</w:t>
      </w:r>
    </w:p>
    <w:p>
      <w:pPr>
        <w:spacing w:before="160" w:after="80" w:lineRule="auto" w:line="360"/>
        <w:jc w:val="left"/>
      </w:pPr>
      <w:r>
        <w:rPr>
          <w:rFonts w:ascii="Times New Roman" w:hAnsi="Times New Roman" w:eastAsia="宋体"/>
          <w:b/>
          <w:sz w:val="28"/>
        </w:rPr>
        <w:t>二、素质类项目成果答辩</w:t>
      </w:r>
    </w:p>
    <w:p>
      <w:pPr>
        <w:spacing w:after="80" w:lineRule="auto" w:line="360"/>
        <w:ind w:firstLine="482"/>
        <w:jc w:val="both"/>
      </w:pPr>
      <w:r>
        <w:rPr>
          <w:rFonts w:ascii="Times New Roman" w:hAnsi="Times New Roman" w:eastAsia="宋体"/>
          <w:b w:val="0"/>
          <w:sz w:val="24"/>
        </w:rPr>
        <w:t>1. 答辩时间：2025年9月4日14:20。</w:t>
      </w:r>
    </w:p>
    <w:p>
      <w:pPr>
        <w:spacing w:after="80" w:lineRule="auto" w:line="360"/>
        <w:ind w:firstLine="482"/>
        <w:jc w:val="both"/>
      </w:pPr>
      <w:r>
        <w:rPr>
          <w:rFonts w:ascii="Times New Roman" w:hAnsi="Times New Roman" w:eastAsia="宋体"/>
          <w:b w:val="0"/>
          <w:sz w:val="24"/>
        </w:rPr>
        <w:t>2. 答辩地点：生命科学楼335室。</w:t>
      </w:r>
    </w:p>
    <w:p>
      <w:pPr>
        <w:spacing w:after="80" w:lineRule="auto" w:line="360"/>
        <w:ind w:firstLine="482"/>
        <w:jc w:val="both"/>
      </w:pPr>
      <w:r>
        <w:rPr>
          <w:rFonts w:ascii="Times New Roman" w:hAnsi="Times New Roman" w:eastAsia="宋体"/>
          <w:b w:val="0"/>
          <w:sz w:val="24"/>
        </w:rPr>
        <w:t>3. 答辩材料要求：需提供纸质版申请表及证明材料。</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联系人：刘成柏</w:t>
      </w:r>
    </w:p>
    <w:p>
      <w:pPr>
        <w:spacing w:after="80" w:lineRule="auto" w:line="360"/>
        <w:ind w:firstLine="482"/>
        <w:jc w:val="both"/>
      </w:pPr>
      <w:r>
        <w:rPr>
          <w:rFonts w:ascii="Times New Roman" w:hAnsi="Times New Roman" w:eastAsia="宋体"/>
          <w:b w:val="0"/>
          <w:sz w:val="24"/>
        </w:rPr>
        <w:t>2. 联系电话：0431 85168250</w:t>
      </w:r>
    </w:p>
    <w:p>
      <w:pPr>
        <w:spacing w:after="80" w:lineRule="auto" w:line="360"/>
        <w:ind w:firstLine="482"/>
        <w:jc w:val="both"/>
      </w:pPr>
      <w:r>
        <w:rPr>
          <w:rFonts w:ascii="Times New Roman" w:hAnsi="Times New Roman" w:eastAsia="宋体"/>
          <w:b w:val="0"/>
          <w:sz w:val="24"/>
        </w:rPr>
        <w:t>生命科学学院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