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生命科学学院2026年推荐免试硕士研究生接收细则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发布日期：2025-09-19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学院成立研究生招生工作领导小组，负责组织实施本学院推免生的接收工作。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二、接收类别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应届本科推荐免试攻读硕士学位研究生（简称：硕士推免生）。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三、接收专业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我院2026年拟接收推免生：微生物学专业1人。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拥护中国共产党的领导，具有良好的思想品德和政治素质，热爱祖国，遵纪守法，品行端正，身心健康；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已获得推荐免试资格的优秀应届本科毕业生，及其他符合相关规定的考生；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学术研究兴趣浓厚，有良好的科学精神，有较强的创新意识、创新能力和专业能力倾向，对攻读研究生学习、科研有明确规划和目标；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诚实守信，学风端正，无任何考试作弊、剽窃他人学术成果（处分期内）情况及其他违法违纪受纪律处分记录；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本科阶段学习成绩、特别是专业成绩突出，英语水平符合申请学科专业的要求；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具有生物学相关的本科专业背景；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身体健康状况符合国家规定的体检标准。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五、工作程序及安排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（一）申请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具有推荐免试资格的考生，须在国家规定时间内登录“全国推荐免试攻读研究生（免初试、转段）信息公开暨管理服务系统”（网址：https://yz.chsi.com.cn/tm）填报志愿并参加复试；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学院对推免生进行审核，择优确定参加复试的免试生名单；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学院通过推免服务系统向申请学生发出复试或不予接收复试的通知，申请学生在收到通知后24小时内在系统中予以回复；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申请人按照学院安排的复试时间、地点参加复试，无故不参加复试视为自动放弃。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形式采用线下和线上结合（满分100分，时间不少于20分钟），具体复试时间地点另行通知；重点考查考生的科研创新潜质和专业能力，考生需将个人学术背景、在所申请的专业曾经做过的研究工作、攻读硕士期间的学习和研究计划等内容制作成PPT，个人陈述时间10分钟，提问作答时间10分钟，复试成绩60分以上为合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申请人复试时需提交以下材料：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（1）《河南农业大学接收推荐优秀应届本科毕业生免试攻读研究生（含直博生）申请表》2份、个人陈述1份；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（2）学生证、身份证复印件各1份（原件备查）；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（3）本科阶段历年成绩单（须加盖教务处公章）1份；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（4）外语水平证明，如CET四级、CET六级、TOEFL、雅思成绩等；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（5）申请人还可提交获奖证书、能够证明自身学术水平的代表性学术论文、出版物等材料。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（三）拟录取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学院分学科专业按复试成绩由高到低排序，并将申请学生姓名、拟录取学科专业、复试成绩等公示7日；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经学院研究生招生工作领导小组审核并公示后的拟录取名单，报送学校研究生招生工作领导小组研究、审定；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拟录取名单经校研究生招生工作领导小组审定同意后，由学校通过推免服务系统发送待录取通知，申请学生应在收到通知后12小时内在系统中给予答复；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推免生拟录取名单经学校统一公示无异议后，由学校报送河南省教育考试院并上传教育部备案。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（四）取消推免录取资格的情形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在推免过程中弄虚作假者；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有任何考试作弊记录者；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有剽窃他人学术成果记录或其他违法违纪受处分记录者；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本科毕业时未获得毕业证者；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录取后又报名参加2026年全国硕士研究生招生考试者。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学院招生办公室电话：0371-68555260，郑老师；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本细则由河南农业大学生命科学学院负责解释，如有与教育部、河南省和学校文件不一致的，以上级部门文件为准；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联系方式：电子邮箱smkxxy@henau.edu.cn，地址：中国·河南·郑州市郑东新区平安大道218号（邮编：450046）。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