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化学与化工学院推荐免试研究生资格审查情况一览表（2026年）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化学与化工学院推荐免试研究生资格审查情况一览表（2026年）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全体师生：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学院推免加分材料审核已完成，根据总成绩（绩点+奖励加分）排序，将推免结果公示如下（详见附件）。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公示时间：2025年9月8日至2025年9月10日。如有异议，请于本周三（9月10日）上午11点前提交签名书面材料到教务办林海强老师，过期视为无异议。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化工-附件4：海南师范大学推荐免试研究生资格审查情况一览表-公示版.xls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友情链接：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图书馆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美国化学会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美国化学协会的无机化学网站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北京师范大学化学院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中国化学会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西北师大化学化工学院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化学化工网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中山大学化学资源库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版权所有: 海南师范大学化学与化工学院 许可证: 琼ICP备000005 地址: 海南省海口市龙昆南路99号 院办电话：0898-65730357 邮编: 571158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