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本科生招生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电气与电子工程学院网站首页内容，主要包含导航栏目、新闻头条、通知公告、党团活动及公示平台等板块信息，未包含推免（保研）相关的申请条件、报名时间、接收条件、流程、材料清单、名额或联系方式等具体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发布日期（推定）：2025年11月14日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一、导航栏目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本科生招生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教育教学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教师名录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导师目录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人才招聘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科研与学科动态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科研平台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科研方向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科研团队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党群工作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党团工作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工会工作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工程教育认证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专业建设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相关制度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相关表格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下载中心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本科生资源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研究生资源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教师用表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二、新闻头条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军魂永驻 志在四方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2026-08-27 我院教师赴石家庄旭辉电气有限公司参观交流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2026-08-24 斩获佳绩！我院两支队伍在2026中国计算机设计大赛获国家二等奖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2026-08-05 电气学子征战第二十届“西门子杯”全国初赛斩获佳绩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2026-07-08 轨道交通信号与控制教师赴栾城区参加轨道交通新项目投产仪式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2026-06-26 我院教师赴邯郸开展高招咨询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2026-05-29 自动化专业赴科林电气开展生产实习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轨道交通信号与控制教师赴栾城区参加轨道交通新项目投产仪式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三、通知公告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2025-04-22 关于设立电气与电子工程学院“书记院长信箱”和“书记院长接待日”的通知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四、党团活动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2026-05-11 电气与电子工程学院组织赴苍岩山春游活动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2026-04-23 科普润童心，青春传新知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2026-04-23 “青春筑梦，基层闪光”——优秀校友刘洋洋学姐就业分享会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2026-04-23 “电气逐梦 羽动青春”羽毛球比赛圆满落幕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2026-04-23 “一食一念，光盘践行”光盘行动主题活动圆满完成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军魂永驻 志在四方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