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6. 附件6：华北电力大学2026年接收推荐免试研究生复试考生诚信承诺书.docx</w:t>
      </w:r>
    </w:p>
    <w:p>
      <w:pPr>
        <w:spacing w:after="80" w:lineRule="auto" w:line="360"/>
        <w:ind w:firstLine="482"/>
        <w:jc w:val="both"/>
      </w:pPr>
      <w:r>
        <w:rPr>
          <w:rFonts w:ascii="Times New Roman" w:hAnsi="Times New Roman" w:eastAsia="宋体"/>
          <w:b w:val="0"/>
          <w:sz w:val="24"/>
        </w:rPr>
        <w:t>经济与管理学院2026年硕士研究生推荐免试资格审查注意事项。凡参加我院推荐免试的考生，需在复试前进行资格审查；资格审查不合格或未进行资格审查的考生不得参加复试。资格审查具体时间及材料提交方式请按照下面通知要求进行办理。</w:t>
      </w:r>
    </w:p>
    <w:p>
      <w:pPr>
        <w:spacing w:after="80" w:lineRule="auto" w:line="360"/>
        <w:ind w:firstLine="482"/>
        <w:jc w:val="both"/>
      </w:pPr>
      <w:r>
        <w:rPr>
          <w:rFonts w:ascii="Times New Roman" w:hAnsi="Times New Roman" w:eastAsia="宋体"/>
          <w:b w:val="0"/>
          <w:sz w:val="24"/>
        </w:rPr>
        <w:t>发布日期（推定）：2025年9月21日</w:t>
      </w:r>
    </w:p>
    <w:p>
      <w:pPr>
        <w:spacing w:before="160" w:after="80" w:lineRule="auto" w:line="360"/>
        <w:jc w:val="left"/>
      </w:pPr>
      <w:r>
        <w:rPr>
          <w:rFonts w:ascii="Times New Roman" w:hAnsi="Times New Roman" w:eastAsia="宋体"/>
          <w:b/>
          <w:sz w:val="28"/>
        </w:rPr>
        <w:t>一、资格审查个人材料提交时间</w:t>
      </w:r>
    </w:p>
    <w:p>
      <w:pPr>
        <w:spacing w:after="80" w:lineRule="auto" w:line="360"/>
        <w:ind w:firstLine="482"/>
        <w:jc w:val="both"/>
      </w:pPr>
      <w:r>
        <w:rPr>
          <w:rFonts w:ascii="Times New Roman" w:hAnsi="Times New Roman" w:eastAsia="宋体"/>
          <w:b w:val="0"/>
          <w:sz w:val="24"/>
        </w:rPr>
        <w:t>1. 所有参加推免复试的考生请于9月25日上午8:00至9:00携带资格审查需要提交的各项个人材料至教一楼326进行现场资审。</w:t>
      </w:r>
    </w:p>
    <w:p>
      <w:pPr>
        <w:spacing w:before="160" w:after="80" w:lineRule="auto" w:line="360"/>
        <w:jc w:val="left"/>
      </w:pPr>
      <w:r>
        <w:rPr>
          <w:rFonts w:ascii="Times New Roman" w:hAnsi="Times New Roman" w:eastAsia="宋体"/>
          <w:b/>
          <w:sz w:val="28"/>
        </w:rPr>
        <w:t>二、材料提交清单</w:t>
      </w:r>
    </w:p>
    <w:p>
      <w:pPr>
        <w:spacing w:after="80" w:lineRule="auto" w:line="360"/>
        <w:ind w:firstLine="482"/>
        <w:jc w:val="both"/>
      </w:pPr>
      <w:r>
        <w:rPr>
          <w:rFonts w:ascii="Times New Roman" w:hAnsi="Times New Roman" w:eastAsia="宋体"/>
          <w:b w:val="0"/>
          <w:sz w:val="24"/>
        </w:rPr>
        <w:t>1. 华北电力大学2026年接收推荐免试研究生申请表1份（申请直博生须要先征得拟报考导师同意并签字，导师不同意者报考资格无效）。</w:t>
      </w:r>
    </w:p>
    <w:p>
      <w:pPr>
        <w:spacing w:after="80" w:lineRule="auto" w:line="360"/>
        <w:ind w:firstLine="482"/>
        <w:jc w:val="both"/>
      </w:pPr>
      <w:r>
        <w:rPr>
          <w:rFonts w:ascii="Times New Roman" w:hAnsi="Times New Roman" w:eastAsia="宋体"/>
          <w:b w:val="0"/>
          <w:sz w:val="24"/>
        </w:rPr>
        <w:t>2. 华北电力大学2026年研究生入学考试政审表1份。</w:t>
      </w:r>
    </w:p>
    <w:p>
      <w:pPr>
        <w:spacing w:after="80" w:lineRule="auto" w:line="360"/>
        <w:ind w:firstLine="482"/>
        <w:jc w:val="both"/>
      </w:pPr>
      <w:r>
        <w:rPr>
          <w:rFonts w:ascii="Times New Roman" w:hAnsi="Times New Roman" w:eastAsia="宋体"/>
          <w:b w:val="0"/>
          <w:sz w:val="24"/>
        </w:rPr>
        <w:t>3. 加盖学校教务处公章的本科1—6学期成绩单原件1份。</w:t>
      </w:r>
    </w:p>
    <w:p>
      <w:pPr>
        <w:spacing w:after="80" w:lineRule="auto" w:line="360"/>
        <w:ind w:firstLine="482"/>
        <w:jc w:val="both"/>
      </w:pPr>
      <w:r>
        <w:rPr>
          <w:rFonts w:ascii="Times New Roman" w:hAnsi="Times New Roman" w:eastAsia="宋体"/>
          <w:b w:val="0"/>
          <w:sz w:val="24"/>
        </w:rPr>
        <w:t>4. 全国大学英语四、六级成绩单（或专业外语证书）或体现自身英语同等水平的证明复印件1份。</w:t>
      </w:r>
    </w:p>
    <w:p>
      <w:pPr>
        <w:spacing w:after="80" w:lineRule="auto" w:line="360"/>
        <w:ind w:firstLine="482"/>
        <w:jc w:val="both"/>
      </w:pPr>
      <w:r>
        <w:rPr>
          <w:rFonts w:ascii="Times New Roman" w:hAnsi="Times New Roman" w:eastAsia="宋体"/>
          <w:b w:val="0"/>
          <w:sz w:val="24"/>
        </w:rPr>
        <w:t>5. 有效期内的学生证复印件1份（照片页和注册页须复印在一页纸上）。</w:t>
      </w:r>
    </w:p>
    <w:p>
      <w:pPr>
        <w:spacing w:after="80" w:lineRule="auto" w:line="360"/>
        <w:ind w:firstLine="482"/>
        <w:jc w:val="both"/>
      </w:pPr>
      <w:r>
        <w:rPr>
          <w:rFonts w:ascii="Times New Roman" w:hAnsi="Times New Roman" w:eastAsia="宋体"/>
          <w:b w:val="0"/>
          <w:sz w:val="24"/>
        </w:rPr>
        <w:t>6. 有效居民身份证复印件1份（正反面须复印在一页纸上）。</w:t>
      </w:r>
    </w:p>
    <w:p>
      <w:pPr>
        <w:spacing w:after="80" w:lineRule="auto" w:line="360"/>
        <w:ind w:firstLine="482"/>
        <w:jc w:val="both"/>
      </w:pPr>
      <w:r>
        <w:rPr>
          <w:rFonts w:ascii="Times New Roman" w:hAnsi="Times New Roman" w:eastAsia="宋体"/>
          <w:b w:val="0"/>
          <w:sz w:val="24"/>
        </w:rPr>
        <w:t>7. 其它证明申请人学术水平和业务能力的学术论文或获奖证书等材料复印件1份。</w:t>
      </w:r>
    </w:p>
    <w:p>
      <w:pPr>
        <w:spacing w:after="80" w:lineRule="auto" w:line="360"/>
        <w:ind w:firstLine="482"/>
        <w:jc w:val="both"/>
      </w:pPr>
      <w:r>
        <w:rPr>
          <w:rFonts w:ascii="Times New Roman" w:hAnsi="Times New Roman" w:eastAsia="宋体"/>
          <w:b w:val="0"/>
          <w:sz w:val="24"/>
        </w:rPr>
        <w:t>8. 申请直博生还须提交至少两名所报考学科专业领域内的教授（或相当专业技术职称的专家）的书面推荐意见和考生个人陈述。</w:t>
      </w:r>
    </w:p>
    <w:p>
      <w:pPr>
        <w:spacing w:after="80" w:lineRule="auto" w:line="360"/>
        <w:ind w:firstLine="482"/>
        <w:jc w:val="both"/>
      </w:pPr>
      <w:r>
        <w:rPr>
          <w:rFonts w:ascii="Times New Roman" w:hAnsi="Times New Roman" w:eastAsia="宋体"/>
          <w:b w:val="0"/>
          <w:sz w:val="24"/>
        </w:rPr>
        <w:t>9. 华北电力大学2026年接收推免生特殊学术专长备案表（具有学术专长考生提供）。</w:t>
      </w:r>
    </w:p>
    <w:p>
      <w:pPr>
        <w:spacing w:after="80" w:lineRule="auto" w:line="360"/>
        <w:ind w:firstLine="482"/>
        <w:jc w:val="both"/>
      </w:pPr>
      <w:r>
        <w:rPr>
          <w:rFonts w:ascii="Times New Roman" w:hAnsi="Times New Roman" w:eastAsia="宋体"/>
          <w:b w:val="0"/>
          <w:sz w:val="24"/>
        </w:rPr>
        <w:t>10. 复试考生诚信承诺书。</w:t>
      </w:r>
    </w:p>
    <w:p>
      <w:pPr>
        <w:spacing w:after="80" w:lineRule="auto" w:line="360"/>
        <w:ind w:firstLine="482"/>
        <w:jc w:val="both"/>
      </w:pPr>
      <w:r>
        <w:rPr>
          <w:rFonts w:ascii="Times New Roman" w:hAnsi="Times New Roman" w:eastAsia="宋体"/>
          <w:b w:val="0"/>
          <w:sz w:val="24"/>
        </w:rPr>
        <w:t>11. 参加现场资格审查的考生，需领取、填写并提交《华北电力大学复试情况登记表》和考试材料袋。</w:t>
      </w:r>
    </w:p>
    <w:p>
      <w:pPr>
        <w:spacing w:after="80" w:lineRule="auto" w:line="360"/>
        <w:ind w:firstLine="482"/>
        <w:jc w:val="both"/>
      </w:pPr>
      <w:r>
        <w:rPr>
          <w:rFonts w:ascii="Times New Roman" w:hAnsi="Times New Roman" w:eastAsia="宋体"/>
          <w:b w:val="0"/>
          <w:sz w:val="24"/>
        </w:rPr>
        <w:t>以上材料复印须使用A4纸，复试现场资格审查时需要携带以上材料的复印件和原件查验，按顺序用夹子夹好，所有材料一经收到，恕不退还。资格审查不合格或未进行资格审查的考生不得参加复试。</w:t>
      </w:r>
    </w:p>
    <w:p>
      <w:pPr>
        <w:spacing w:before="160" w:after="80" w:lineRule="auto" w:line="360"/>
        <w:jc w:val="left"/>
      </w:pPr>
      <w:r>
        <w:rPr>
          <w:rFonts w:ascii="Times New Roman" w:hAnsi="Times New Roman" w:eastAsia="宋体"/>
          <w:b/>
          <w:sz w:val="28"/>
        </w:rPr>
        <w:t>三、相关附件</w:t>
      </w:r>
    </w:p>
    <w:p>
      <w:pPr>
        <w:spacing w:after="80" w:lineRule="auto" w:line="360"/>
        <w:ind w:firstLine="482"/>
        <w:jc w:val="both"/>
      </w:pPr>
      <w:r>
        <w:rPr>
          <w:rFonts w:ascii="Times New Roman" w:hAnsi="Times New Roman" w:eastAsia="宋体"/>
          <w:b w:val="0"/>
          <w:sz w:val="24"/>
        </w:rPr>
        <w:t>1. 附件1：华北电力大学2026年接收推荐免试研究生申请表.doc</w:t>
      </w:r>
    </w:p>
    <w:p>
      <w:pPr>
        <w:spacing w:after="80" w:lineRule="auto" w:line="360"/>
        <w:ind w:firstLine="482"/>
        <w:jc w:val="both"/>
      </w:pPr>
      <w:r>
        <w:rPr>
          <w:rFonts w:ascii="Times New Roman" w:hAnsi="Times New Roman" w:eastAsia="宋体"/>
          <w:b w:val="0"/>
          <w:sz w:val="24"/>
        </w:rPr>
        <w:t>2. 附件2：华北电力大学2026年研究生入学考试政审表.doc</w:t>
      </w:r>
    </w:p>
    <w:p>
      <w:pPr>
        <w:spacing w:after="80" w:lineRule="auto" w:line="360"/>
        <w:ind w:firstLine="482"/>
        <w:jc w:val="both"/>
      </w:pPr>
      <w:r>
        <w:rPr>
          <w:rFonts w:ascii="Times New Roman" w:hAnsi="Times New Roman" w:eastAsia="宋体"/>
          <w:b w:val="0"/>
          <w:sz w:val="24"/>
        </w:rPr>
        <w:t>3. 附件3：华北电力大学报考攻读博士学位研究生专家推荐信.doc</w:t>
      </w:r>
    </w:p>
    <w:p>
      <w:pPr>
        <w:spacing w:after="80" w:lineRule="auto" w:line="360"/>
        <w:ind w:firstLine="482"/>
        <w:jc w:val="both"/>
      </w:pPr>
      <w:r>
        <w:rPr>
          <w:rFonts w:ascii="Times New Roman" w:hAnsi="Times New Roman" w:eastAsia="宋体"/>
          <w:b w:val="0"/>
          <w:sz w:val="24"/>
        </w:rPr>
        <w:t>4. 附件4：华北电力大学2026年招收推荐免试攻读博士研究生个人陈述.docx</w:t>
      </w:r>
    </w:p>
    <w:p>
      <w:pPr>
        <w:spacing w:after="80" w:lineRule="auto" w:line="360"/>
        <w:ind w:firstLine="482"/>
        <w:jc w:val="both"/>
      </w:pPr>
      <w:r>
        <w:rPr>
          <w:rFonts w:ascii="Times New Roman" w:hAnsi="Times New Roman" w:eastAsia="宋体"/>
          <w:b w:val="0"/>
          <w:sz w:val="24"/>
        </w:rPr>
        <w:t>5. 附件5：华北电力大学2026年接收推免生特殊学术专长备案表.doc</w:t>
      </w:r>
    </w:p>
    <w:p>
      <w:pPr>
        <w:spacing w:after="80" w:lineRule="auto" w:line="360"/>
        <w:ind w:firstLine="482"/>
        <w:jc w:val="both"/>
      </w:pPr>
      <w:r>
        <w:rPr>
          <w:rFonts w:ascii="Times New Roman" w:hAnsi="Times New Roman" w:eastAsia="宋体"/>
          <w:b w:val="0"/>
          <w:sz w:val="24"/>
        </w:rPr>
        <w:t>6. 附件6：华北电力大学2026年接收推荐免试研究生复试考生诚信承诺书.docx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