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华中农业大学文法学院2025年全国优秀大学生暑期夏令营营员名单公示-华中农业大学 文法学院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材料审核，华中农业大学文法学院2025年全国优秀大学生暑期夏令营营员名单已确定，现予以公示，公示时间为2025年6月20日至6月22日。请以上入选营员尽快加入QQ群：596753523（文法学院2025年全国优秀大学生夏令营群），方便后续事宜通知。后续安排将通过QQ群另行通知，请营员们及时关注。如有疑问，可致电学院办公室。朱老师，联系电话 027-87286891。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发布日期：2025年6月20日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一、营员名单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拟报考专业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许淑颖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030100法学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张欣雨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030100法学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龙威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030100法学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廖添翼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030100法学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赵益群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030100法学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严深发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030100法学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崔然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030100法学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宋宇航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030100法学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彭奕萱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030100法学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闵国欢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030100法学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江艳艳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030100法学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江娅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030100法学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邓静怡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030100法学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朱佳烁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030100法学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王超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030100法学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南卓尔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030100法学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刘思雨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周藤岭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杨申帆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朱静艳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孔凯媛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刘丹阳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林黄冰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张静媛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何嘉慧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赵梦曌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闫咏琪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李傲楠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贾正午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管菁茹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林欣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王若涵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熊一鸣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托立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郭徵同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张赵溪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林明慧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樊思雨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熊智化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吴雨阳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王禺博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闫世钰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湛菁菁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李焱晶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齐宇宸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陈思言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倪澳勤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温雨欣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黄茗越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廖静宜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薛萌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崔冰冰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王昱力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陈艺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刘艺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张子鹏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时尚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马如意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林芳如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孙雨欣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黄晓燕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罗羽柔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刘思君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周可馨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苏嘉惠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卢思羽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刘一缌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030300社会学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赵芷晴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035102法律（法学）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魏心雨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035102法律（法学）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公佩旭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035102法律（法学）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周芊呈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035102法律（法学）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何春梅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035102法律（法学）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冯珊珊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035102法律（法学）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刘奕璞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035102法律（法学）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苏若航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035102法律（法学）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李星雨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035102法律（法学）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黄明云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120404社会保障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秦状状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120404社会保障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邓叶烯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120404社会保障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龙俞园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120404社会保障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袁夏新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120404社会保障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李坤阳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120404社会保障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刘雨晨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120404社会保障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余奕霏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120404社会保障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许书雅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120404社会保障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120404社会保障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二、专业分布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030100法学：16人（序号1—16）。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030300社会学：52人（序号17—68）。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035102法律（法学）：9人（序号69—77）。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120404社会保障：10人（序号78—87）。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三、公示与联系方式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公示时间：2025年6月20日至6月22日。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入选营员须尽快加入QQ群：596753523（文法学院2025年全国优秀大学生夏令营群）。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后续安排将通过QQ群另行通知，请营员们及时关注。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如有疑问，可致电学院办公室。联系人：朱老师，联系电话：027-87286891。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