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标题】系统维护通知（原文无标题，内容为系统维护提示）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系统维护通知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发布日期（推定）：2025年7月30日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一、系统状态说明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当前系统处于维护中，访问时显示“404”。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系统正在进行维护升级，暂时无法访问，请稍后再试。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感谢您的理解与支持。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二、信息说明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名单人数：原文未提供任何名单信息，无法统计人数或明细。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涵盖专业/学院：原文未提供。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排名/评分方式：原文未提供。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公示期：原文未提供。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其他重要说明：原文内容仅为系统维护提示，不包含任何推免名单相关数据或信息。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