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体育学院2025年推免情况公示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经本人报名申请，学院推免工作小组根据学校相关通知规定，拟推荐以下学生为我院2025年免试攻读硕士学位研究生初选人选：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休闲体育专业休体211班王启政，学号：2114030219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市场营销（体育方向）专业工程211班张峻玮，学号：2114020107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公示期自2024年9月18日起至2024年9月22日。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公示期间，若有异议，可通过以下联系方式反映。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四、推荐人选信息表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名次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排名人数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休闲体育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0402（根据网页描述推断，原文未完整显示）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王启政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市场营销（体育方向）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张峻玮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未标注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网页正文中未提供具体联系方式，需查看原公示页面获取。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