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华中师范大学新闻传播学院2026年接收优秀应届本科毕业生免试攻读研究生预报名通知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华中师范大学新闻传播学院2026年接收优秀应届本科毕业生免试攻读研究生预报名通知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一、预报名安排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本通知为预报名通知，未公示具体推免名单人数。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涵盖专业未在通知中列明，面向本校及外校优秀应届本科毕业生。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学院将对申请人信息及材料进行审核，后续安排另行通知，未公示具体评分方式。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推免生预报名系统开通时间为2025年9月5日至9月14日。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二、报名方式与联系方式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推免生预报名系统网址：https://grd.ccnu.edu.cn/student/ytmlogin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咨询电话：027-67868619（马老师）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工作邮箱：xwcbxy823@163.com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