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美术与设计学院2025年拟推荐优秀应届本科毕业生免试攻读研究生名单公示</w:t>
      </w:r>
    </w:p>
    <w:p>
      <w:pPr>
        <w:spacing w:after="80" w:lineRule="auto" w:line="360"/>
        <w:ind w:firstLine="482"/>
        <w:jc w:val="both"/>
      </w:pPr>
      <w:r>
        <w:rPr>
          <w:rFonts w:ascii="Times New Roman" w:hAnsi="Times New Roman" w:eastAsia="宋体"/>
          <w:b w:val="0"/>
          <w:sz w:val="24"/>
        </w:rPr>
        <w:t>美术与设计学院2025年拟推荐优秀应届本科毕业生免试攻读研究生名单公示</w:t>
      </w:r>
    </w:p>
    <w:p>
      <w:pPr>
        <w:spacing w:after="80" w:lineRule="auto" w:line="360"/>
        <w:ind w:firstLine="482"/>
        <w:jc w:val="both"/>
      </w:pPr>
      <w:r>
        <w:rPr>
          <w:rFonts w:ascii="Times New Roman" w:hAnsi="Times New Roman" w:eastAsia="宋体"/>
          <w:b w:val="0"/>
          <w:sz w:val="24"/>
        </w:rPr>
        <w:t>发布日期（推定）：2025年8月31日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学校《东华理工大学推荐优秀应届本科毕业生免试攻读硕士学位研究生工作办法（试行）》（校政字〔2025〕79号）和《美术与设计学院推荐优秀应届本科毕业生免试攻读硕士学位研究生工作细则（试行）》文件精神开展推荐工作。</w:t>
      </w:r>
    </w:p>
    <w:p>
      <w:pPr>
        <w:spacing w:before="160" w:after="80" w:lineRule="auto" w:line="360"/>
        <w:jc w:val="left"/>
      </w:pPr>
      <w:r>
        <w:rPr>
          <w:rFonts w:ascii="Times New Roman" w:hAnsi="Times New Roman" w:eastAsia="宋体"/>
          <w:b/>
          <w:sz w:val="28"/>
        </w:rPr>
        <w:t>二、推荐流程</w:t>
      </w:r>
    </w:p>
    <w:p>
      <w:pPr>
        <w:spacing w:after="80" w:lineRule="auto" w:line="360"/>
        <w:ind w:firstLine="482"/>
        <w:jc w:val="both"/>
      </w:pPr>
      <w:r>
        <w:rPr>
          <w:rFonts w:ascii="Times New Roman" w:hAnsi="Times New Roman" w:eastAsia="宋体"/>
          <w:b w:val="0"/>
          <w:sz w:val="24"/>
        </w:rPr>
        <w:t>1. 学生本人自愿提交申请表及支撑材料。</w:t>
      </w:r>
    </w:p>
    <w:p>
      <w:pPr>
        <w:spacing w:after="80" w:lineRule="auto" w:line="360"/>
        <w:ind w:firstLine="482"/>
        <w:jc w:val="both"/>
      </w:pPr>
      <w:r>
        <w:rPr>
          <w:rFonts w:ascii="Times New Roman" w:hAnsi="Times New Roman" w:eastAsia="宋体"/>
          <w:b w:val="0"/>
          <w:sz w:val="24"/>
        </w:rPr>
        <w:t>2. 学院推免专家组审核材料。</w:t>
      </w:r>
    </w:p>
    <w:p>
      <w:pPr>
        <w:spacing w:after="80" w:lineRule="auto" w:line="360"/>
        <w:ind w:firstLine="482"/>
        <w:jc w:val="both"/>
      </w:pPr>
      <w:r>
        <w:rPr>
          <w:rFonts w:ascii="Times New Roman" w:hAnsi="Times New Roman" w:eastAsia="宋体"/>
          <w:b w:val="0"/>
          <w:sz w:val="24"/>
        </w:rPr>
        <w:t>3. 组织相关学生进行公开答辩。</w:t>
      </w:r>
    </w:p>
    <w:p>
      <w:pPr>
        <w:spacing w:after="80" w:lineRule="auto" w:line="360"/>
        <w:ind w:firstLine="482"/>
        <w:jc w:val="both"/>
      </w:pPr>
      <w:r>
        <w:rPr>
          <w:rFonts w:ascii="Times New Roman" w:hAnsi="Times New Roman" w:eastAsia="宋体"/>
          <w:b w:val="0"/>
          <w:sz w:val="24"/>
        </w:rPr>
        <w:t>4. 学院推免工作小组复核。</w:t>
      </w:r>
    </w:p>
    <w:p>
      <w:pPr>
        <w:spacing w:after="80" w:lineRule="auto" w:line="360"/>
        <w:ind w:firstLine="482"/>
        <w:jc w:val="both"/>
      </w:pPr>
      <w:r>
        <w:rPr>
          <w:rFonts w:ascii="Times New Roman" w:hAnsi="Times New Roman" w:eastAsia="宋体"/>
          <w:b w:val="0"/>
          <w:sz w:val="24"/>
        </w:rPr>
        <w:t>5. 学院党政联席会议研究决定拟推荐名单（含候补）。</w:t>
      </w:r>
    </w:p>
    <w:p>
      <w:pPr>
        <w:spacing w:before="160" w:after="80" w:lineRule="auto" w:line="360"/>
        <w:jc w:val="left"/>
      </w:pPr>
      <w:r>
        <w:rPr>
          <w:rFonts w:ascii="Times New Roman" w:hAnsi="Times New Roman" w:eastAsia="宋体"/>
          <w:b/>
          <w:sz w:val="28"/>
        </w:rPr>
        <w:t>三、公示安排</w:t>
      </w:r>
    </w:p>
    <w:p>
      <w:pPr>
        <w:spacing w:after="80" w:lineRule="auto" w:line="360"/>
        <w:ind w:firstLine="482"/>
        <w:jc w:val="both"/>
      </w:pPr>
      <w:r>
        <w:rPr>
          <w:rFonts w:ascii="Times New Roman" w:hAnsi="Times New Roman" w:eastAsia="宋体"/>
          <w:b w:val="0"/>
          <w:sz w:val="24"/>
        </w:rPr>
        <w:t>1. 公示内容：美术与设计学院2026届本科毕业生免试攻读硕士研究生拟推荐名单（含候补），具体名单见附件。</w:t>
      </w:r>
    </w:p>
    <w:p>
      <w:pPr>
        <w:spacing w:after="80" w:lineRule="auto" w:line="360"/>
        <w:ind w:firstLine="482"/>
        <w:jc w:val="both"/>
      </w:pPr>
      <w:r>
        <w:rPr>
          <w:rFonts w:ascii="Times New Roman" w:hAnsi="Times New Roman" w:eastAsia="宋体"/>
          <w:b w:val="0"/>
          <w:sz w:val="24"/>
        </w:rPr>
        <w:t>2. 公示时间：2025年9月5日至9月7日。</w:t>
      </w:r>
    </w:p>
    <w:p>
      <w:pPr>
        <w:spacing w:after="80" w:lineRule="auto" w:line="360"/>
        <w:ind w:firstLine="482"/>
        <w:jc w:val="both"/>
      </w:pPr>
      <w:r>
        <w:rPr>
          <w:rFonts w:ascii="Times New Roman" w:hAnsi="Times New Roman" w:eastAsia="宋体"/>
          <w:b w:val="0"/>
          <w:sz w:val="24"/>
        </w:rPr>
        <w:t>3. 异议反馈：如有异议，请在公示期内实名向美术与设计学院纪检委员提交书面材料，学院将调查后予以答复。如无异议，学院将按工作程序报学校审定。</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联系人：李老师</w:t>
      </w:r>
    </w:p>
    <w:p>
      <w:pPr>
        <w:spacing w:after="80" w:lineRule="auto" w:line="360"/>
        <w:ind w:firstLine="482"/>
        <w:jc w:val="both"/>
      </w:pPr>
      <w:r>
        <w:rPr>
          <w:rFonts w:ascii="Times New Roman" w:hAnsi="Times New Roman" w:eastAsia="宋体"/>
          <w:b w:val="0"/>
          <w:sz w:val="24"/>
        </w:rPr>
        <w:t>2. 联系电话：83809131</w:t>
      </w:r>
    </w:p>
    <w:p>
      <w:pPr>
        <w:spacing w:after="80" w:lineRule="auto" w:line="360"/>
        <w:ind w:firstLine="482"/>
        <w:jc w:val="both"/>
      </w:pPr>
      <w:r>
        <w:rPr>
          <w:rFonts w:ascii="Times New Roman" w:hAnsi="Times New Roman" w:eastAsia="宋体"/>
          <w:b w:val="0"/>
          <w:sz w:val="24"/>
        </w:rPr>
        <w:t>3. 学院纪检电话：83811785</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1. 美术与设计学院2026届本科生免试攻读硕士研究生拟推荐（含候补）成绩及排名（1）.xlsx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