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长安大学马克思主义学院接收2025年硕士推免生复试工作安排</w:t>
      </w:r>
    </w:p>
    <w:p>
      <w:pPr>
        <w:spacing w:after="80" w:lineRule="auto" w:line="360"/>
        <w:ind w:firstLine="482"/>
        <w:jc w:val="both"/>
      </w:pPr>
      <w:r>
        <w:rPr>
          <w:rFonts w:ascii="Times New Roman" w:hAnsi="Times New Roman" w:eastAsia="宋体"/>
          <w:b w:val="0"/>
          <w:sz w:val="24"/>
        </w:rPr>
        <w:t>长安大学马克思主义学院接收2025年硕士推免生复试工作安排</w:t>
      </w:r>
    </w:p>
    <w:p>
      <w:pPr>
        <w:spacing w:after="80" w:lineRule="auto" w:line="360"/>
        <w:ind w:firstLine="482"/>
        <w:jc w:val="both"/>
      </w:pPr>
      <w:r>
        <w:rPr>
          <w:rFonts w:ascii="Times New Roman" w:hAnsi="Times New Roman" w:eastAsia="宋体"/>
          <w:b w:val="0"/>
          <w:sz w:val="24"/>
        </w:rPr>
        <w:t>发布日期（推定）：2025年8月9日</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1. 2025年招收推荐免试攻读硕士研究生专业目录中我院的哲学、马克思主义理论专业。</w:t>
      </w:r>
    </w:p>
    <w:p>
      <w:pPr>
        <w:spacing w:after="80" w:lineRule="auto" w:line="360"/>
        <w:ind w:firstLine="482"/>
        <w:jc w:val="both"/>
      </w:pPr>
      <w:r>
        <w:rPr>
          <w:rFonts w:ascii="Times New Roman" w:hAnsi="Times New Roman" w:eastAsia="宋体"/>
          <w:b w:val="0"/>
          <w:sz w:val="24"/>
        </w:rPr>
        <w:t>2. 接收推免生专业不限，接受跨学科、跨专业申请。</w:t>
      </w:r>
    </w:p>
    <w:p>
      <w:pPr>
        <w:spacing w:before="160" w:after="80" w:lineRule="auto" w:line="360"/>
        <w:jc w:val="left"/>
      </w:pPr>
      <w:r>
        <w:rPr>
          <w:rFonts w:ascii="Times New Roman" w:hAnsi="Times New Roman" w:eastAsia="宋体"/>
          <w:b/>
          <w:sz w:val="28"/>
        </w:rPr>
        <w:t>二、报名条件</w:t>
      </w:r>
    </w:p>
    <w:p>
      <w:pPr>
        <w:spacing w:after="80" w:lineRule="auto" w:line="360"/>
        <w:ind w:firstLine="482"/>
        <w:jc w:val="both"/>
      </w:pPr>
      <w:r>
        <w:rPr>
          <w:rFonts w:ascii="Times New Roman" w:hAnsi="Times New Roman" w:eastAsia="宋体"/>
          <w:b w:val="0"/>
          <w:sz w:val="24"/>
        </w:rPr>
        <w:t>1. 获得所在学校推荐免试资格的2025届优秀本科毕业生。</w:t>
      </w:r>
    </w:p>
    <w:p>
      <w:pPr>
        <w:spacing w:after="80" w:lineRule="auto" w:line="360"/>
        <w:ind w:firstLine="482"/>
        <w:jc w:val="both"/>
      </w:pPr>
      <w:r>
        <w:rPr>
          <w:rFonts w:ascii="Times New Roman" w:hAnsi="Times New Roman" w:eastAsia="宋体"/>
          <w:b w:val="0"/>
          <w:sz w:val="24"/>
        </w:rPr>
        <w:t>2. 取得推免资格并参加我院2024年优秀大学生夏令营的营员无需再报名面试。</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《长安大学2025年招收推免硕士研究生申请表》。</w:t>
      </w:r>
    </w:p>
    <w:p>
      <w:pPr>
        <w:spacing w:after="80" w:lineRule="auto" w:line="360"/>
        <w:ind w:firstLine="482"/>
        <w:jc w:val="both"/>
      </w:pPr>
      <w:r>
        <w:rPr>
          <w:rFonts w:ascii="Times New Roman" w:hAnsi="Times New Roman" w:eastAsia="宋体"/>
          <w:b w:val="0"/>
          <w:sz w:val="24"/>
        </w:rPr>
        <w:t>2. 本科阶段成绩单1份，须加盖学校教务部门公章。</w:t>
      </w:r>
    </w:p>
    <w:p>
      <w:pPr>
        <w:spacing w:after="80" w:lineRule="auto" w:line="360"/>
        <w:ind w:firstLine="482"/>
        <w:jc w:val="both"/>
      </w:pPr>
      <w:r>
        <w:rPr>
          <w:rFonts w:ascii="Times New Roman" w:hAnsi="Times New Roman" w:eastAsia="宋体"/>
          <w:b w:val="0"/>
          <w:sz w:val="24"/>
        </w:rPr>
        <w:t>3. 推免系统录取后需提交二级甲等以上医院出具的近期体格检查合格证明（体检表请在体检医院索取，须明确体检结论），体检表照片上要加盖体检医院骑缝章。</w:t>
      </w:r>
    </w:p>
    <w:p>
      <w:pPr>
        <w:spacing w:after="80" w:lineRule="auto" w:line="360"/>
        <w:ind w:firstLine="482"/>
        <w:jc w:val="both"/>
      </w:pPr>
      <w:r>
        <w:rPr>
          <w:rFonts w:ascii="Times New Roman" w:hAnsi="Times New Roman" w:eastAsia="宋体"/>
          <w:b w:val="0"/>
          <w:sz w:val="24"/>
        </w:rPr>
        <w:t>4. 获奖证书、英语四、六级证书、公开发表的学术成果及参加各种学术科研活动等体现自身能力或学术水平的材料复印件。</w:t>
      </w:r>
    </w:p>
    <w:p>
      <w:pPr>
        <w:spacing w:before="160" w:after="80" w:lineRule="auto" w:line="360"/>
        <w:jc w:val="left"/>
      </w:pPr>
      <w:r>
        <w:rPr>
          <w:rFonts w:ascii="Times New Roman" w:hAnsi="Times New Roman" w:eastAsia="宋体"/>
          <w:b/>
          <w:sz w:val="28"/>
        </w:rPr>
        <w:t>四、报名与面试</w:t>
      </w:r>
    </w:p>
    <w:p>
      <w:pPr>
        <w:spacing w:after="80" w:lineRule="auto" w:line="360"/>
        <w:ind w:firstLine="482"/>
        <w:jc w:val="both"/>
      </w:pPr>
      <w:r>
        <w:rPr>
          <w:rFonts w:ascii="Times New Roman" w:hAnsi="Times New Roman" w:eastAsia="宋体"/>
          <w:b w:val="0"/>
          <w:sz w:val="24"/>
        </w:rPr>
        <w:t>1. 报名时间：请将所有材料按顺序整理为一个文件（PDF格式），按照“2025推免生+姓名+本科学校+拟推免专业”方式命名，于2024年9月23日12:00前发送至1553304735@qq.com邮箱。</w:t>
      </w:r>
    </w:p>
    <w:p>
      <w:pPr>
        <w:spacing w:after="80" w:lineRule="auto" w:line="360"/>
        <w:ind w:firstLine="482"/>
        <w:jc w:val="both"/>
      </w:pPr>
      <w:r>
        <w:rPr>
          <w:rFonts w:ascii="Times New Roman" w:hAnsi="Times New Roman" w:eastAsia="宋体"/>
          <w:b w:val="0"/>
          <w:sz w:val="24"/>
        </w:rPr>
        <w:t>2. 报名同学请及时扫码入群，入群后修改昵称为：姓名+本科学校+拟推免专业，相关通知及安排将在群中及时公布。</w:t>
      </w:r>
    </w:p>
    <w:p>
      <w:pPr>
        <w:spacing w:after="80" w:lineRule="auto" w:line="360"/>
        <w:ind w:firstLine="482"/>
        <w:jc w:val="both"/>
      </w:pPr>
      <w:r>
        <w:rPr>
          <w:rFonts w:ascii="Times New Roman" w:hAnsi="Times New Roman" w:eastAsia="宋体"/>
          <w:b w:val="0"/>
          <w:sz w:val="24"/>
        </w:rPr>
        <w:t>3. 面试报到时间：2024年9月24日下午14:30-18:30。</w:t>
      </w:r>
    </w:p>
    <w:p>
      <w:pPr>
        <w:spacing w:after="80" w:lineRule="auto" w:line="360"/>
        <w:ind w:firstLine="482"/>
        <w:jc w:val="both"/>
      </w:pPr>
      <w:r>
        <w:rPr>
          <w:rFonts w:ascii="Times New Roman" w:hAnsi="Times New Roman" w:eastAsia="宋体"/>
          <w:b w:val="0"/>
          <w:sz w:val="24"/>
        </w:rPr>
        <w:t>4. 面试报到地点：长安大学南校区北院马克思主义学院515室。</w:t>
      </w:r>
    </w:p>
    <w:p>
      <w:pPr>
        <w:spacing w:after="80" w:lineRule="auto" w:line="360"/>
        <w:ind w:firstLine="482"/>
        <w:jc w:val="both"/>
      </w:pPr>
      <w:r>
        <w:rPr>
          <w:rFonts w:ascii="Times New Roman" w:hAnsi="Times New Roman" w:eastAsia="宋体"/>
          <w:b w:val="0"/>
          <w:sz w:val="24"/>
        </w:rPr>
        <w:t>5. 面试时间：2024年9月25日（面试时请携带以上纸质材料上交评委）。</w:t>
      </w:r>
    </w:p>
    <w:p>
      <w:pPr>
        <w:spacing w:after="80" w:lineRule="auto" w:line="360"/>
        <w:ind w:firstLine="482"/>
        <w:jc w:val="both"/>
      </w:pPr>
      <w:r>
        <w:rPr>
          <w:rFonts w:ascii="Times New Roman" w:hAnsi="Times New Roman" w:eastAsia="宋体"/>
          <w:b w:val="0"/>
          <w:sz w:val="24"/>
        </w:rPr>
        <w:t>6. 面试方式及内容：面试采用线下形式，主要考察推免生的专业综合能力、外语口语及听力、思想政治素质等。</w:t>
      </w:r>
    </w:p>
    <w:p>
      <w:pPr>
        <w:spacing w:after="80" w:lineRule="auto" w:line="360"/>
        <w:ind w:firstLine="482"/>
        <w:jc w:val="both"/>
      </w:pPr>
      <w:r>
        <w:rPr>
          <w:rFonts w:ascii="Times New Roman" w:hAnsi="Times New Roman" w:eastAsia="宋体"/>
          <w:b w:val="0"/>
          <w:sz w:val="24"/>
        </w:rPr>
        <w:t>7. 推免面试QQ群：956138392（2025年长安大学马克思主义学院招收推免硕士研究生群）。</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1. 面试通过的考生，请登录“全国推荐优秀应届本科毕业生免试攻读研究生信息公开暨管理服务系统”（推免服务系统，网址：http://yz.chsi.com.cn/tm），填写报考志愿、接收并确认复试及待录取通知。</w:t>
      </w:r>
    </w:p>
    <w:p>
      <w:pPr>
        <w:spacing w:after="80" w:lineRule="auto" w:line="360"/>
        <w:ind w:firstLine="482"/>
        <w:jc w:val="both"/>
      </w:pPr>
      <w:r>
        <w:rPr>
          <w:rFonts w:ascii="Times New Roman" w:hAnsi="Times New Roman" w:eastAsia="宋体"/>
          <w:b w:val="0"/>
          <w:sz w:val="24"/>
        </w:rPr>
        <w:t>2. 由于硕士推免生招生工作是分批次择优录取，复试结束后学院会公布通过复试考生名单（即预录取考生名单），最终是否获得拟录取资格，以“推免服务系统”拟录取通知为准。</w:t>
      </w:r>
    </w:p>
    <w:p>
      <w:pPr>
        <w:spacing w:after="80" w:lineRule="auto" w:line="360"/>
        <w:ind w:firstLine="482"/>
        <w:jc w:val="both"/>
      </w:pPr>
      <w:r>
        <w:rPr>
          <w:rFonts w:ascii="Times New Roman" w:hAnsi="Times New Roman" w:eastAsia="宋体"/>
          <w:b w:val="0"/>
          <w:sz w:val="24"/>
        </w:rPr>
        <w:t>3. 其他未尽事宜以长安大学研究生院通知为准。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联系电话：029-82335027，联系人：张老师。</w:t>
      </w:r>
    </w:p>
    <w:p>
      <w:pPr>
        <w:spacing w:after="80" w:lineRule="auto" w:line="360"/>
        <w:ind w:firstLine="482"/>
        <w:jc w:val="both"/>
      </w:pPr>
      <w:r>
        <w:rPr>
          <w:rFonts w:ascii="Times New Roman" w:hAnsi="Times New Roman" w:eastAsia="宋体"/>
          <w:b w:val="0"/>
          <w:sz w:val="24"/>
        </w:rPr>
        <w:t>2. 发布单位：长安大学马克思主义学院，发布日期：2024年9月15日。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