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拟推荐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发布日期：2025年9月9日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申报人姓名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所在专业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综合测评成绩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推荐状态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席 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20221031105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郭子健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20211071101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王语心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20221031118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靳子春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20221031107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翁祥悦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20221031120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20221141118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 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20221031101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黄洪宁静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20221031121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拟推荐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公示时间：9月9日（星期二）至9月15日（星期一）。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公示期间，学生如有异议，可向学院推免工作小组办公室（南综合楼433）夏老师反馈。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联系电话：81360043。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三、名额空缺处理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公示期间，如出现拟推荐人员放弃或其他情况导致的名额空缺，根据上表中的排序依次替补，无替补人员不再接受新的申报。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