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动科动医学院接收推免生复试成绩公示（学硕）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动科动医学院接收推免生复试成绩公示（学硕），本次公示共涉及拟录取推免生 14 人，复试成绩采用百分制，备注均为“拟录取”。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拟录取专业(领域)代码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复试成绩（百分制）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白仕婧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0905Z1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动物生产与畜牧工程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李玉洁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范子豪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夏永健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0905Z1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动物生产与畜牧工程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陈茂嘉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王珊珊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胡俊婷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罗与同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三、专业分布情况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动物遗传育种与繁殖（090501）：共 12 人，分别为白仕婧、汤隽、李玉洁、范子豪、黄歆、陈茂嘉、王珊珊、胡俊婷、吴晶、罗与同、张炳、张驰。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动物生产与畜牧工程（0905Z1）：共 2 人，分别为吴桐、夏永健。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