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经济与管理学院2026年接收推荐免试硕士研究生办法</w:t>
      </w:r>
    </w:p>
    <w:p>
      <w:pPr>
        <w:ind w:firstLine="480"/>
      </w:pPr>
      <w:r>
        <w:t>经济与管理学院2026年接收推荐免试硕士研究生办法</w:t>
      </w:r>
    </w:p>
    <w:p>
      <w:pPr>
        <w:ind w:firstLine="480"/>
      </w:pPr>
      <w:r>
        <w:t>作者： 来源： 时间：2025-09-11</w:t>
      </w:r>
    </w:p>
    <w:p>
      <w:pPr>
        <w:ind w:firstLine="480"/>
      </w:pPr>
      <w:r>
        <w:t>华北电力大学经济与管理学院2026年将按照教育部研究生招生工作的规定，以及"华北电力大学2026年接收推荐免试硕士研究生办法"，通过“推荐免试”方式接收优秀应届本科毕业生攻读硕士学位研究生。含全日制学术学位硕士研究生和全日制专业学位硕士研究生。</w:t>
      </w:r>
    </w:p>
    <w:p>
      <w:pPr>
        <w:ind w:firstLine="480"/>
      </w:pPr>
      <w:r>
        <w:t>一、招生专业</w:t>
      </w:r>
    </w:p>
    <w:p>
      <w:pPr>
        <w:ind w:firstLine="480"/>
      </w:pPr>
      <w:r>
        <w:t>我校2026年推荐免试研究生招生专业目录所列我院的学科、专业或领域均招收推荐免试硕士研究生（以下简称推免生）。</w:t>
      </w:r>
    </w:p>
    <w:p>
      <w:pPr>
        <w:ind w:firstLine="480"/>
      </w:pPr>
      <w:r>
        <w:t>二、申请条件</w:t>
      </w:r>
    </w:p>
    <w:p>
      <w:pPr>
        <w:ind w:firstLine="480"/>
      </w:pPr>
      <w:r>
        <w:t>1.拥护中国共产党的领导，愿为社会主义现代化建设服务，品德良好，遵纪守法。</w:t>
      </w:r>
    </w:p>
    <w:p>
      <w:pPr>
        <w:ind w:firstLine="480"/>
      </w:pPr>
      <w:r>
        <w:t>2.获得所在学校推荐免试资格。</w:t>
      </w:r>
    </w:p>
    <w:p>
      <w:pPr>
        <w:ind w:firstLine="480"/>
      </w:pPr>
      <w:r>
        <w:t>3.申请人外语水平须满足下列条件之一：</w:t>
      </w:r>
    </w:p>
    <w:p>
      <w:pPr>
        <w:ind w:firstLine="480"/>
      </w:pPr>
      <w:r>
        <w:t>(1)非英语专业：申请硕士研究生，要求全国大学英语四级成绩不低于425分；申请直博生，要求全国大学英语六级成绩不低于425分或雅思成绩达到6.5或托福成绩达到90分。</w:t>
      </w:r>
    </w:p>
    <w:p>
      <w:pPr>
        <w:ind w:firstLine="480"/>
      </w:pPr>
      <w:r>
        <w:t>(2)英语专业：原则上须通过专业英语四级且成绩一般不低于70分或通过专业英语八级。</w:t>
      </w:r>
    </w:p>
    <w:p>
      <w:pPr>
        <w:ind w:firstLine="480"/>
      </w:pPr>
      <w:r>
        <w:t>4.申请学科、专业或类别领域只限与申请人本科所学专业同一学科门类，原则上不接收跨一级学科申请。</w:t>
      </w:r>
    </w:p>
    <w:p>
      <w:pPr>
        <w:ind w:firstLine="480"/>
      </w:pPr>
      <w:r>
        <w:t>5.学术研究兴趣浓厚，有较强的创新意识、创新能力和专业能力。</w:t>
      </w:r>
    </w:p>
    <w:p>
      <w:pPr>
        <w:ind w:firstLine="480"/>
      </w:pPr>
      <w:r>
        <w:t>6.诚实守信，学风端正，无学术不端行为，无违法违纪记录。</w:t>
      </w:r>
    </w:p>
    <w:p>
      <w:pPr>
        <w:ind w:firstLine="480"/>
      </w:pPr>
      <w:r>
        <w:t>7.身体健康状况符合规定的体检标准。</w:t>
      </w:r>
    </w:p>
    <w:p>
      <w:pPr>
        <w:ind w:firstLine="480"/>
      </w:pPr>
      <w:r>
        <w:t>三、报名方式</w:t>
      </w:r>
    </w:p>
    <w:p>
      <w:pPr>
        <w:ind w:firstLine="480"/>
      </w:pPr>
      <w:r>
        <w:t>1、网上报名</w:t>
      </w:r>
    </w:p>
    <w:p>
      <w:pPr>
        <w:ind w:firstLine="480"/>
      </w:pPr>
      <w:r>
        <w:t>申请我院的推荐免试攻读2026年硕士学位研究生者（含本校推免生），必须在</w:t>
      </w:r>
    </w:p>
    <w:p>
      <w:pPr>
        <w:ind w:firstLine="480"/>
      </w:pPr>
      <w:r>
        <w:t>2025年9月23日上午9:00前</w:t>
      </w:r>
    </w:p>
    <w:p>
      <w:pPr>
        <w:ind w:firstLine="480"/>
      </w:pPr>
      <w:r>
        <w:t>登陆中国研究生招生信息网“</w:t>
      </w:r>
    </w:p>
    <w:p>
      <w:pPr>
        <w:ind w:firstLine="480"/>
      </w:pPr>
      <w:r>
        <w:t>推免服务系统”进行报名，网址:http://yz.chsi.com.cn/tm。</w:t>
      </w:r>
    </w:p>
    <w:p>
      <w:pPr>
        <w:ind w:firstLine="480"/>
      </w:pPr>
      <w:r>
        <w:t>请申请人注意在规定的时间内进行招生专业目录查询、信息注册、照片上传、缴费、填报志愿，报考我校需选择</w:t>
      </w:r>
    </w:p>
    <w:p>
      <w:pPr>
        <w:ind w:firstLine="480"/>
      </w:pPr>
      <w:r>
        <w:t>北京市—10054华北电力大学</w:t>
      </w:r>
    </w:p>
    <w:p>
      <w:pPr>
        <w:ind w:firstLine="480"/>
      </w:pPr>
      <w:r>
        <w:t>网上报名截止时间点为2025年9月23日上午9:00。</w:t>
      </w:r>
    </w:p>
    <w:p>
      <w:pPr>
        <w:ind w:firstLine="480"/>
      </w:pPr>
      <w:r>
        <w:t>四、</w:t>
      </w:r>
    </w:p>
    <w:p>
      <w:pPr>
        <w:ind w:firstLine="480"/>
      </w:pPr>
      <w:r>
        <w:t>复试及需要提交的材料</w:t>
      </w:r>
    </w:p>
    <w:p>
      <w:pPr>
        <w:ind w:firstLine="480"/>
      </w:pPr>
      <w:r>
        <w:t>1、需要提交的材料</w:t>
      </w:r>
    </w:p>
    <w:p>
      <w:pPr>
        <w:ind w:firstLine="480"/>
      </w:pPr>
      <w:r>
        <w:t>(1)华北电力大学2026年接收推荐免试研究生申请表1份。</w:t>
      </w:r>
    </w:p>
    <w:p>
      <w:pPr>
        <w:ind w:firstLine="480"/>
      </w:pPr>
      <w:r>
        <w:t>(2)华北电力大学2026年研究生入学考试政审表1份。</w:t>
      </w:r>
    </w:p>
    <w:p>
      <w:pPr>
        <w:ind w:firstLine="480"/>
      </w:pPr>
      <w:r>
        <w:t>(3)加盖学校教务处公章的本科1—6学期成绩单原件1份。</w:t>
      </w:r>
    </w:p>
    <w:p>
      <w:pPr>
        <w:ind w:firstLine="480"/>
      </w:pPr>
      <w:r>
        <w:t>(4)全国大学英语四、六级成绩单（或专业外语证书）或体现自身英语同等水平的证明复印件1份。</w:t>
      </w:r>
    </w:p>
    <w:p>
      <w:pPr>
        <w:ind w:firstLine="480"/>
      </w:pPr>
      <w:r>
        <w:t>(5)有效期内的学生证复印件1份（照片页和注册页须复印在一页纸上）。</w:t>
      </w:r>
    </w:p>
    <w:p>
      <w:pPr>
        <w:ind w:firstLine="480"/>
      </w:pPr>
      <w:r>
        <w:t>(6)有效居民身份证复印件1份（正反面须复印在一页纸上）。</w:t>
      </w:r>
    </w:p>
    <w:p>
      <w:pPr>
        <w:ind w:firstLine="480"/>
      </w:pPr>
      <w:r>
        <w:t>(7)其它证明申请人学术水平和业务能力的学术论文或获奖证书等材料复印件1份。</w:t>
      </w:r>
    </w:p>
    <w:p>
      <w:pPr>
        <w:ind w:firstLine="480"/>
      </w:pPr>
      <w:r>
        <w:t>(8)申请直博生还须提交至少两名所报考学科专业领域内的教授（或相当专业技术职称的专家）的书面推荐意见和考生个人陈述。</w:t>
      </w:r>
    </w:p>
    <w:p>
      <w:pPr>
        <w:ind w:firstLine="480"/>
      </w:pPr>
      <w:r>
        <w:t>(9)</w:t>
      </w:r>
    </w:p>
    <w:p>
      <w:pPr>
        <w:ind w:firstLine="480"/>
      </w:pPr>
      <w:r>
        <w:t>华北电力大学2026年接收推免生特殊学术专长备案表（具有学术专长考生提供）。</w:t>
      </w:r>
    </w:p>
    <w:p>
      <w:pPr>
        <w:ind w:firstLine="480"/>
      </w:pPr>
      <w:r>
        <w:t>(10)</w:t>
      </w:r>
    </w:p>
    <w:p>
      <w:pPr>
        <w:ind w:firstLine="480"/>
      </w:pPr>
      <w:r>
        <w:t>复试考生诚信承诺书。</w:t>
      </w:r>
    </w:p>
    <w:p>
      <w:pPr>
        <w:ind w:firstLine="480"/>
      </w:pPr>
      <w:r>
        <w:t>以上材料复印须使用A4纸，复试现场或网络远程资格审查时需要携带以上材料的复印件和原件查验，所有材料一经收到，恕不退还。</w:t>
      </w:r>
    </w:p>
    <w:p>
      <w:pPr>
        <w:ind w:firstLine="480"/>
      </w:pPr>
      <w:r>
        <w:t>2、复试及录取</w:t>
      </w:r>
    </w:p>
    <w:p>
      <w:pPr>
        <w:ind w:firstLine="480"/>
      </w:pPr>
      <w:r>
        <w:t>⑴通过资格审查的推免生均需参加接收专业或领域的复试，复试内容包括：综合面试、外语听力及口语测试和考生申请材料评价等。</w:t>
      </w:r>
    </w:p>
    <w:p>
      <w:pPr>
        <w:ind w:firstLine="480"/>
      </w:pPr>
      <w:r>
        <w:t>⑵所有接收的推免生需进行体检，体检标准参照普通高等学校招生体检工作指导意见。</w:t>
      </w:r>
    </w:p>
    <w:p>
      <w:pPr>
        <w:ind w:firstLine="480"/>
      </w:pPr>
      <w:r>
        <w:t>⑶拟接收的推免生必须按教育部规定办理相关手续，手续不全者不予录取。</w:t>
      </w:r>
    </w:p>
    <w:p>
      <w:pPr>
        <w:ind w:firstLine="480"/>
      </w:pPr>
      <w:r>
        <w:t>五、其它</w:t>
      </w:r>
    </w:p>
    <w:p>
      <w:pPr>
        <w:ind w:firstLine="480"/>
      </w:pPr>
      <w:r>
        <w:t>1、华北电力大学北京校部的招生代码为：10054，经济与管理学院招生咨询电话010-61773353。通信地址：北京市昌平区回龙观北农路2号华北电力大学经济与管理学院，邮编102206，联系人：刘老师。</w:t>
      </w:r>
    </w:p>
    <w:p>
      <w:pPr>
        <w:ind w:firstLine="480"/>
      </w:pPr>
      <w:r>
        <w:t>2、统考考试科目规定设有数学的专业和领域（含理学门类的招生单位自命题数学），不得接受大学本科阶段无《高等数学》（或同一层次数学科目）成绩考生的申请，成绩认定以学校教务部门出具的成绩单为准。</w:t>
      </w:r>
    </w:p>
    <w:p>
      <w:pPr>
        <w:ind w:firstLine="480"/>
      </w:pPr>
      <w:r>
        <w:t>3、有下列情况之一者，我校将取消其录取资格。</w:t>
      </w:r>
    </w:p>
    <w:p>
      <w:pPr>
        <w:ind w:firstLine="480"/>
      </w:pPr>
      <w:r>
        <w:t>⑴申请人提供的材料与事实不符，存在舞弊现象。</w:t>
      </w:r>
    </w:p>
    <w:p>
      <w:pPr>
        <w:ind w:firstLine="480"/>
      </w:pPr>
      <w:r>
        <w:t>⑵申请人在本科第四学年受到行政纪律处分的。</w:t>
      </w:r>
    </w:p>
    <w:p>
      <w:pPr>
        <w:ind w:firstLine="480"/>
      </w:pPr>
      <w:r>
        <w:t>⑶在毕业时未获得毕业证书或学士学位证书。</w:t>
      </w:r>
    </w:p>
    <w:p>
      <w:pPr>
        <w:ind w:firstLine="480"/>
      </w:pPr>
      <w:r>
        <w:t>⑷不符合规定的体检标准或因身体缺陷、疾病而不能继续学习。</w:t>
      </w:r>
    </w:p>
    <w:p>
      <w:pPr>
        <w:ind w:firstLine="480"/>
      </w:pPr>
      <w:r>
        <w:t>4、本办法如有内容与教育部最新政策冲突，我校将按教育部最新政策执行。</w:t>
      </w:r>
    </w:p>
    <w:p>
      <w:pPr>
        <w:ind w:firstLine="480"/>
      </w:pPr>
      <w:r>
        <w:t>附件1：华北电力大学2026年接收推荐免试研究生申请表.doc</w:t>
      </w:r>
    </w:p>
    <w:p>
      <w:pPr>
        <w:ind w:firstLine="480"/>
      </w:pPr>
      <w:r>
        <w:t>附件2：华北电力大学2026年研究生入学考试政审表.doc</w:t>
      </w:r>
    </w:p>
    <w:p>
      <w:pPr>
        <w:ind w:firstLine="480"/>
      </w:pPr>
      <w:r>
        <w:t>附件3：华北电力大学报考攻读博士学位研究生专家推荐信.doc</w:t>
      </w:r>
    </w:p>
    <w:p>
      <w:pPr>
        <w:ind w:firstLine="480"/>
      </w:pPr>
      <w:r>
        <w:t>附件4：华北电力大学2026年招收推荐免试攻读博士研究生个人陈述.docx</w:t>
      </w:r>
    </w:p>
    <w:p>
      <w:pPr>
        <w:ind w:firstLine="480"/>
      </w:pPr>
      <w:r>
        <w:t>附件5：华北电力大学2026年接收推免生特殊学术专长备案表.doc</w:t>
      </w:r>
    </w:p>
    <w:p>
      <w:pPr>
        <w:ind w:firstLine="480"/>
      </w:pPr>
      <w:r>
        <w:t>附件6：华北电力大学2026年接收推荐免试研究生复试考生诚信承诺书.docx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