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物理学院关于2026年推荐优秀应届本科毕业生免试攻读研究生拟推荐学生名单的公示-吉林大学物理学院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按照学校《吉林大学关于做好2026年推荐优秀应届本科毕业生免试攻读研究生工作的通知》的要求，现将物理学院2022级拟推荐推免学生名单公示如下，具体名单详见附件。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公示期为七个工作日。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如有异议，请于公示期间具实名以书面形式向学院反映。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联系人：梁老师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联系电话：0431-85168400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Email：jq07@jlu.edu.cn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物理学院2022级拟推免名单.xlsx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