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河北北方学院经济管理学院2026届优秀应届本科毕业生免试攻读研究生预推荐名单公示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河北北方学院经济管理学院2026届优秀应届本科毕业生免试攻读研究生预推荐名单公示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公示文件未明确总人数及分专业人数明细。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公示文件未明确具体涵盖专业。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经学生本人申请，推免工作小组及专家评审小组审定，确定预推荐名单（含候补名单）。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公示时间为3天（自2025年9月6日至2025年9月8日）；公示期间如有异议，请向经济管理学院推免工作小组反映，联系人王慧慧、陈晨，联系电话18698429061、15612328860。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