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before="160" w:after="80" w:lineRule="auto" w:line="360"/>
        <w:jc w:val="left"/>
      </w:pPr>
      <w:r>
        <w:rPr>
          <w:rFonts w:ascii="Times New Roman" w:hAnsi="Times New Roman" w:eastAsia="宋体"/>
          <w:b/>
          <w:sz w:val="28"/>
        </w:rPr>
        <w:t>一、通知背景与依据</w:t>
      </w:r>
    </w:p>
    <w:p>
      <w:pPr>
        <w:spacing w:after="80" w:lineRule="auto" w:line="360"/>
        <w:ind w:firstLine="482"/>
        <w:jc w:val="both"/>
      </w:pPr>
      <w:r>
        <w:rPr>
          <w:rFonts w:ascii="Times New Roman" w:hAnsi="Times New Roman" w:eastAsia="宋体"/>
          <w:b w:val="0"/>
          <w:sz w:val="24"/>
        </w:rPr>
        <w:t>发布日期（推定）：2025年8月29日</w:t>
      </w:r>
    </w:p>
    <w:p>
      <w:pPr>
        <w:spacing w:after="80" w:lineRule="auto" w:line="360"/>
        <w:ind w:firstLine="482"/>
        <w:jc w:val="both"/>
      </w:pPr>
      <w:r>
        <w:rPr>
          <w:rFonts w:ascii="Times New Roman" w:hAnsi="Times New Roman" w:eastAsia="宋体"/>
          <w:b w:val="0"/>
          <w:sz w:val="24"/>
        </w:rPr>
        <w:t>1. 本通知面向武汉科技大学2026届优秀应届本科毕业生，开展推荐免试攻读硕士学位研究生工作。</w:t>
      </w:r>
    </w:p>
    <w:p>
      <w:pPr>
        <w:spacing w:after="80" w:lineRule="auto" w:line="360"/>
        <w:ind w:firstLine="482"/>
        <w:jc w:val="both"/>
      </w:pPr>
      <w:r>
        <w:rPr>
          <w:rFonts w:ascii="Times New Roman" w:hAnsi="Times New Roman" w:eastAsia="宋体"/>
          <w:b w:val="0"/>
          <w:sz w:val="24"/>
        </w:rPr>
        <w:t>2. 推荐工作依据《武汉科技大学关于推荐优秀本科毕业生免试攻读硕士学位研究生管理办法（试行）》（武科大教发〔2022〕13号）执行。</w:t>
      </w:r>
    </w:p>
    <w:p>
      <w:pPr>
        <w:spacing w:before="160" w:after="80" w:lineRule="auto" w:line="360"/>
        <w:jc w:val="left"/>
      </w:pPr>
      <w:r>
        <w:rPr>
          <w:rFonts w:ascii="Times New Roman" w:hAnsi="Times New Roman" w:eastAsia="宋体"/>
          <w:b/>
          <w:sz w:val="28"/>
        </w:rPr>
        <w:t>二、工作安排与材料清单</w:t>
      </w:r>
    </w:p>
    <w:p>
      <w:pPr>
        <w:spacing w:after="80" w:lineRule="auto" w:line="360"/>
        <w:ind w:firstLine="482"/>
        <w:jc w:val="both"/>
      </w:pPr>
      <w:r>
        <w:rPr>
          <w:rFonts w:ascii="Times New Roman" w:hAnsi="Times New Roman" w:eastAsia="宋体"/>
          <w:b w:val="0"/>
          <w:sz w:val="24"/>
        </w:rPr>
        <w:t>1. 各学院（部）需按照《2026届毕业生推免硕士研究生工作日程安排表》规定的时间节点，组织完成推荐工作。</w:t>
      </w:r>
    </w:p>
    <w:p>
      <w:pPr>
        <w:spacing w:after="80" w:lineRule="auto" w:line="360"/>
        <w:ind w:firstLine="482"/>
        <w:jc w:val="both"/>
      </w:pPr>
      <w:r>
        <w:rPr>
          <w:rFonts w:ascii="Times New Roman" w:hAnsi="Times New Roman" w:eastAsia="宋体"/>
          <w:b w:val="0"/>
          <w:sz w:val="24"/>
        </w:rPr>
        <w:t>2. 申请学生需填写《武汉科技大学优秀本科毕业生免试攻读硕士研究生申请表》。</w:t>
      </w:r>
    </w:p>
    <w:p>
      <w:pPr>
        <w:spacing w:after="80" w:lineRule="auto" w:line="360"/>
        <w:ind w:firstLine="482"/>
        <w:jc w:val="both"/>
      </w:pPr>
      <w:r>
        <w:rPr>
          <w:rFonts w:ascii="Times New Roman" w:hAnsi="Times New Roman" w:eastAsia="宋体"/>
          <w:b w:val="0"/>
          <w:sz w:val="24"/>
        </w:rPr>
        <w:t>3. 各学院（部）需汇总并提交《学院（部）本科毕业生免试攻读硕士学位研究生汇总表》。</w:t>
      </w:r>
    </w:p>
    <w:p>
      <w:pPr>
        <w:spacing w:before="160" w:after="80" w:lineRule="auto" w:line="360"/>
        <w:jc w:val="left"/>
      </w:pPr>
      <w:r>
        <w:rPr>
          <w:rFonts w:ascii="Times New Roman" w:hAnsi="Times New Roman" w:eastAsia="宋体"/>
          <w:b/>
          <w:sz w:val="28"/>
        </w:rPr>
        <w:t>三、联系方式与附件说明</w:t>
      </w:r>
    </w:p>
    <w:p>
      <w:pPr>
        <w:spacing w:after="80" w:lineRule="auto" w:line="360"/>
        <w:ind w:firstLine="482"/>
        <w:jc w:val="both"/>
      </w:pPr>
      <w:r>
        <w:rPr>
          <w:rFonts w:ascii="Times New Roman" w:hAnsi="Times New Roman" w:eastAsia="宋体"/>
          <w:b w:val="0"/>
          <w:sz w:val="24"/>
        </w:rPr>
        <w:t>1. 通知发布单位：武汉科技大学本科生院。</w:t>
      </w:r>
    </w:p>
    <w:p>
      <w:pPr>
        <w:spacing w:after="80" w:lineRule="auto" w:line="360"/>
        <w:ind w:firstLine="482"/>
        <w:jc w:val="both"/>
      </w:pPr>
      <w:r>
        <w:rPr>
          <w:rFonts w:ascii="Times New Roman" w:hAnsi="Times New Roman" w:eastAsia="宋体"/>
          <w:b w:val="0"/>
          <w:sz w:val="24"/>
        </w:rPr>
        <w:t>2. 学校地址：湖北省武汉市青山区和平大道947号，邮编：430081。</w:t>
      </w:r>
    </w:p>
    <w:p>
      <w:pPr>
        <w:spacing w:after="80" w:lineRule="auto" w:line="360"/>
        <w:ind w:firstLine="482"/>
        <w:jc w:val="both"/>
      </w:pPr>
      <w:r>
        <w:rPr>
          <w:rFonts w:ascii="Times New Roman" w:hAnsi="Times New Roman" w:eastAsia="宋体"/>
          <w:b w:val="0"/>
          <w:sz w:val="24"/>
        </w:rPr>
        <w:t>3. 相关附件包括：管理办法文件、日程安排表、申请表及汇总表，供各单位下载使用。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