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标题】推免名单（原文为PDF文件，内容无法解析）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一、名单基本信息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发布日期（推定）：2025年9月23日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名单人数：无法统计（原文为PDF二进制数据，未包含可读文本信息）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涵盖专业/学院：无法识别（原文为PDF二进制数据，未包含可读文本信息）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排名/评分方式：原文未提供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公示期：原文未提供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二、其他重要说明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原文内容为PDF文件二进制编码，无法提取任何有效文本信息，无法确认名单内容、人数、专业等关键要素。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发布日期无法识别（原文为PDF二进制数据，未包含可读文本信息）。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