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动科动医学院接收推免生复试成绩公示（专硕）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本公示为动科动医学院接收推免生复试成绩公示（专硕），公示名单共 7 人，拟录取专业（领域）均为农业硕士（畜牧），专业（领域）代码为 095133，复试成绩采用百分制，备注均为“拟录取”。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包雅婕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曹晓静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谭元巧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梁静茹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本名单为专硕推免生复试成绩公示，共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复试成绩按百分制计分，名单按复试成绩由高到低排列。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公示名单中 7 人备注均为“拟录取”。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