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湖北大学曼城联合学院推荐2026届优秀本科毕业生免试攻读研究生工作方案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湖北大学曼城联合学院推荐2026届优秀本科毕业生免试攻读研究生工作方案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来源：院教学办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本页面提供《湖北大学曼城联合学院推荐2026届优秀本科毕业生免试攻读研究生工作方案》PDF文件在线浏览与下载。如无法在线浏览此PDF文件，可下载福昕(Foxit) PDF阅读器或Adobe Reader PDF阅读器，安装后即可在线浏览，或下载此PDF文件。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一、附件材料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 湖北大学优秀应届本科毕业生推荐免试攻读研究生报名申请表.doc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 湖北大学学生申请推荐免试攻读研究生承诺书.doc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 湖北大学普通本科专业名称及代码表.docx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上述附件均可下载。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